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890" w:after="0"/>
        <w:ind w:left="0" w:right="0"/>
      </w:pPr>
    </w:p>
    <w:p>
      <w:pPr>
        <w:autoSpaceDN w:val="0"/>
        <w:autoSpaceDE w:val="0"/>
        <w:widowControl/>
        <w:spacing w:line="240" w:lineRule="auto" w:before="0" w:after="0"/>
        <w:ind w:left="36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368800" cy="4445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44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40" w:lineRule="auto" w:before="40" w:after="0"/>
        <w:ind w:left="32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432300" cy="4191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419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40" w:lineRule="auto" w:before="40" w:after="0"/>
        <w:ind w:left="28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5664200" cy="2616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616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240" w:lineRule="auto" w:before="60" w:after="0"/>
        <w:ind w:left="32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4419600" cy="863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63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348" w:lineRule="exact" w:before="600" w:after="0"/>
        <w:ind w:left="0" w:right="3212" w:firstLine="0"/>
        <w:jc w:val="right"/>
      </w:pPr>
      <w:r>
        <w:rPr>
          <w:spacing w:val="-18"/>
          <w:rFonts w:ascii="QhZznecx+FZFSK" w:hAnsi="QhZznecx+FZFSK" w:eastAsia="QhZznecx+FZFSK"/>
          <w:color w:val="000000"/>
          <w:sz w:val="32"/>
        </w:rPr>
        <w:t>江</w:t>
      </w:r>
      <w:r>
        <w:rPr>
          <w:spacing w:val="-20"/>
          <w:rFonts w:ascii="QhZznecx+FZFSK" w:hAnsi="QhZznecx+FZFSK" w:eastAsia="QhZznecx+FZFSK"/>
          <w:color w:val="000000"/>
          <w:sz w:val="32"/>
        </w:rPr>
        <w:t>经信〔</w:t>
      </w:r>
      <w:r>
        <w:rPr>
          <w:spacing w:val="-12"/>
          <w:rFonts w:ascii="QhZznecx+FZFSK" w:hAnsi="QhZznecx+FZFSK" w:eastAsia="QhZznecx+FZFSK"/>
          <w:color w:val="000000"/>
          <w:sz w:val="32"/>
        </w:rPr>
        <w:t>2</w:t>
      </w:r>
      <w:r>
        <w:rPr>
          <w:spacing w:val="-8"/>
          <w:rFonts w:ascii="QhZznecx+FZFSK" w:hAnsi="QhZznecx+FZFSK" w:eastAsia="QhZznecx+FZFSK"/>
          <w:color w:val="000000"/>
          <w:sz w:val="32"/>
        </w:rPr>
        <w:t>0</w:t>
      </w:r>
      <w:r>
        <w:rPr>
          <w:spacing w:val="-10"/>
          <w:rFonts w:ascii="QhZznecx+FZFSK" w:hAnsi="QhZznecx+FZFSK" w:eastAsia="QhZznecx+FZFSK"/>
          <w:color w:val="000000"/>
          <w:sz w:val="32"/>
        </w:rPr>
        <w:t>24</w:t>
      </w:r>
      <w:r>
        <w:rPr>
          <w:spacing w:val="-20"/>
          <w:rFonts w:ascii="QhZznecx+FZFSK" w:hAnsi="QhZznecx+FZFSK" w:eastAsia="QhZznecx+FZFSK"/>
          <w:color w:val="000000"/>
          <w:sz w:val="32"/>
        </w:rPr>
        <w:t>〕</w:t>
      </w:r>
      <w:r>
        <w:rPr>
          <w:spacing w:val="64"/>
          <w:rFonts w:ascii="QhZznecx+FZFSK" w:hAnsi="QhZznecx+FZFSK" w:eastAsia="QhZznecx+FZFSK"/>
          <w:color w:val="000000"/>
          <w:sz w:val="32"/>
        </w:rPr>
        <w:t>2</w:t>
      </w:r>
      <w:r>
        <w:rPr>
          <w:rFonts w:ascii="QhZznecx+FZFSK" w:hAnsi="QhZznecx+FZFSK" w:eastAsia="QhZznecx+FZFSK"/>
          <w:color w:val="000000"/>
          <w:sz w:val="32"/>
        </w:rPr>
        <w:t>号</w:t>
      </w:r>
    </w:p>
    <w:p>
      <w:pPr>
        <w:autoSpaceDN w:val="0"/>
        <w:autoSpaceDE w:val="0"/>
        <w:widowControl/>
        <w:spacing w:line="240" w:lineRule="auto" w:before="62" w:after="0"/>
        <w:ind w:left="32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5638800" cy="635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3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506" w:lineRule="exact" w:before="862" w:after="0"/>
        <w:ind w:left="552" w:right="0" w:firstLine="0"/>
        <w:jc w:val="left"/>
      </w:pPr>
      <w:r>
        <w:rPr>
          <w:rFonts w:ascii="YQdgCcSS+FZXBSJW" w:hAnsi="YQdgCcSS+FZXBSJW" w:eastAsia="YQdgCcSS+FZXBSJW"/>
          <w:color w:val="000000"/>
          <w:sz w:val="44"/>
        </w:rPr>
        <w:t>关</w:t>
      </w:r>
      <w:r>
        <w:rPr>
          <w:spacing w:val="2"/>
          <w:rFonts w:ascii="YQdgCcSS+FZXBSJW" w:hAnsi="YQdgCcSS+FZXBSJW" w:eastAsia="YQdgCcSS+FZXBSJW"/>
          <w:color w:val="000000"/>
          <w:sz w:val="44"/>
        </w:rPr>
        <w:t>于</w:t>
      </w:r>
      <w:r>
        <w:rPr>
          <w:rFonts w:ascii="YQdgCcSS+FZXBSJW" w:hAnsi="YQdgCcSS+FZXBSJW" w:eastAsia="YQdgCcSS+FZXBSJW"/>
          <w:color w:val="000000"/>
          <w:sz w:val="44"/>
        </w:rPr>
        <w:t>深</w:t>
      </w:r>
      <w:r>
        <w:rPr>
          <w:spacing w:val="2"/>
          <w:rFonts w:ascii="YQdgCcSS+FZXBSJW" w:hAnsi="YQdgCcSS+FZXBSJW" w:eastAsia="YQdgCcSS+FZXBSJW"/>
          <w:color w:val="000000"/>
          <w:sz w:val="44"/>
        </w:rPr>
        <w:t>化创</w:t>
      </w:r>
      <w:r>
        <w:rPr>
          <w:rFonts w:ascii="YQdgCcSS+FZXBSJW" w:hAnsi="YQdgCcSS+FZXBSJW" w:eastAsia="YQdgCcSS+FZXBSJW"/>
          <w:color w:val="000000"/>
          <w:sz w:val="44"/>
        </w:rPr>
        <w:t>新</w:t>
      </w:r>
      <w:r>
        <w:rPr>
          <w:spacing w:val="2"/>
          <w:rFonts w:ascii="YQdgCcSS+FZXBSJW" w:hAnsi="YQdgCcSS+FZXBSJW" w:eastAsia="YQdgCcSS+FZXBSJW"/>
          <w:color w:val="000000"/>
          <w:sz w:val="44"/>
        </w:rPr>
        <w:t>引领</w:t>
      </w:r>
      <w:r>
        <w:rPr>
          <w:rFonts w:ascii="YQdgCcSS+FZXBSJW" w:hAnsi="YQdgCcSS+FZXBSJW" w:eastAsia="YQdgCcSS+FZXBSJW"/>
          <w:color w:val="000000"/>
          <w:sz w:val="44"/>
        </w:rPr>
        <w:t>推</w:t>
      </w:r>
      <w:r>
        <w:rPr>
          <w:spacing w:val="2"/>
          <w:rFonts w:ascii="YQdgCcSS+FZXBSJW" w:hAnsi="YQdgCcSS+FZXBSJW" w:eastAsia="YQdgCcSS+FZXBSJW"/>
          <w:color w:val="000000"/>
          <w:sz w:val="44"/>
        </w:rPr>
        <w:t>动工</w:t>
      </w:r>
      <w:r>
        <w:rPr>
          <w:rFonts w:ascii="YQdgCcSS+FZXBSJW" w:hAnsi="YQdgCcSS+FZXBSJW" w:eastAsia="YQdgCcSS+FZXBSJW"/>
          <w:color w:val="000000"/>
          <w:sz w:val="44"/>
        </w:rPr>
        <w:t>业</w:t>
      </w:r>
      <w:r>
        <w:rPr>
          <w:spacing w:val="2"/>
          <w:rFonts w:ascii="YQdgCcSS+FZXBSJW" w:hAnsi="YQdgCcSS+FZXBSJW" w:eastAsia="YQdgCcSS+FZXBSJW"/>
          <w:color w:val="000000"/>
          <w:sz w:val="44"/>
        </w:rPr>
        <w:t>高质</w:t>
      </w:r>
      <w:r>
        <w:rPr>
          <w:rFonts w:ascii="YQdgCcSS+FZXBSJW" w:hAnsi="YQdgCcSS+FZXBSJW" w:eastAsia="YQdgCcSS+FZXBSJW"/>
          <w:color w:val="000000"/>
          <w:sz w:val="44"/>
        </w:rPr>
        <w:t>量</w:t>
      </w:r>
      <w:r>
        <w:rPr>
          <w:spacing w:val="2"/>
          <w:rFonts w:ascii="YQdgCcSS+FZXBSJW" w:hAnsi="YQdgCcSS+FZXBSJW" w:eastAsia="YQdgCcSS+FZXBSJW"/>
          <w:color w:val="000000"/>
          <w:sz w:val="44"/>
        </w:rPr>
        <w:t>发展</w:t>
      </w:r>
      <w:r>
        <w:rPr>
          <w:rFonts w:ascii="YQdgCcSS+FZXBSJW" w:hAnsi="YQdgCcSS+FZXBSJW" w:eastAsia="YQdgCcSS+FZXBSJW"/>
          <w:color w:val="000000"/>
          <w:sz w:val="44"/>
        </w:rPr>
        <w:t>的</w:t>
      </w:r>
    </w:p>
    <w:p>
      <w:pPr>
        <w:autoSpaceDN w:val="0"/>
        <w:autoSpaceDE w:val="0"/>
        <w:widowControl/>
        <w:spacing w:line="506" w:lineRule="exact" w:before="94" w:after="0"/>
        <w:ind w:left="0" w:right="3388" w:firstLine="0"/>
        <w:jc w:val="right"/>
      </w:pPr>
      <w:r>
        <w:rPr>
          <w:rFonts w:ascii="YQdgCcSS+FZXBSJW" w:hAnsi="YQdgCcSS+FZXBSJW" w:eastAsia="YQdgCcSS+FZXBSJW"/>
          <w:color w:val="000000"/>
          <w:sz w:val="44"/>
        </w:rPr>
        <w:t>若</w:t>
      </w:r>
      <w:r>
        <w:rPr>
          <w:spacing w:val="2"/>
          <w:rFonts w:ascii="YQdgCcSS+FZXBSJW" w:hAnsi="YQdgCcSS+FZXBSJW" w:eastAsia="YQdgCcSS+FZXBSJW"/>
          <w:color w:val="000000"/>
          <w:sz w:val="44"/>
        </w:rPr>
        <w:t>干</w:t>
      </w:r>
      <w:r>
        <w:rPr>
          <w:rFonts w:ascii="YQdgCcSS+FZXBSJW" w:hAnsi="YQdgCcSS+FZXBSJW" w:eastAsia="YQdgCcSS+FZXBSJW"/>
          <w:color w:val="000000"/>
          <w:sz w:val="44"/>
        </w:rPr>
        <w:t>政</w:t>
      </w:r>
      <w:r>
        <w:rPr>
          <w:spacing w:val="2"/>
          <w:rFonts w:ascii="YQdgCcSS+FZXBSJW" w:hAnsi="YQdgCcSS+FZXBSJW" w:eastAsia="YQdgCcSS+FZXBSJW"/>
          <w:color w:val="000000"/>
          <w:sz w:val="44"/>
        </w:rPr>
        <w:t>策意</w:t>
      </w:r>
      <w:r>
        <w:rPr>
          <w:rFonts w:ascii="YQdgCcSS+FZXBSJW" w:hAnsi="YQdgCcSS+FZXBSJW" w:eastAsia="YQdgCcSS+FZXBSJW"/>
          <w:color w:val="000000"/>
          <w:sz w:val="44"/>
        </w:rPr>
        <w:t>见</w:t>
      </w:r>
    </w:p>
    <w:p>
      <w:pPr>
        <w:autoSpaceDN w:val="0"/>
        <w:autoSpaceDE w:val="0"/>
        <w:widowControl/>
        <w:spacing w:line="576" w:lineRule="exact" w:before="528" w:after="0"/>
        <w:ind w:left="360" w:right="554" w:firstLine="640"/>
        <w:jc w:val="both"/>
      </w:pPr>
      <w:r>
        <w:rPr>
          <w:rFonts w:ascii="QhZznecx+FZFSK" w:hAnsi="QhZznecx+FZFSK" w:eastAsia="QhZznecx+FZFSK"/>
          <w:color w:val="000000"/>
          <w:sz w:val="32"/>
        </w:rPr>
        <w:t>为</w:t>
      </w:r>
      <w:r>
        <w:rPr>
          <w:spacing w:val="4"/>
          <w:rFonts w:ascii="QhZznecx+FZFSK" w:hAnsi="QhZznecx+FZFSK" w:eastAsia="QhZznecx+FZFSK"/>
          <w:color w:val="000000"/>
          <w:sz w:val="32"/>
        </w:rPr>
        <w:t>深</w:t>
      </w:r>
      <w:r>
        <w:rPr>
          <w:rFonts w:ascii="QhZznecx+FZFSK" w:hAnsi="QhZznecx+FZFSK" w:eastAsia="QhZznecx+FZFSK"/>
          <w:color w:val="000000"/>
          <w:sz w:val="32"/>
        </w:rPr>
        <w:t>入实</w:t>
      </w:r>
      <w:r>
        <w:rPr>
          <w:spacing w:val="-2"/>
          <w:rFonts w:ascii="QhZznecx+FZFSK" w:hAnsi="QhZznecx+FZFSK" w:eastAsia="QhZznecx+FZFSK"/>
          <w:color w:val="000000"/>
          <w:sz w:val="32"/>
        </w:rPr>
        <w:t>施</w:t>
      </w:r>
      <w:r>
        <w:rPr>
          <w:rFonts w:ascii="QhZznecx+FZFSK" w:hAnsi="QhZznecx+FZFSK" w:eastAsia="QhZznecx+FZFSK"/>
          <w:color w:val="000000"/>
          <w:sz w:val="32"/>
        </w:rPr>
        <w:t>“工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强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spacing w:val="-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产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兴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spacing w:val="-2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战</w:t>
      </w:r>
      <w:r>
        <w:rPr>
          <w:spacing w:val="4"/>
          <w:rFonts w:ascii="QhZznecx+FZFSK" w:hAnsi="QhZznecx+FZFSK" w:eastAsia="QhZznecx+FZFSK"/>
          <w:color w:val="000000"/>
          <w:sz w:val="32"/>
        </w:rPr>
        <w:t>略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坚</w:t>
      </w:r>
      <w:r>
        <w:rPr>
          <w:spacing w:val="2"/>
          <w:rFonts w:ascii="QhZznecx+FZFSK" w:hAnsi="QhZznecx+FZFSK" w:eastAsia="QhZznecx+FZFSK"/>
          <w:color w:val="000000"/>
          <w:sz w:val="32"/>
        </w:rPr>
        <w:t>持</w:t>
      </w:r>
      <w:r>
        <w:rPr>
          <w:rFonts w:ascii="QhZznecx+FZFSK" w:hAnsi="QhZznecx+FZFSK" w:eastAsia="QhZznecx+FZFSK"/>
          <w:color w:val="000000"/>
          <w:sz w:val="32"/>
        </w:rPr>
        <w:t>创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驱</w:t>
      </w:r>
      <w:r>
        <w:rPr>
          <w:spacing w:val="2"/>
          <w:rFonts w:ascii="QhZznecx+FZFSK" w:hAnsi="QhZznecx+FZFSK" w:eastAsia="QhZznecx+FZFSK"/>
          <w:color w:val="000000"/>
          <w:sz w:val="32"/>
        </w:rPr>
        <w:t>动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深</w:t>
      </w:r>
      <w:r>
        <w:rPr>
          <w:spacing w:val="-2"/>
          <w:rFonts w:ascii="QhZznecx+FZFSK" w:hAnsi="QhZznecx+FZFSK" w:eastAsia="QhZznecx+FZFSK"/>
          <w:color w:val="000000"/>
          <w:sz w:val="32"/>
        </w:rPr>
        <w:t>化</w:t>
      </w:r>
      <w:r>
        <w:rPr>
          <w:spacing w:val="2"/>
          <w:rFonts w:ascii="QhZznecx+FZFSK" w:hAnsi="QhZznecx+FZFSK" w:eastAsia="QhZznecx+FZFSK"/>
          <w:color w:val="000000"/>
          <w:sz w:val="32"/>
        </w:rPr>
        <w:t>“</w:t>
      </w:r>
      <w:r>
        <w:rPr>
          <w:rFonts w:ascii="QhZznecx+FZFSK" w:hAnsi="QhZznecx+FZFSK" w:eastAsia="QhZznecx+FZFSK"/>
          <w:color w:val="000000"/>
          <w:sz w:val="32"/>
        </w:rPr>
        <w:t>五链</w:t>
      </w:r>
      <w:r>
        <w:rPr>
          <w:spacing w:val="-4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融</w:t>
      </w:r>
      <w:r>
        <w:rPr>
          <w:spacing w:val="4"/>
          <w:rFonts w:ascii="QhZznecx+FZFSK" w:hAnsi="QhZznecx+FZFSK" w:eastAsia="QhZznecx+FZFSK"/>
          <w:color w:val="000000"/>
          <w:sz w:val="32"/>
        </w:rPr>
        <w:t>合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科</w:t>
      </w:r>
      <w:r>
        <w:rPr>
          <w:rFonts w:ascii="QhZznecx+FZFSK" w:hAnsi="QhZznecx+FZFSK" w:eastAsia="QhZznecx+FZFSK"/>
          <w:color w:val="000000"/>
          <w:sz w:val="32"/>
        </w:rPr>
        <w:t>技创</w:t>
      </w:r>
      <w:r>
        <w:rPr>
          <w:spacing w:val="4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引</w:t>
      </w:r>
      <w:r>
        <w:rPr>
          <w:spacing w:val="2"/>
          <w:rFonts w:ascii="QhZznecx+FZFSK" w:hAnsi="QhZznecx+FZFSK" w:eastAsia="QhZznecx+FZFSK"/>
          <w:color w:val="000000"/>
          <w:sz w:val="32"/>
        </w:rPr>
        <w:t>领现</w:t>
      </w:r>
      <w:r>
        <w:rPr>
          <w:rFonts w:ascii="QhZznecx+FZFSK" w:hAnsi="QhZznecx+FZFSK" w:eastAsia="QhZznecx+FZFSK"/>
          <w:color w:val="000000"/>
          <w:sz w:val="32"/>
        </w:rPr>
        <w:t>代</w:t>
      </w:r>
      <w:r>
        <w:rPr>
          <w:spacing w:val="2"/>
          <w:rFonts w:ascii="QhZznecx+FZFSK" w:hAnsi="QhZznecx+FZFSK" w:eastAsia="QhZznecx+FZFSK"/>
          <w:color w:val="000000"/>
          <w:sz w:val="32"/>
        </w:rPr>
        <w:t>化产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体系</w:t>
      </w:r>
      <w:r>
        <w:rPr>
          <w:rFonts w:ascii="QhZznecx+FZFSK" w:hAnsi="QhZznecx+FZFSK" w:eastAsia="QhZznecx+FZFSK"/>
          <w:color w:val="000000"/>
          <w:sz w:val="32"/>
        </w:rPr>
        <w:t>建</w:t>
      </w:r>
      <w:r>
        <w:rPr>
          <w:spacing w:val="2"/>
          <w:rFonts w:ascii="QhZznecx+FZFSK" w:hAnsi="QhZznecx+FZFSK" w:eastAsia="QhZznecx+FZFSK"/>
          <w:color w:val="000000"/>
          <w:sz w:val="32"/>
        </w:rPr>
        <w:t>设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进</w:t>
      </w:r>
      <w:r>
        <w:rPr>
          <w:spacing w:val="2"/>
          <w:rFonts w:ascii="QhZznecx+FZFSK" w:hAnsi="QhZznecx+FZFSK" w:eastAsia="QhZznecx+FZFSK"/>
          <w:color w:val="000000"/>
          <w:sz w:val="32"/>
        </w:rPr>
        <w:t>一</w:t>
      </w:r>
      <w:r>
        <w:rPr>
          <w:rFonts w:ascii="QhZznecx+FZFSK" w:hAnsi="QhZznecx+FZFSK" w:eastAsia="QhZznecx+FZFSK"/>
          <w:color w:val="000000"/>
          <w:sz w:val="32"/>
        </w:rPr>
        <w:t>步</w:t>
      </w:r>
      <w:r>
        <w:rPr>
          <w:spacing w:val="2"/>
          <w:rFonts w:ascii="QhZznecx+FZFSK" w:hAnsi="QhZznecx+FZFSK" w:eastAsia="QhZznecx+FZFSK"/>
          <w:color w:val="000000"/>
          <w:sz w:val="32"/>
        </w:rPr>
        <w:t>优化</w:t>
      </w:r>
      <w:r>
        <w:rPr>
          <w:rFonts w:ascii="QhZznecx+FZFSK" w:hAnsi="QhZznecx+FZFSK" w:eastAsia="QhZznecx+FZFSK"/>
          <w:color w:val="000000"/>
          <w:sz w:val="32"/>
        </w:rPr>
        <w:t>结</w:t>
      </w:r>
      <w:r>
        <w:rPr>
          <w:spacing w:val="4"/>
          <w:rFonts w:ascii="QhZznecx+FZFSK" w:hAnsi="QhZznecx+FZFSK" w:eastAsia="QhZznecx+FZFSK"/>
          <w:color w:val="000000"/>
          <w:sz w:val="32"/>
        </w:rPr>
        <w:t>构</w:t>
      </w:r>
      <w:r>
        <w:rPr>
          <w:spacing w:val="-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提</w:t>
      </w:r>
      <w:r>
        <w:rPr>
          <w:spacing w:val="2"/>
          <w:rFonts w:ascii="QhZznecx+FZFSK" w:hAnsi="QhZznecx+FZFSK" w:eastAsia="QhZznecx+FZFSK"/>
          <w:color w:val="000000"/>
          <w:sz w:val="32"/>
        </w:rPr>
        <w:t>振</w:t>
      </w:r>
      <w:r>
        <w:rPr>
          <w:rFonts w:ascii="QhZznecx+FZFSK" w:hAnsi="QhZznecx+FZFSK" w:eastAsia="QhZznecx+FZFSK"/>
          <w:color w:val="000000"/>
          <w:sz w:val="32"/>
        </w:rPr>
        <w:t>信</w:t>
      </w:r>
      <w:r>
        <w:rPr>
          <w:spacing w:val="4"/>
          <w:rFonts w:ascii="QhZznecx+FZFSK" w:hAnsi="QhZznecx+FZFSK" w:eastAsia="QhZznecx+FZFSK"/>
          <w:color w:val="000000"/>
          <w:sz w:val="32"/>
        </w:rPr>
        <w:t>心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防</w:t>
      </w:r>
      <w:r>
        <w:rPr>
          <w:spacing w:val="4"/>
          <w:rFonts w:ascii="QhZznecx+FZFSK" w:hAnsi="QhZznecx+FZFSK" w:eastAsia="QhZznecx+FZFSK"/>
          <w:color w:val="000000"/>
          <w:sz w:val="32"/>
        </w:rPr>
        <w:t>范</w:t>
      </w:r>
      <w:r>
        <w:rPr>
          <w:rFonts w:ascii="QhZznecx+FZFSK" w:hAnsi="QhZznecx+FZFSK" w:eastAsia="QhZznecx+FZFSK"/>
          <w:color w:val="000000"/>
          <w:sz w:val="32"/>
        </w:rPr>
        <w:t>化解</w:t>
      </w:r>
      <w:r>
        <w:rPr>
          <w:spacing w:val="4"/>
          <w:rFonts w:ascii="QhZznecx+FZFSK" w:hAnsi="QhZznecx+FZFSK" w:eastAsia="QhZznecx+FZFSK"/>
          <w:color w:val="000000"/>
          <w:sz w:val="32"/>
        </w:rPr>
        <w:t>风</w:t>
      </w:r>
      <w:r>
        <w:rPr>
          <w:rFonts w:ascii="QhZznecx+FZFSK" w:hAnsi="QhZznecx+FZFSK" w:eastAsia="QhZznecx+FZFSK"/>
          <w:color w:val="000000"/>
          <w:sz w:val="32"/>
        </w:rPr>
        <w:t>险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扎</w:t>
      </w:r>
      <w:r>
        <w:rPr>
          <w:spacing w:val="2"/>
          <w:rFonts w:ascii="QhZznecx+FZFSK" w:hAnsi="QhZznecx+FZFSK" w:eastAsia="QhZznecx+FZFSK"/>
          <w:color w:val="000000"/>
          <w:sz w:val="32"/>
        </w:rPr>
        <w:t>实推</w:t>
      </w:r>
      <w:r>
        <w:rPr>
          <w:rFonts w:ascii="QhZznecx+FZFSK" w:hAnsi="QhZznecx+FZFSK" w:eastAsia="QhZznecx+FZFSK"/>
          <w:color w:val="000000"/>
          <w:sz w:val="32"/>
        </w:rPr>
        <w:t>进</w:t>
      </w:r>
      <w:r>
        <w:rPr>
          <w:spacing w:val="2"/>
          <w:rFonts w:ascii="QhZznecx+FZFSK" w:hAnsi="QhZznecx+FZFSK" w:eastAsia="QhZznecx+FZFSK"/>
          <w:color w:val="000000"/>
          <w:sz w:val="32"/>
        </w:rPr>
        <w:t>工业</w:t>
      </w:r>
      <w:r>
        <w:rPr>
          <w:rFonts w:ascii="QhZznecx+FZFSK" w:hAnsi="QhZznecx+FZFSK" w:eastAsia="QhZznecx+FZFSK"/>
          <w:color w:val="000000"/>
          <w:sz w:val="32"/>
        </w:rPr>
        <w:t>高</w:t>
      </w:r>
      <w:r>
        <w:rPr>
          <w:spacing w:val="2"/>
          <w:rFonts w:ascii="QhZznecx+FZFSK" w:hAnsi="QhZznecx+FZFSK" w:eastAsia="QhZznecx+FZFSK"/>
          <w:color w:val="000000"/>
          <w:sz w:val="32"/>
        </w:rPr>
        <w:t>质量</w:t>
      </w:r>
      <w:r>
        <w:rPr>
          <w:rFonts w:ascii="QhZznecx+FZFSK" w:hAnsi="QhZznecx+FZFSK" w:eastAsia="QhZznecx+FZFSK"/>
          <w:color w:val="000000"/>
          <w:sz w:val="32"/>
        </w:rPr>
        <w:t>发</w:t>
      </w:r>
      <w:r>
        <w:rPr>
          <w:spacing w:val="2"/>
          <w:rFonts w:ascii="QhZznecx+FZFSK" w:hAnsi="QhZznecx+FZFSK" w:eastAsia="QhZznecx+FZFSK"/>
          <w:color w:val="000000"/>
          <w:sz w:val="32"/>
        </w:rPr>
        <w:t>展，</w:t>
      </w:r>
      <w:r>
        <w:rPr>
          <w:rFonts w:ascii="QhZznecx+FZFSK" w:hAnsi="QhZznecx+FZFSK" w:eastAsia="QhZznecx+FZFSK"/>
          <w:color w:val="000000"/>
          <w:sz w:val="32"/>
        </w:rPr>
        <w:t>特</w:t>
      </w:r>
      <w:r>
        <w:rPr>
          <w:spacing w:val="2"/>
          <w:rFonts w:ascii="QhZznecx+FZFSK" w:hAnsi="QhZznecx+FZFSK" w:eastAsia="QhZznecx+FZFSK"/>
          <w:color w:val="000000"/>
          <w:sz w:val="32"/>
        </w:rPr>
        <w:t>制定</w:t>
      </w:r>
      <w:r>
        <w:rPr>
          <w:rFonts w:ascii="QhZznecx+FZFSK" w:hAnsi="QhZznecx+FZFSK" w:eastAsia="QhZznecx+FZFSK"/>
          <w:color w:val="000000"/>
          <w:sz w:val="32"/>
        </w:rPr>
        <w:t>本</w:t>
      </w:r>
      <w:r>
        <w:rPr>
          <w:spacing w:val="2"/>
          <w:rFonts w:ascii="QhZznecx+FZFSK" w:hAnsi="QhZznecx+FZFSK" w:eastAsia="QhZznecx+FZFSK"/>
          <w:color w:val="000000"/>
          <w:sz w:val="32"/>
        </w:rPr>
        <w:t>政策</w:t>
      </w:r>
      <w:r>
        <w:rPr>
          <w:rFonts w:ascii="QhZznecx+FZFSK" w:hAnsi="QhZznecx+FZFSK" w:eastAsia="QhZznecx+FZFSK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348" w:lineRule="exact" w:before="382" w:after="0"/>
        <w:ind w:left="0" w:right="550" w:firstLine="0"/>
        <w:jc w:val="righ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40"/>
          <w:rFonts w:ascii="Arial" w:hAnsi="Arial" w:eastAsia="Arial"/>
          <w:color w:val="000000"/>
          <w:sz w:val="32"/>
        </w:rPr>
        <w:t xml:space="preserve"> </w:t>
      </w:r>
      <w:r>
        <w:rPr>
          <w:spacing w:val="-2"/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1110" w:right="1246" w:bottom="424" w:left="1440" w:header="720" w:footer="720" w:gutter="0"/>
          <w:cols w:num="1" w:equalWidth="0" w:space="720">
            <w:col w:w="9220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88" w:after="0"/>
        <w:ind w:left="0" w:right="0"/>
      </w:pPr>
    </w:p>
    <w:p>
      <w:pPr>
        <w:autoSpaceDN w:val="0"/>
        <w:tabs>
          <w:tab w:pos="1000" w:val="left"/>
        </w:tabs>
        <w:autoSpaceDE w:val="0"/>
        <w:widowControl/>
        <w:spacing w:line="570" w:lineRule="exact" w:before="0" w:after="0"/>
        <w:ind w:left="360" w:right="144" w:firstLine="0"/>
        <w:jc w:val="left"/>
      </w:pPr>
      <w:r>
        <w:tab/>
      </w:r>
      <w:r>
        <w:rPr>
          <w:rFonts w:ascii="TZq99STw+FZHTK" w:hAnsi="TZq99STw+FZHTK" w:eastAsia="TZq99STw+FZHTK"/>
          <w:color w:val="000000"/>
          <w:sz w:val="32"/>
        </w:rPr>
        <w:t>一</w:t>
      </w:r>
      <w:r>
        <w:rPr>
          <w:spacing w:val="4"/>
          <w:rFonts w:ascii="TZq99STw+FZHTK" w:hAnsi="TZq99STw+FZHTK" w:eastAsia="TZq99STw+FZHTK"/>
          <w:color w:val="000000"/>
          <w:sz w:val="32"/>
        </w:rPr>
        <w:t>、</w:t>
      </w:r>
      <w:r>
        <w:rPr>
          <w:rFonts w:ascii="TZq99STw+FZHTK" w:hAnsi="TZq99STw+FZHTK" w:eastAsia="TZq99STw+FZHTK"/>
          <w:color w:val="000000"/>
          <w:sz w:val="32"/>
        </w:rPr>
        <w:t>精准</w:t>
      </w:r>
      <w:r>
        <w:rPr>
          <w:spacing w:val="4"/>
          <w:rFonts w:ascii="TZq99STw+FZHTK" w:hAnsi="TZq99STw+FZHTK" w:eastAsia="TZq99STw+FZHTK"/>
          <w:color w:val="000000"/>
          <w:sz w:val="32"/>
        </w:rPr>
        <w:t>打</w:t>
      </w:r>
      <w:r>
        <w:rPr>
          <w:rFonts w:ascii="TZq99STw+FZHTK" w:hAnsi="TZq99STw+FZHTK" w:eastAsia="TZq99STw+FZHTK"/>
          <w:color w:val="000000"/>
          <w:sz w:val="32"/>
        </w:rPr>
        <w:t>造产</w:t>
      </w:r>
      <w:r>
        <w:rPr>
          <w:spacing w:val="4"/>
          <w:rFonts w:ascii="TZq99STw+FZHTK" w:hAnsi="TZq99STw+FZHTK" w:eastAsia="TZq99STw+FZHTK"/>
          <w:color w:val="000000"/>
          <w:sz w:val="32"/>
        </w:rPr>
        <w:t>业</w:t>
      </w:r>
      <w:r>
        <w:rPr>
          <w:rFonts w:ascii="TZq99STw+FZHTK" w:hAnsi="TZq99STw+FZHTK" w:eastAsia="TZq99STw+FZHTK"/>
          <w:color w:val="000000"/>
          <w:sz w:val="32"/>
        </w:rPr>
        <w:t>链，</w:t>
      </w:r>
      <w:r>
        <w:rPr>
          <w:spacing w:val="4"/>
          <w:rFonts w:ascii="TZq99STw+FZHTK" w:hAnsi="TZq99STw+FZHTK" w:eastAsia="TZq99STw+FZHTK"/>
          <w:color w:val="000000"/>
          <w:sz w:val="32"/>
        </w:rPr>
        <w:t>推</w:t>
      </w:r>
      <w:r>
        <w:rPr>
          <w:rFonts w:ascii="TZq99STw+FZHTK" w:hAnsi="TZq99STw+FZHTK" w:eastAsia="TZq99STw+FZHTK"/>
          <w:color w:val="000000"/>
          <w:sz w:val="32"/>
        </w:rPr>
        <w:t>进产</w:t>
      </w:r>
      <w:r>
        <w:rPr>
          <w:spacing w:val="4"/>
          <w:rFonts w:ascii="TZq99STw+FZHTK" w:hAnsi="TZq99STw+FZHTK" w:eastAsia="TZq99STw+FZHTK"/>
          <w:color w:val="000000"/>
          <w:sz w:val="32"/>
        </w:rPr>
        <w:t>业</w:t>
      </w:r>
      <w:r>
        <w:rPr>
          <w:rFonts w:ascii="TZq99STw+FZHTK" w:hAnsi="TZq99STw+FZHTK" w:eastAsia="TZq99STw+FZHTK"/>
          <w:color w:val="000000"/>
          <w:sz w:val="32"/>
        </w:rPr>
        <w:t>转型</w:t>
      </w:r>
      <w:r>
        <w:rPr>
          <w:spacing w:val="4"/>
          <w:rFonts w:ascii="TZq99STw+FZHTK" w:hAnsi="TZq99STw+FZHTK" w:eastAsia="TZq99STw+FZHTK"/>
          <w:color w:val="000000"/>
          <w:sz w:val="32"/>
        </w:rPr>
        <w:t>发</w:t>
      </w:r>
      <w:r>
        <w:rPr>
          <w:rFonts w:ascii="TZq99STw+FZHTK" w:hAnsi="TZq99STw+FZHTK" w:eastAsia="TZq99STw+FZHTK"/>
          <w:color w:val="000000"/>
          <w:sz w:val="32"/>
        </w:rPr>
        <w:t>展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.</w:t>
      </w:r>
      <w:r>
        <w:rPr>
          <w:spacing w:val="4"/>
          <w:rFonts w:ascii="QhZznecx+FZFSK" w:hAnsi="QhZznecx+FZFSK" w:eastAsia="QhZznecx+FZFSK"/>
          <w:color w:val="000000"/>
          <w:sz w:val="32"/>
        </w:rPr>
        <w:t>支</w:t>
      </w:r>
      <w:r>
        <w:rPr>
          <w:spacing w:val="2"/>
          <w:rFonts w:ascii="QhZznecx+FZFSK" w:hAnsi="QhZznecx+FZFSK" w:eastAsia="QhZznecx+FZFSK"/>
          <w:color w:val="000000"/>
          <w:sz w:val="32"/>
        </w:rPr>
        <w:t>持</w:t>
      </w:r>
      <w:r>
        <w:rPr>
          <w:spacing w:val="4"/>
          <w:rFonts w:ascii="QhZznecx+FZFSK" w:hAnsi="QhZznecx+FZFSK" w:eastAsia="QhZznecx+FZFSK"/>
          <w:color w:val="000000"/>
          <w:sz w:val="32"/>
        </w:rPr>
        <w:t>重大</w:t>
      </w:r>
      <w:r>
        <w:rPr>
          <w:spacing w:val="2"/>
          <w:rFonts w:ascii="QhZznecx+FZFSK" w:hAnsi="QhZznecx+FZFSK" w:eastAsia="QhZznecx+FZFSK"/>
          <w:color w:val="000000"/>
          <w:sz w:val="32"/>
        </w:rPr>
        <w:t>项</w:t>
      </w:r>
      <w:r>
        <w:rPr>
          <w:spacing w:val="6"/>
          <w:rFonts w:ascii="QhZznecx+FZFSK" w:hAnsi="QhZznecx+FZFSK" w:eastAsia="QhZznecx+FZFSK"/>
          <w:color w:val="000000"/>
          <w:sz w:val="32"/>
        </w:rPr>
        <w:t>目招</w:t>
      </w:r>
      <w:r>
        <w:rPr>
          <w:spacing w:val="4"/>
          <w:rFonts w:ascii="QhZznecx+FZFSK" w:hAnsi="QhZznecx+FZFSK" w:eastAsia="QhZznecx+FZFSK"/>
          <w:color w:val="000000"/>
          <w:sz w:val="32"/>
        </w:rPr>
        <w:t>引</w:t>
      </w:r>
      <w:r>
        <w:rPr>
          <w:spacing w:val="6"/>
          <w:rFonts w:ascii="QhZznecx+FZFSK" w:hAnsi="QhZznecx+FZFSK" w:eastAsia="QhZznecx+FZFSK"/>
          <w:color w:val="000000"/>
          <w:sz w:val="32"/>
        </w:rPr>
        <w:t>。</w:t>
      </w:r>
      <w:r>
        <w:rPr>
          <w:spacing w:val="4"/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增跨</w:t>
      </w:r>
      <w:r>
        <w:rPr>
          <w:spacing w:val="4"/>
          <w:rFonts w:ascii="QhZznecx+FZFSK" w:hAnsi="QhZznecx+FZFSK" w:eastAsia="QhZznecx+FZFSK"/>
          <w:color w:val="000000"/>
          <w:sz w:val="32"/>
        </w:rPr>
        <w:t>国</w:t>
      </w:r>
      <w:r>
        <w:rPr>
          <w:spacing w:val="2"/>
          <w:rFonts w:ascii="QhZznecx+FZFSK" w:hAnsi="QhZznecx+FZFSK" w:eastAsia="QhZznecx+FZFSK"/>
          <w:color w:val="000000"/>
          <w:sz w:val="32"/>
        </w:rPr>
        <w:t>公</w:t>
      </w:r>
      <w:r>
        <w:rPr>
          <w:spacing w:val="4"/>
          <w:rFonts w:ascii="QhZznecx+FZFSK" w:hAnsi="QhZznecx+FZFSK" w:eastAsia="QhZznecx+FZFSK"/>
          <w:color w:val="000000"/>
          <w:sz w:val="32"/>
        </w:rPr>
        <w:t>司、</w:t>
      </w:r>
      <w:r>
        <w:rPr>
          <w:spacing w:val="2"/>
          <w:rFonts w:ascii="QhZznecx+FZFSK" w:hAnsi="QhZznecx+FZFSK" w:eastAsia="QhZznecx+FZFSK"/>
          <w:color w:val="000000"/>
          <w:sz w:val="32"/>
        </w:rPr>
        <w:t>境外</w:t>
      </w:r>
      <w:r>
        <w:rPr>
          <w:spacing w:val="4"/>
          <w:rFonts w:ascii="QhZznecx+FZFSK" w:hAnsi="QhZznecx+FZFSK" w:eastAsia="QhZznecx+FZFSK"/>
          <w:color w:val="000000"/>
          <w:sz w:val="32"/>
        </w:rPr>
        <w:t>行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龙头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业等</w:t>
      </w:r>
      <w:r>
        <w:rPr>
          <w:rFonts w:ascii="QhZznecx+FZFSK" w:hAnsi="QhZznecx+FZFSK" w:eastAsia="QhZznecx+FZFSK"/>
          <w:color w:val="000000"/>
          <w:sz w:val="32"/>
        </w:rPr>
        <w:t>实</w:t>
      </w:r>
      <w:r>
        <w:rPr>
          <w:spacing w:val="2"/>
          <w:rFonts w:ascii="QhZznecx+FZFSK" w:hAnsi="QhZznecx+FZFSK" w:eastAsia="QhZznecx+FZFSK"/>
          <w:color w:val="000000"/>
          <w:sz w:val="32"/>
        </w:rPr>
        <w:t>际投</w:t>
      </w:r>
      <w:r>
        <w:rPr>
          <w:spacing w:val="80"/>
          <w:rFonts w:ascii="QhZznecx+FZFSK" w:hAnsi="QhZznecx+FZFSK" w:eastAsia="QhZznecx+FZFSK"/>
          <w:color w:val="000000"/>
          <w:sz w:val="32"/>
        </w:rPr>
        <w:t>资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万美</w:t>
      </w:r>
      <w:r>
        <w:rPr>
          <w:rFonts w:ascii="QhZznecx+FZFSK" w:hAnsi="QhZznecx+FZFSK" w:eastAsia="QhZznecx+FZFSK"/>
          <w:color w:val="000000"/>
          <w:sz w:val="32"/>
        </w:rPr>
        <w:t>元</w:t>
      </w:r>
      <w:r>
        <w:rPr>
          <w:spacing w:val="2"/>
          <w:rFonts w:ascii="QhZznecx+FZFSK" w:hAnsi="QhZznecx+FZFSK" w:eastAsia="QhZznecx+FZFSK"/>
          <w:color w:val="000000"/>
          <w:sz w:val="32"/>
        </w:rPr>
        <w:t>以上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工业</w:t>
      </w:r>
      <w:r>
        <w:rPr>
          <w:rFonts w:ascii="QhZznecx+FZFSK" w:hAnsi="QhZznecx+FZFSK" w:eastAsia="QhZznecx+FZFSK"/>
          <w:color w:val="000000"/>
          <w:sz w:val="32"/>
        </w:rPr>
        <w:t>项</w:t>
      </w:r>
      <w:r>
        <w:rPr>
          <w:spacing w:val="4"/>
          <w:rFonts w:ascii="QhZznecx+FZFSK" w:hAnsi="QhZznecx+FZFSK" w:eastAsia="QhZznecx+FZFSK"/>
          <w:color w:val="000000"/>
          <w:sz w:val="32"/>
        </w:rPr>
        <w:t>目</w:t>
      </w:r>
      <w:r>
        <w:rPr>
          <w:rFonts w:ascii="QhZznecx+FZFSK" w:hAnsi="QhZznecx+FZFSK" w:eastAsia="QhZznecx+FZFSK"/>
          <w:color w:val="000000"/>
          <w:sz w:val="32"/>
        </w:rPr>
        <w:t>；新</w:t>
      </w:r>
      <w:r>
        <w:rPr>
          <w:spacing w:val="4"/>
          <w:rFonts w:ascii="QhZznecx+FZFSK" w:hAnsi="QhZznecx+FZFSK" w:eastAsia="QhZznecx+FZFSK"/>
          <w:color w:val="000000"/>
          <w:sz w:val="32"/>
        </w:rPr>
        <w:t>增</w:t>
      </w:r>
      <w:r>
        <w:rPr>
          <w:rFonts w:ascii="QhZznecx+FZFSK" w:hAnsi="QhZznecx+FZFSK" w:eastAsia="QhZznecx+FZFSK"/>
          <w:color w:val="000000"/>
          <w:sz w:val="32"/>
        </w:rPr>
        <w:t>固定</w:t>
      </w:r>
      <w:r>
        <w:rPr>
          <w:spacing w:val="4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产投</w:t>
      </w:r>
      <w:r>
        <w:rPr>
          <w:spacing w:val="82"/>
          <w:rFonts w:ascii="QhZznecx+FZFSK" w:hAnsi="QhZznecx+FZFSK" w:eastAsia="QhZznecx+FZFSK"/>
          <w:color w:val="000000"/>
          <w:sz w:val="32"/>
        </w:rPr>
        <w:t>资</w:t>
      </w:r>
      <w:r>
        <w:rPr>
          <w:spacing w:val="80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亿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上的</w:t>
      </w:r>
      <w:r>
        <w:rPr>
          <w:rFonts w:ascii="QhZznecx+FZFSK" w:hAnsi="QhZznecx+FZFSK" w:eastAsia="QhZznecx+FZFSK"/>
          <w:color w:val="000000"/>
          <w:sz w:val="32"/>
        </w:rPr>
        <w:t>工</w:t>
      </w:r>
      <w:r>
        <w:rPr>
          <w:spacing w:val="2"/>
          <w:rFonts w:ascii="QhZznecx+FZFSK" w:hAnsi="QhZznecx+FZFSK" w:eastAsia="QhZznecx+FZFSK"/>
          <w:color w:val="000000"/>
          <w:sz w:val="32"/>
        </w:rPr>
        <w:t>业项</w:t>
      </w:r>
      <w:r>
        <w:rPr>
          <w:rFonts w:ascii="QhZznecx+FZFSK" w:hAnsi="QhZznecx+FZFSK" w:eastAsia="QhZznecx+FZFSK"/>
          <w:color w:val="000000"/>
          <w:sz w:val="32"/>
        </w:rPr>
        <w:t>目</w:t>
      </w:r>
      <w:r>
        <w:rPr>
          <w:spacing w:val="-68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引</w:t>
      </w:r>
      <w:r>
        <w:rPr>
          <w:rFonts w:ascii="QhZznecx+FZFSK" w:hAnsi="QhZznecx+FZFSK" w:eastAsia="QhZznecx+FZFSK"/>
          <w:color w:val="000000"/>
          <w:sz w:val="32"/>
        </w:rPr>
        <w:t>进</w:t>
      </w:r>
      <w:r>
        <w:rPr>
          <w:spacing w:val="2"/>
          <w:rFonts w:ascii="QhZznecx+FZFSK" w:hAnsi="QhZznecx+FZFSK" w:eastAsia="QhZznecx+FZFSK"/>
          <w:color w:val="000000"/>
          <w:sz w:val="32"/>
        </w:rPr>
        <w:t>年度</w:t>
      </w:r>
      <w:r>
        <w:rPr>
          <w:rFonts w:ascii="QhZznecx+FZFSK" w:hAnsi="QhZznecx+FZFSK" w:eastAsia="QhZznecx+FZFSK"/>
          <w:color w:val="000000"/>
          <w:sz w:val="32"/>
        </w:rPr>
        <w:t>地</w:t>
      </w:r>
      <w:r>
        <w:rPr>
          <w:spacing w:val="2"/>
          <w:rFonts w:ascii="QhZznecx+FZFSK" w:hAnsi="QhZznecx+FZFSK" w:eastAsia="QhZznecx+FZFSK"/>
          <w:color w:val="000000"/>
          <w:sz w:val="32"/>
        </w:rPr>
        <w:t>方综</w:t>
      </w:r>
      <w:r>
        <w:rPr>
          <w:rFonts w:ascii="QhZznecx+FZFSK" w:hAnsi="QhZznecx+FZFSK" w:eastAsia="QhZznecx+FZFSK"/>
          <w:color w:val="000000"/>
          <w:sz w:val="32"/>
        </w:rPr>
        <w:t>合</w:t>
      </w:r>
      <w:r>
        <w:rPr>
          <w:spacing w:val="4"/>
          <w:rFonts w:ascii="QhZznecx+FZFSK" w:hAnsi="QhZznecx+FZFSK" w:eastAsia="QhZznecx+FZFSK"/>
          <w:color w:val="000000"/>
          <w:sz w:val="32"/>
        </w:rPr>
        <w:t>贡</w:t>
      </w:r>
      <w:r>
        <w:rPr>
          <w:rFonts w:ascii="QhZznecx+FZFSK" w:hAnsi="QhZznecx+FZFSK" w:eastAsia="QhZznecx+FZFSK"/>
          <w:color w:val="000000"/>
          <w:sz w:val="32"/>
        </w:rPr>
        <w:t>献</w:t>
      </w:r>
      <w:r>
        <w:rPr>
          <w:spacing w:val="80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万元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上的</w:t>
      </w:r>
      <w:r>
        <w:rPr>
          <w:rFonts w:ascii="QhZznecx+FZFSK" w:hAnsi="QhZznecx+FZFSK" w:eastAsia="QhZznecx+FZFSK"/>
          <w:color w:val="000000"/>
          <w:sz w:val="32"/>
        </w:rPr>
        <w:t>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目</w:t>
      </w:r>
      <w:r>
        <w:rPr>
          <w:spacing w:val="-4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行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引领</w:t>
      </w:r>
      <w:r>
        <w:rPr>
          <w:spacing w:val="-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区</w:t>
      </w:r>
      <w:r>
        <w:rPr>
          <w:spacing w:val="4"/>
          <w:rFonts w:ascii="QhZznecx+FZFSK" w:hAnsi="QhZznecx+FZFSK" w:eastAsia="QhZznecx+FZFSK"/>
          <w:color w:val="000000"/>
          <w:sz w:val="32"/>
        </w:rPr>
        <w:t>域</w:t>
      </w:r>
      <w:r>
        <w:rPr>
          <w:rFonts w:ascii="QhZznecx+FZFSK" w:hAnsi="QhZznecx+FZFSK" w:eastAsia="QhZznecx+FZFSK"/>
          <w:color w:val="000000"/>
          <w:sz w:val="32"/>
        </w:rPr>
        <w:t>产业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带</w:t>
      </w:r>
      <w:r>
        <w:rPr>
          <w:rFonts w:ascii="QhZznecx+FZFSK" w:hAnsi="QhZznecx+FZFSK" w:eastAsia="QhZznecx+FZFSK"/>
          <w:color w:val="000000"/>
          <w:sz w:val="32"/>
        </w:rPr>
        <w:t>动作</w:t>
      </w:r>
      <w:r>
        <w:rPr>
          <w:spacing w:val="4"/>
          <w:rFonts w:ascii="QhZznecx+FZFSK" w:hAnsi="QhZznecx+FZFSK" w:eastAsia="QhZznecx+FZFSK"/>
          <w:color w:val="000000"/>
          <w:sz w:val="32"/>
        </w:rPr>
        <w:t>用</w:t>
      </w:r>
      <w:r>
        <w:rPr>
          <w:rFonts w:ascii="QhZznecx+FZFSK" w:hAnsi="QhZznecx+FZFSK" w:eastAsia="QhZznecx+FZFSK"/>
          <w:color w:val="000000"/>
          <w:sz w:val="32"/>
        </w:rPr>
        <w:t>明显</w:t>
      </w:r>
      <w:r>
        <w:rPr>
          <w:spacing w:val="4"/>
          <w:rFonts w:ascii="QhZznecx+FZFSK" w:hAnsi="QhZznecx+FZFSK" w:eastAsia="QhZznecx+FZFSK"/>
          <w:color w:val="000000"/>
          <w:sz w:val="32"/>
        </w:rPr>
        <w:t>或</w:t>
      </w:r>
      <w:r>
        <w:rPr>
          <w:rFonts w:ascii="QhZznecx+FZFSK" w:hAnsi="QhZznecx+FZFSK" w:eastAsia="QhZznecx+FZFSK"/>
          <w:color w:val="000000"/>
          <w:sz w:val="32"/>
        </w:rPr>
        <w:t>行业</w:t>
      </w:r>
      <w:r>
        <w:rPr>
          <w:spacing w:val="2"/>
          <w:rFonts w:ascii="QhZznecx+FZFSK" w:hAnsi="QhZznecx+FZFSK" w:eastAsia="QhZznecx+FZFSK"/>
          <w:color w:val="000000"/>
          <w:sz w:val="32"/>
        </w:rPr>
        <w:t>内处</w:t>
      </w:r>
      <w:r>
        <w:rPr>
          <w:rFonts w:ascii="QhZznecx+FZFSK" w:hAnsi="QhZznecx+FZFSK" w:eastAsia="QhZznecx+FZFSK"/>
          <w:color w:val="000000"/>
          <w:sz w:val="32"/>
        </w:rPr>
        <w:t>于</w:t>
      </w:r>
      <w:r>
        <w:rPr>
          <w:spacing w:val="2"/>
          <w:rFonts w:ascii="QhZznecx+FZFSK" w:hAnsi="QhZznecx+FZFSK" w:eastAsia="QhZznecx+FZFSK"/>
          <w:color w:val="000000"/>
          <w:sz w:val="32"/>
        </w:rPr>
        <w:t>领先</w:t>
      </w:r>
      <w:r>
        <w:rPr>
          <w:rFonts w:ascii="QhZznecx+FZFSK" w:hAnsi="QhZznecx+FZFSK" w:eastAsia="QhZznecx+FZFSK"/>
          <w:color w:val="000000"/>
          <w:sz w:val="32"/>
        </w:rPr>
        <w:t>地</w:t>
      </w:r>
      <w:r>
        <w:rPr>
          <w:spacing w:val="2"/>
          <w:rFonts w:ascii="QhZznecx+FZFSK" w:hAnsi="QhZznecx+FZFSK" w:eastAsia="QhZznecx+FZFSK"/>
          <w:color w:val="000000"/>
          <w:sz w:val="32"/>
        </w:rPr>
        <w:t>位</w:t>
      </w:r>
      <w:r>
        <w:rPr>
          <w:spacing w:val="-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产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链条</w:t>
      </w:r>
      <w:r>
        <w:rPr>
          <w:spacing w:val="2"/>
          <w:rFonts w:ascii="QhZznecx+FZFSK" w:hAnsi="QhZznecx+FZFSK" w:eastAsia="QhZznecx+FZFSK"/>
          <w:color w:val="000000"/>
          <w:sz w:val="32"/>
        </w:rPr>
        <w:t>重</w:t>
      </w:r>
      <w:r>
        <w:rPr>
          <w:rFonts w:ascii="QhZznecx+FZFSK" w:hAnsi="QhZznecx+FZFSK" w:eastAsia="QhZznecx+FZFSK"/>
          <w:color w:val="000000"/>
          <w:sz w:val="32"/>
        </w:rPr>
        <w:t>点环</w:t>
      </w:r>
      <w:r>
        <w:rPr>
          <w:spacing w:val="2"/>
          <w:rFonts w:ascii="QhZznecx+FZFSK" w:hAnsi="QhZznecx+FZFSK" w:eastAsia="QhZznecx+FZFSK"/>
          <w:color w:val="000000"/>
          <w:sz w:val="32"/>
        </w:rPr>
        <w:t>节</w:t>
      </w:r>
      <w:r>
        <w:rPr>
          <w:rFonts w:ascii="QhZznecx+FZFSK" w:hAnsi="QhZznecx+FZFSK" w:eastAsia="QhZznecx+FZFSK"/>
          <w:color w:val="000000"/>
          <w:sz w:val="32"/>
        </w:rPr>
        <w:t>的高</w:t>
      </w:r>
      <w:r>
        <w:rPr>
          <w:spacing w:val="2"/>
          <w:rFonts w:ascii="QhZznecx+FZFSK" w:hAnsi="QhZznecx+FZFSK" w:eastAsia="QhZznecx+FZFSK"/>
          <w:color w:val="000000"/>
          <w:sz w:val="32"/>
        </w:rPr>
        <w:t>成</w:t>
      </w:r>
      <w:r>
        <w:rPr>
          <w:rFonts w:ascii="QhZznecx+FZFSK" w:hAnsi="QhZznecx+FZFSK" w:eastAsia="QhZznecx+FZFSK"/>
          <w:color w:val="000000"/>
          <w:sz w:val="32"/>
        </w:rPr>
        <w:t>长性</w:t>
      </w:r>
      <w:r>
        <w:rPr>
          <w:spacing w:val="-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重</w:t>
      </w:r>
      <w:r>
        <w:rPr>
          <w:spacing w:val="4"/>
          <w:rFonts w:ascii="QhZznecx+FZFSK" w:hAnsi="QhZznecx+FZFSK" w:eastAsia="QhZznecx+FZFSK"/>
          <w:color w:val="000000"/>
          <w:sz w:val="32"/>
        </w:rPr>
        <w:t>点</w:t>
      </w:r>
      <w:r>
        <w:rPr>
          <w:rFonts w:ascii="QhZznecx+FZFSK" w:hAnsi="QhZznecx+FZFSK" w:eastAsia="QhZznecx+FZFSK"/>
          <w:color w:val="000000"/>
          <w:sz w:val="32"/>
        </w:rPr>
        <w:t>实验</w:t>
      </w:r>
      <w:r>
        <w:rPr>
          <w:spacing w:val="-2"/>
          <w:rFonts w:ascii="QhZznecx+FZFSK" w:hAnsi="QhZznecx+FZFSK" w:eastAsia="QhZznecx+FZFSK"/>
          <w:color w:val="000000"/>
          <w:sz w:val="32"/>
        </w:rPr>
        <w:t>室</w:t>
      </w:r>
      <w:r>
        <w:rPr>
          <w:rFonts w:ascii="QhZznecx+FZFSK" w:hAnsi="QhZznecx+FZFSK" w:eastAsia="QhZznecx+FZFSK"/>
          <w:color w:val="000000"/>
          <w:sz w:val="32"/>
        </w:rPr>
        <w:t>（工</w:t>
      </w:r>
      <w:r>
        <w:rPr>
          <w:spacing w:val="2"/>
          <w:rFonts w:ascii="QhZznecx+FZFSK" w:hAnsi="QhZznecx+FZFSK" w:eastAsia="QhZznecx+FZFSK"/>
          <w:color w:val="000000"/>
          <w:sz w:val="32"/>
        </w:rPr>
        <w:t>程</w:t>
      </w:r>
      <w:r>
        <w:rPr>
          <w:rFonts w:ascii="QhZznecx+FZFSK" w:hAnsi="QhZznecx+FZFSK" w:eastAsia="QhZznecx+FZFSK"/>
          <w:color w:val="000000"/>
          <w:sz w:val="32"/>
        </w:rPr>
        <w:t>技</w:t>
      </w:r>
      <w:r>
        <w:rPr>
          <w:spacing w:val="2"/>
          <w:rFonts w:ascii="QhZznecx+FZFSK" w:hAnsi="QhZznecx+FZFSK" w:eastAsia="QhZznecx+FZFSK"/>
          <w:color w:val="000000"/>
          <w:sz w:val="32"/>
        </w:rPr>
        <w:t>术研</w:t>
      </w:r>
      <w:r>
        <w:rPr>
          <w:rFonts w:ascii="QhZznecx+FZFSK" w:hAnsi="QhZznecx+FZFSK" w:eastAsia="QhZznecx+FZFSK"/>
          <w:color w:val="000000"/>
          <w:sz w:val="32"/>
        </w:rPr>
        <w:t>究</w:t>
      </w:r>
      <w:r>
        <w:rPr>
          <w:spacing w:val="4"/>
          <w:rFonts w:ascii="QhZznecx+FZFSK" w:hAnsi="QhZznecx+FZFSK" w:eastAsia="QhZznecx+FZFSK"/>
          <w:color w:val="000000"/>
          <w:sz w:val="32"/>
        </w:rPr>
        <w:t>中</w:t>
      </w:r>
      <w:r>
        <w:rPr>
          <w:rFonts w:ascii="QhZznecx+FZFSK" w:hAnsi="QhZznecx+FZFSK" w:eastAsia="QhZznecx+FZFSK"/>
          <w:color w:val="000000"/>
          <w:sz w:val="32"/>
        </w:rPr>
        <w:t>心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目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及</w:t>
      </w:r>
      <w:r>
        <w:rPr>
          <w:rFonts w:ascii="QhZznecx+FZFSK" w:hAnsi="QhZznecx+FZFSK" w:eastAsia="QhZznecx+FZFSK"/>
          <w:color w:val="000000"/>
          <w:sz w:val="32"/>
        </w:rPr>
        <w:t>高科</w:t>
      </w:r>
      <w:r>
        <w:rPr>
          <w:spacing w:val="6"/>
          <w:rFonts w:ascii="QhZznecx+FZFSK" w:hAnsi="QhZznecx+FZFSK" w:eastAsia="QhZznecx+FZFSK"/>
          <w:color w:val="000000"/>
          <w:sz w:val="32"/>
        </w:rPr>
        <w:t>技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高</w:t>
      </w:r>
      <w:r>
        <w:rPr>
          <w:spacing w:val="4"/>
          <w:rFonts w:ascii="QhZznecx+FZFSK" w:hAnsi="QhZznecx+FZFSK" w:eastAsia="QhZznecx+FZFSK"/>
          <w:color w:val="000000"/>
          <w:sz w:val="32"/>
        </w:rPr>
        <w:t>附</w:t>
      </w:r>
      <w:r>
        <w:rPr>
          <w:rFonts w:ascii="QhZznecx+FZFSK" w:hAnsi="QhZznecx+FZFSK" w:eastAsia="QhZznecx+FZFSK"/>
          <w:color w:val="000000"/>
          <w:sz w:val="32"/>
        </w:rPr>
        <w:t>加值</w:t>
      </w:r>
      <w:r>
        <w:rPr>
          <w:spacing w:val="4"/>
          <w:rFonts w:ascii="QhZznecx+FZFSK" w:hAnsi="QhZznecx+FZFSK" w:eastAsia="QhZznecx+FZFSK"/>
          <w:color w:val="000000"/>
          <w:sz w:val="32"/>
        </w:rPr>
        <w:t>产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项目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可</w:t>
      </w:r>
      <w:r>
        <w:rPr>
          <w:spacing w:val="2"/>
          <w:rFonts w:ascii="QhZznecx+FZFSK" w:hAnsi="QhZznecx+FZFSK" w:eastAsia="QhZznecx+FZFSK"/>
          <w:color w:val="000000"/>
          <w:sz w:val="32"/>
        </w:rPr>
        <w:t>给</w:t>
      </w:r>
      <w:r>
        <w:rPr>
          <w:rFonts w:ascii="QhZznecx+FZFSK" w:hAnsi="QhZznecx+FZFSK" w:eastAsia="QhZznecx+FZFSK"/>
          <w:color w:val="000000"/>
          <w:sz w:val="32"/>
        </w:rPr>
        <w:t>予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spacing w:val="-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“一</w:t>
      </w:r>
      <w:r>
        <w:rPr>
          <w:spacing w:val="2"/>
          <w:rFonts w:ascii="QhZznecx+FZFSK" w:hAnsi="QhZznecx+FZFSK" w:eastAsia="QhZznecx+FZFSK"/>
          <w:color w:val="000000"/>
          <w:sz w:val="32"/>
        </w:rPr>
        <w:t>事一议</w:t>
      </w:r>
      <w:r>
        <w:rPr>
          <w:rFonts w:ascii="QhZznecx+FZFSK" w:hAnsi="QhZznecx+FZFSK" w:eastAsia="QhZznecx+FZFSK"/>
          <w:color w:val="000000"/>
          <w:sz w:val="32"/>
        </w:rPr>
        <w:t>”政策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（责</w:t>
      </w:r>
      <w:r>
        <w:rPr>
          <w:spacing w:val="4"/>
          <w:rFonts w:ascii="oWgGuaTQ+FZKTK" w:hAnsi="oWgGuaTQ+FZKTK" w:eastAsia="oWgGuaTQ+FZKTK"/>
          <w:color w:val="000000"/>
          <w:sz w:val="32"/>
        </w:rPr>
        <w:t>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</w:t>
      </w:r>
      <w:r>
        <w:rPr>
          <w:spacing w:val="-4"/>
          <w:rFonts w:ascii="oWgGuaTQ+FZKTK" w:hAnsi="oWgGuaTQ+FZKTK" w:eastAsia="oWgGuaTQ+FZKTK"/>
          <w:color w:val="000000"/>
          <w:sz w:val="32"/>
        </w:rPr>
        <w:t>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4"/>
          <w:rFonts w:ascii="oWgGuaTQ+FZKTK" w:hAnsi="oWgGuaTQ+FZKTK" w:eastAsia="oWgGuaTQ+FZKTK"/>
          <w:color w:val="000000"/>
          <w:sz w:val="32"/>
        </w:rPr>
        <w:t>招</w:t>
      </w:r>
      <w:r>
        <w:rPr>
          <w:rFonts w:ascii="oWgGuaTQ+FZKTK" w:hAnsi="oWgGuaTQ+FZKTK" w:eastAsia="oWgGuaTQ+FZKTK"/>
          <w:color w:val="000000"/>
          <w:sz w:val="32"/>
        </w:rPr>
        <w:t>商</w:t>
      </w:r>
      <w:r>
        <w:rPr>
          <w:spacing w:val="2"/>
          <w:rFonts w:ascii="oWgGuaTQ+FZKTK" w:hAnsi="oWgGuaTQ+FZKTK" w:eastAsia="oWgGuaTQ+FZKTK"/>
          <w:color w:val="000000"/>
          <w:sz w:val="32"/>
        </w:rPr>
        <w:t>中心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4"/>
          <w:rFonts w:ascii="QhZznecx+FZFSK" w:hAnsi="QhZznecx+FZFSK" w:eastAsia="QhZznecx+FZFSK"/>
          <w:color w:val="000000"/>
          <w:sz w:val="32"/>
        </w:rPr>
        <w:t>.</w:t>
      </w:r>
      <w:r>
        <w:rPr>
          <w:spacing w:val="6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</w:t>
      </w:r>
      <w:r>
        <w:rPr>
          <w:spacing w:val="6"/>
          <w:rFonts w:ascii="QhZznecx+FZFSK" w:hAnsi="QhZznecx+FZFSK" w:eastAsia="QhZznecx+FZFSK"/>
          <w:color w:val="000000"/>
          <w:sz w:val="32"/>
        </w:rPr>
        <w:t>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目</w:t>
      </w:r>
      <w:r>
        <w:rPr>
          <w:spacing w:val="4"/>
          <w:rFonts w:ascii="QhZznecx+FZFSK" w:hAnsi="QhZznecx+FZFSK" w:eastAsia="QhZznecx+FZFSK"/>
          <w:color w:val="000000"/>
          <w:sz w:val="32"/>
        </w:rPr>
        <w:t>投</w:t>
      </w:r>
      <w:r>
        <w:rPr>
          <w:spacing w:val="2"/>
          <w:rFonts w:ascii="QhZznecx+FZFSK" w:hAnsi="QhZznecx+FZFSK" w:eastAsia="QhZznecx+FZFSK"/>
          <w:color w:val="000000"/>
          <w:sz w:val="32"/>
        </w:rPr>
        <w:t>产</w:t>
      </w:r>
      <w:r>
        <w:rPr>
          <w:spacing w:val="4"/>
          <w:rFonts w:ascii="QhZznecx+FZFSK" w:hAnsi="QhZznecx+FZFSK" w:eastAsia="QhZznecx+FZFSK"/>
          <w:color w:val="000000"/>
          <w:sz w:val="32"/>
        </w:rPr>
        <w:t>达产</w:t>
      </w:r>
      <w:r>
        <w:rPr>
          <w:spacing w:val="2"/>
          <w:rFonts w:ascii="QhZznecx+FZFSK" w:hAnsi="QhZznecx+FZFSK" w:eastAsia="QhZznecx+FZFSK"/>
          <w:color w:val="000000"/>
          <w:sz w:val="32"/>
        </w:rPr>
        <w:t>。新</w:t>
      </w:r>
      <w:r>
        <w:rPr>
          <w:spacing w:val="4"/>
          <w:rFonts w:ascii="QhZznecx+FZFSK" w:hAnsi="QhZznecx+FZFSK" w:eastAsia="QhZznecx+FZFSK"/>
          <w:color w:val="000000"/>
          <w:sz w:val="32"/>
        </w:rPr>
        <w:t>增</w:t>
      </w:r>
      <w:r>
        <w:rPr>
          <w:spacing w:val="2"/>
          <w:rFonts w:ascii="QhZznecx+FZFSK" w:hAnsi="QhZznecx+FZFSK" w:eastAsia="QhZznecx+FZFSK"/>
          <w:color w:val="000000"/>
          <w:sz w:val="32"/>
        </w:rPr>
        <w:t>工业企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6"/>
          <w:rFonts w:ascii="QhZznecx+FZFSK" w:hAnsi="QhZznecx+FZFSK" w:eastAsia="QhZznecx+FZFSK"/>
          <w:color w:val="000000"/>
          <w:sz w:val="32"/>
        </w:rPr>
        <w:t>自</w:t>
      </w:r>
      <w:r>
        <w:rPr>
          <w:spacing w:val="4"/>
          <w:rFonts w:ascii="QhZznecx+FZFSK" w:hAnsi="QhZznecx+FZFSK" w:eastAsia="QhZznecx+FZFSK"/>
          <w:color w:val="000000"/>
          <w:sz w:val="32"/>
        </w:rPr>
        <w:t>取</w:t>
      </w:r>
      <w:r>
        <w:rPr>
          <w:spacing w:val="2"/>
          <w:rFonts w:ascii="QhZznecx+FZFSK" w:hAnsi="QhZznecx+FZFSK" w:eastAsia="QhZznecx+FZFSK"/>
          <w:color w:val="000000"/>
          <w:sz w:val="32"/>
        </w:rPr>
        <w:t>得国有</w:t>
      </w:r>
      <w:r>
        <w:rPr>
          <w:spacing w:val="4"/>
          <w:rFonts w:ascii="QhZznecx+FZFSK" w:hAnsi="QhZznecx+FZFSK" w:eastAsia="QhZznecx+FZFSK"/>
          <w:color w:val="000000"/>
          <w:sz w:val="32"/>
        </w:rPr>
        <w:t>土地</w:t>
      </w:r>
      <w:r>
        <w:rPr>
          <w:rFonts w:ascii="QhZznecx+FZFSK" w:hAnsi="QhZznecx+FZFSK" w:eastAsia="QhZznecx+FZFSK"/>
          <w:color w:val="000000"/>
          <w:sz w:val="32"/>
        </w:rPr>
        <w:t>成</w:t>
      </w:r>
      <w:r>
        <w:rPr>
          <w:spacing w:val="2"/>
          <w:rFonts w:ascii="QhZznecx+FZFSK" w:hAnsi="QhZznecx+FZFSK" w:eastAsia="QhZznecx+FZFSK"/>
          <w:color w:val="000000"/>
          <w:sz w:val="32"/>
        </w:rPr>
        <w:t>交确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2"/>
          <w:rFonts w:ascii="QhZznecx+FZFSK" w:hAnsi="QhZznecx+FZFSK" w:eastAsia="QhZznecx+FZFSK"/>
          <w:color w:val="000000"/>
          <w:sz w:val="32"/>
        </w:rPr>
        <w:t>书之</w:t>
      </w:r>
      <w:r>
        <w:rPr>
          <w:spacing w:val="-4"/>
          <w:rFonts w:ascii="QhZznecx+FZFSK" w:hAnsi="QhZznecx+FZFSK" w:eastAsia="QhZznecx+FZFSK"/>
          <w:color w:val="000000"/>
          <w:sz w:val="32"/>
        </w:rPr>
        <w:t>日</w:t>
      </w:r>
      <w:r>
        <w:rPr>
          <w:rFonts w:ascii="QhZznecx+FZFSK" w:hAnsi="QhZznecx+FZFSK" w:eastAsia="QhZznecx+FZFSK"/>
          <w:color w:val="000000"/>
          <w:sz w:val="32"/>
        </w:rPr>
        <w:t>（租</w:t>
      </w:r>
      <w:r>
        <w:rPr>
          <w:spacing w:val="4"/>
          <w:rFonts w:ascii="QhZznecx+FZFSK" w:hAnsi="QhZznecx+FZFSK" w:eastAsia="QhZznecx+FZFSK"/>
          <w:color w:val="000000"/>
          <w:sz w:val="32"/>
        </w:rPr>
        <w:t>赁</w:t>
      </w:r>
      <w:r>
        <w:rPr>
          <w:rFonts w:ascii="QhZznecx+FZFSK" w:hAnsi="QhZznecx+FZFSK" w:eastAsia="QhZznecx+FZFSK"/>
          <w:color w:val="000000"/>
          <w:sz w:val="32"/>
        </w:rPr>
        <w:t>厂房</w:t>
      </w:r>
      <w:r>
        <w:rPr>
          <w:spacing w:val="4"/>
          <w:rFonts w:ascii="QhZznecx+FZFSK" w:hAnsi="QhZznecx+FZFSK" w:eastAsia="QhZznecx+FZFSK"/>
          <w:color w:val="000000"/>
          <w:sz w:val="32"/>
        </w:rPr>
        <w:t>经</w:t>
      </w:r>
      <w:r>
        <w:rPr>
          <w:rFonts w:ascii="QhZznecx+FZFSK" w:hAnsi="QhZznecx+FZFSK" w:eastAsia="QhZznecx+FZFSK"/>
          <w:color w:val="000000"/>
          <w:sz w:val="32"/>
        </w:rPr>
        <w:t>营的</w:t>
      </w:r>
      <w:r>
        <w:rPr>
          <w:spacing w:val="4"/>
          <w:rFonts w:ascii="QhZznecx+FZFSK" w:hAnsi="QhZznecx+FZFSK" w:eastAsia="QhZznecx+FZFSK"/>
          <w:color w:val="000000"/>
          <w:sz w:val="32"/>
        </w:rPr>
        <w:t>自</w:t>
      </w:r>
      <w:r>
        <w:rPr>
          <w:rFonts w:ascii="QhZznecx+FZFSK" w:hAnsi="QhZznecx+FZFSK" w:eastAsia="QhZznecx+FZFSK"/>
          <w:color w:val="000000"/>
          <w:sz w:val="32"/>
        </w:rPr>
        <w:t>项目</w:t>
      </w:r>
      <w:r>
        <w:rPr>
          <w:spacing w:val="4"/>
          <w:rFonts w:ascii="QhZznecx+FZFSK" w:hAnsi="QhZznecx+FZFSK" w:eastAsia="QhZznecx+FZFSK"/>
          <w:color w:val="000000"/>
          <w:sz w:val="32"/>
        </w:rPr>
        <w:t>备</w:t>
      </w:r>
      <w:r>
        <w:rPr>
          <w:rFonts w:ascii="QhZznecx+FZFSK" w:hAnsi="QhZznecx+FZFSK" w:eastAsia="QhZznecx+FZFSK"/>
          <w:color w:val="000000"/>
          <w:sz w:val="32"/>
        </w:rPr>
        <w:t>案</w:t>
      </w:r>
      <w:r>
        <w:rPr>
          <w:spacing w:val="2"/>
          <w:rFonts w:ascii="QhZznecx+FZFSK" w:hAnsi="QhZznecx+FZFSK" w:eastAsia="QhZznecx+FZFSK"/>
          <w:color w:val="000000"/>
          <w:sz w:val="32"/>
        </w:rPr>
        <w:t>之日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起</w:t>
      </w:r>
      <w:r>
        <w:rPr>
          <w:spacing w:val="-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固定</w:t>
      </w:r>
      <w:r>
        <w:rPr>
          <w:spacing w:val="2"/>
          <w:rFonts w:ascii="QhZznecx+FZFSK" w:hAnsi="QhZznecx+FZFSK" w:eastAsia="QhZznecx+FZFSK"/>
          <w:color w:val="000000"/>
          <w:sz w:val="32"/>
        </w:rPr>
        <w:t>资产</w:t>
      </w:r>
      <w:r>
        <w:rPr>
          <w:rFonts w:ascii="QhZznecx+FZFSK" w:hAnsi="QhZznecx+FZFSK" w:eastAsia="QhZznecx+FZFSK"/>
          <w:color w:val="000000"/>
          <w:sz w:val="32"/>
        </w:rPr>
        <w:t>投</w:t>
      </w:r>
      <w:r>
        <w:rPr>
          <w:spacing w:val="4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在亿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以下</w:t>
      </w:r>
      <w:r>
        <w:rPr>
          <w:spacing w:val="4"/>
          <w:rFonts w:ascii="QhZznecx+FZFSK" w:hAnsi="QhZznecx+FZFSK" w:eastAsia="QhZznecx+FZFSK"/>
          <w:color w:val="000000"/>
          <w:sz w:val="32"/>
        </w:rPr>
        <w:t>、</w:t>
      </w:r>
      <w:r>
        <w:rPr>
          <w:spacing w:val="2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82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亿</w:t>
      </w:r>
      <w:r>
        <w:rPr>
          <w:spacing w:val="2"/>
          <w:rFonts w:ascii="QhZznecx+FZFSK" w:hAnsi="QhZznecx+FZFSK" w:eastAsia="QhZznecx+FZFSK"/>
          <w:color w:val="000000"/>
          <w:sz w:val="32"/>
        </w:rPr>
        <w:t>元、</w:t>
      </w:r>
      <w:r>
        <w:rPr>
          <w:spacing w:val="80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亿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的，</w:t>
      </w:r>
      <w:r>
        <w:rPr>
          <w:spacing w:val="4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别</w:t>
      </w:r>
      <w:r>
        <w:rPr>
          <w:spacing w:val="82"/>
          <w:rFonts w:ascii="QhZznecx+FZFSK" w:hAnsi="QhZznecx+FZFSK" w:eastAsia="QhZznecx+FZFSK"/>
          <w:color w:val="000000"/>
          <w:sz w:val="32"/>
        </w:rPr>
        <w:t>于</w:t>
      </w:r>
      <w:r>
        <w:rPr>
          <w:spacing w:val="2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"/>
          <w:rFonts w:ascii="QhZznecx+FZFSK" w:hAnsi="QhZznecx+FZFSK" w:eastAsia="QhZznecx+FZFSK"/>
          <w:color w:val="000000"/>
          <w:sz w:val="32"/>
        </w:rPr>
        <w:t>个</w:t>
      </w:r>
      <w:r>
        <w:rPr>
          <w:spacing w:val="6"/>
          <w:rFonts w:ascii="QhZznecx+FZFSK" w:hAnsi="QhZznecx+FZFSK" w:eastAsia="QhZznecx+FZFSK"/>
          <w:color w:val="000000"/>
          <w:sz w:val="32"/>
        </w:rPr>
        <w:t>月</w:t>
      </w:r>
      <w:r>
        <w:rPr>
          <w:spacing w:val="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6"/>
          <w:rFonts w:ascii="QhZznecx+FZFSK" w:hAnsi="QhZznecx+FZFSK" w:eastAsia="QhZznecx+FZFSK"/>
          <w:color w:val="000000"/>
          <w:sz w:val="32"/>
        </w:rPr>
        <w:t>8</w:t>
      </w:r>
      <w:r>
        <w:rPr>
          <w:spacing w:val="6"/>
          <w:rFonts w:ascii="QhZznecx+FZFSK" w:hAnsi="QhZznecx+FZFSK" w:eastAsia="QhZznecx+FZFSK"/>
          <w:color w:val="000000"/>
          <w:sz w:val="32"/>
        </w:rPr>
        <w:t>个</w:t>
      </w:r>
      <w:r>
        <w:rPr>
          <w:spacing w:val="8"/>
          <w:rFonts w:ascii="QhZznecx+FZFSK" w:hAnsi="QhZznecx+FZFSK" w:eastAsia="QhZznecx+FZFSK"/>
          <w:color w:val="000000"/>
          <w:sz w:val="32"/>
        </w:rPr>
        <w:t>月、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4"/>
          <w:rFonts w:ascii="QhZznecx+FZFSK" w:hAnsi="QhZznecx+FZFSK" w:eastAsia="QhZznecx+FZFSK"/>
          <w:color w:val="000000"/>
          <w:sz w:val="32"/>
        </w:rPr>
        <w:t>4</w:t>
      </w:r>
      <w:r>
        <w:rPr>
          <w:spacing w:val="8"/>
          <w:rFonts w:ascii="QhZznecx+FZFSK" w:hAnsi="QhZznecx+FZFSK" w:eastAsia="QhZznecx+FZFSK"/>
          <w:color w:val="000000"/>
          <w:sz w:val="32"/>
        </w:rPr>
        <w:t>个月</w:t>
      </w:r>
      <w:r>
        <w:rPr>
          <w:spacing w:val="6"/>
          <w:rFonts w:ascii="QhZznecx+FZFSK" w:hAnsi="QhZznecx+FZFSK" w:eastAsia="QhZznecx+FZFSK"/>
          <w:color w:val="000000"/>
          <w:sz w:val="32"/>
        </w:rPr>
        <w:t>后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spacing w:val="88"/>
          <w:rFonts w:ascii="QhZznecx+FZFSK" w:hAnsi="QhZznecx+FZFSK" w:eastAsia="QhZznecx+FZFSK"/>
          <w:color w:val="000000"/>
          <w:sz w:val="32"/>
        </w:rPr>
        <w:t>6</w:t>
      </w:r>
      <w:r>
        <w:rPr>
          <w:spacing w:val="6"/>
          <w:rFonts w:ascii="QhZznecx+FZFSK" w:hAnsi="QhZznecx+FZFSK" w:eastAsia="QhZznecx+FZFSK"/>
          <w:color w:val="000000"/>
          <w:sz w:val="32"/>
        </w:rPr>
        <w:t>年内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spacing w:val="8"/>
          <w:rFonts w:ascii="QhZznecx+FZFSK" w:hAnsi="QhZznecx+FZFSK" w:eastAsia="QhZznecx+FZFSK"/>
          <w:color w:val="000000"/>
          <w:sz w:val="32"/>
        </w:rPr>
        <w:t>当年亩均</w:t>
      </w:r>
      <w:r>
        <w:rPr>
          <w:spacing w:val="4"/>
          <w:rFonts w:ascii="QhZznecx+FZFSK" w:hAnsi="QhZznecx+FZFSK" w:eastAsia="QhZznecx+FZFSK"/>
          <w:color w:val="000000"/>
          <w:sz w:val="32"/>
        </w:rPr>
        <w:t>税</w:t>
      </w:r>
      <w:r>
        <w:rPr>
          <w:spacing w:val="6"/>
          <w:rFonts w:ascii="QhZznecx+FZFSK" w:hAnsi="QhZznecx+FZFSK" w:eastAsia="QhZznecx+FZFSK"/>
          <w:color w:val="000000"/>
          <w:sz w:val="32"/>
        </w:rPr>
        <w:t>收</w:t>
      </w:r>
      <w:r>
        <w:rPr>
          <w:spacing w:val="8"/>
          <w:rFonts w:ascii="QhZznecx+FZFSK" w:hAnsi="QhZznecx+FZFSK" w:eastAsia="QhZznecx+FZFSK"/>
          <w:color w:val="000000"/>
          <w:sz w:val="32"/>
        </w:rPr>
        <w:t>达到</w:t>
      </w:r>
      <w:r>
        <w:rPr>
          <w:rFonts w:ascii="QhZznecx+FZFSK" w:hAnsi="QhZznecx+FZFSK" w:eastAsia="QhZznecx+FZFSK"/>
          <w:color w:val="000000"/>
          <w:sz w:val="32"/>
        </w:rPr>
        <w:t>双</w:t>
      </w:r>
      <w:r>
        <w:rPr>
          <w:spacing w:val="2"/>
          <w:rFonts w:ascii="QhZznecx+FZFSK" w:hAnsi="QhZznecx+FZFSK" w:eastAsia="QhZznecx+FZFSK"/>
          <w:color w:val="000000"/>
          <w:sz w:val="32"/>
        </w:rPr>
        <w:t>方协</w:t>
      </w:r>
      <w:r>
        <w:rPr>
          <w:rFonts w:ascii="QhZznecx+FZFSK" w:hAnsi="QhZznecx+FZFSK" w:eastAsia="QhZznecx+FZFSK"/>
          <w:color w:val="000000"/>
          <w:sz w:val="32"/>
        </w:rPr>
        <w:t>议</w:t>
      </w:r>
      <w:r>
        <w:rPr>
          <w:spacing w:val="2"/>
          <w:rFonts w:ascii="QhZznecx+FZFSK" w:hAnsi="QhZznecx+FZFSK" w:eastAsia="QhZznecx+FZFSK"/>
          <w:color w:val="000000"/>
          <w:sz w:val="32"/>
        </w:rPr>
        <w:t>约定</w:t>
      </w:r>
      <w:r>
        <w:rPr>
          <w:rFonts w:ascii="QhZznecx+FZFSK" w:hAnsi="QhZznecx+FZFSK" w:eastAsia="QhZznecx+FZFSK"/>
          <w:color w:val="000000"/>
          <w:sz w:val="32"/>
        </w:rPr>
        <w:t>标</w:t>
      </w:r>
      <w:r>
        <w:rPr>
          <w:spacing w:val="4"/>
          <w:rFonts w:ascii="QhZznecx+FZFSK" w:hAnsi="QhZznecx+FZFSK" w:eastAsia="QhZznecx+FZFSK"/>
          <w:color w:val="000000"/>
          <w:sz w:val="32"/>
        </w:rPr>
        <w:t>准</w:t>
      </w:r>
      <w:r>
        <w:rPr>
          <w:rFonts w:ascii="QhZznecx+FZFSK" w:hAnsi="QhZznecx+FZFSK" w:eastAsia="QhZznecx+FZFSK"/>
          <w:color w:val="000000"/>
          <w:sz w:val="32"/>
        </w:rPr>
        <w:t>的，</w:t>
      </w:r>
      <w:r>
        <w:rPr>
          <w:spacing w:val="4"/>
          <w:rFonts w:ascii="QhZznecx+FZFSK" w:hAnsi="QhZznecx+FZFSK" w:eastAsia="QhZznecx+FZFSK"/>
          <w:color w:val="000000"/>
          <w:sz w:val="32"/>
        </w:rPr>
        <w:t>按</w:t>
      </w:r>
      <w:r>
        <w:rPr>
          <w:rFonts w:ascii="QhZznecx+FZFSK" w:hAnsi="QhZznecx+FZFSK" w:eastAsia="QhZznecx+FZFSK"/>
          <w:color w:val="000000"/>
          <w:sz w:val="32"/>
        </w:rPr>
        <w:t>其地</w:t>
      </w:r>
      <w:r>
        <w:rPr>
          <w:spacing w:val="4"/>
          <w:rFonts w:ascii="QhZznecx+FZFSK" w:hAnsi="QhZznecx+FZFSK" w:eastAsia="QhZznecx+FZFSK"/>
          <w:color w:val="000000"/>
          <w:sz w:val="32"/>
        </w:rPr>
        <w:t>方</w:t>
      </w:r>
      <w:r>
        <w:rPr>
          <w:rFonts w:ascii="QhZznecx+FZFSK" w:hAnsi="QhZznecx+FZFSK" w:eastAsia="QhZznecx+FZFSK"/>
          <w:color w:val="000000"/>
          <w:sz w:val="32"/>
        </w:rPr>
        <w:t>综</w:t>
      </w:r>
      <w:r>
        <w:rPr>
          <w:spacing w:val="2"/>
          <w:rFonts w:ascii="QhZznecx+FZFSK" w:hAnsi="QhZznecx+FZFSK" w:eastAsia="QhZznecx+FZFSK"/>
          <w:color w:val="000000"/>
          <w:sz w:val="32"/>
        </w:rPr>
        <w:t>合</w:t>
      </w:r>
      <w:r>
        <w:rPr>
          <w:rFonts w:ascii="QhZznecx+FZFSK" w:hAnsi="QhZznecx+FZFSK" w:eastAsia="QhZznecx+FZFSK"/>
          <w:color w:val="000000"/>
          <w:sz w:val="32"/>
        </w:rPr>
        <w:t>贡献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给予</w:t>
      </w:r>
      <w:r>
        <w:rPr>
          <w:spacing w:val="82"/>
          <w:rFonts w:ascii="QhZznecx+FZFSK" w:hAnsi="QhZznecx+FZFSK" w:eastAsia="QhZznecx+FZFSK"/>
          <w:color w:val="000000"/>
          <w:sz w:val="32"/>
        </w:rPr>
        <w:t>前3</w:t>
      </w:r>
      <w:r>
        <w:rPr>
          <w:spacing w:val="78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rFonts w:ascii="QhZznecx+FZFSK" w:hAnsi="QhZznecx+FZFSK" w:eastAsia="QhZznecx+FZFSK"/>
          <w:color w:val="000000"/>
          <w:sz w:val="32"/>
        </w:rPr>
        <w:t>、</w:t>
      </w:r>
      <w:r>
        <w:rPr>
          <w:spacing w:val="82"/>
          <w:rFonts w:ascii="QhZznecx+FZFSK" w:hAnsi="QhZznecx+FZFSK" w:eastAsia="QhZznecx+FZFSK"/>
          <w:color w:val="000000"/>
          <w:sz w:val="32"/>
        </w:rPr>
        <w:t>第</w:t>
      </w:r>
      <w:r>
        <w:rPr>
          <w:spacing w:val="80"/>
          <w:rFonts w:ascii="QhZznecx+FZFSK" w:hAnsi="QhZznecx+FZFSK" w:eastAsia="QhZznecx+FZFSK"/>
          <w:color w:val="000000"/>
          <w:sz w:val="32"/>
        </w:rPr>
        <w:t>4至6</w:t>
      </w:r>
      <w:r>
        <w:rPr>
          <w:spacing w:val="82"/>
          <w:rFonts w:ascii="QhZznecx+FZFSK" w:hAnsi="QhZznecx+FZFSK" w:eastAsia="QhZznecx+FZFSK"/>
          <w:color w:val="000000"/>
          <w:sz w:val="32"/>
        </w:rPr>
        <w:t>年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0%奖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2"/>
          <w:rFonts w:ascii="oWgGuaTQ+FZKTK" w:hAnsi="oWgGuaTQ+FZKTK" w:eastAsia="oWgGuaTQ+FZKTK"/>
          <w:color w:val="000000"/>
          <w:sz w:val="32"/>
        </w:rPr>
        <w:t>责任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经信</w:t>
      </w:r>
      <w:r>
        <w:rPr>
          <w:rFonts w:ascii="oWgGuaTQ+FZKTK" w:hAnsi="oWgGuaTQ+FZKTK" w:eastAsia="oWgGuaTQ+FZKTK"/>
          <w:color w:val="000000"/>
          <w:sz w:val="32"/>
        </w:rPr>
        <w:t>局）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4"/>
          <w:rFonts w:ascii="QhZznecx+FZFSK" w:hAnsi="QhZznecx+FZFSK" w:eastAsia="QhZznecx+FZFSK"/>
          <w:color w:val="000000"/>
          <w:sz w:val="32"/>
        </w:rPr>
        <w:t>.</w:t>
      </w:r>
      <w:r>
        <w:rPr>
          <w:spacing w:val="6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</w:t>
      </w:r>
      <w:r>
        <w:rPr>
          <w:spacing w:val="6"/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6"/>
          <w:rFonts w:ascii="QhZznecx+FZFSK" w:hAnsi="QhZznecx+FZFSK" w:eastAsia="QhZznecx+FZFSK"/>
          <w:color w:val="000000"/>
          <w:sz w:val="32"/>
        </w:rPr>
        <w:t>技</w:t>
      </w:r>
      <w:r>
        <w:rPr>
          <w:spacing w:val="2"/>
          <w:rFonts w:ascii="QhZznecx+FZFSK" w:hAnsi="QhZznecx+FZFSK" w:eastAsia="QhZznecx+FZFSK"/>
          <w:color w:val="000000"/>
          <w:sz w:val="32"/>
        </w:rPr>
        <w:t>术</w:t>
      </w:r>
      <w:r>
        <w:rPr>
          <w:spacing w:val="4"/>
          <w:rFonts w:ascii="QhZznecx+FZFSK" w:hAnsi="QhZznecx+FZFSK" w:eastAsia="QhZznecx+FZFSK"/>
          <w:color w:val="000000"/>
          <w:sz w:val="32"/>
        </w:rPr>
        <w:t>改</w:t>
      </w:r>
      <w:r>
        <w:rPr>
          <w:spacing w:val="2"/>
          <w:rFonts w:ascii="QhZznecx+FZFSK" w:hAnsi="QhZznecx+FZFSK" w:eastAsia="QhZznecx+FZFSK"/>
          <w:color w:val="000000"/>
          <w:sz w:val="32"/>
        </w:rPr>
        <w:t>造</w:t>
      </w:r>
      <w:r>
        <w:rPr>
          <w:spacing w:val="4"/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新增</w:t>
      </w:r>
      <w:r>
        <w:rPr>
          <w:spacing w:val="2"/>
          <w:rFonts w:ascii="QhZznecx+FZFSK" w:hAnsi="QhZznecx+FZFSK" w:eastAsia="QhZznecx+FZFSK"/>
          <w:color w:val="000000"/>
          <w:sz w:val="32"/>
        </w:rPr>
        <w:t>用地的</w:t>
      </w:r>
      <w:r>
        <w:rPr>
          <w:spacing w:val="4"/>
          <w:rFonts w:ascii="QhZznecx+FZFSK" w:hAnsi="QhZznecx+FZFSK" w:eastAsia="QhZznecx+FZFSK"/>
          <w:color w:val="000000"/>
          <w:sz w:val="32"/>
        </w:rPr>
        <w:t>技改</w:t>
      </w:r>
      <w:r>
        <w:rPr>
          <w:spacing w:val="2"/>
          <w:rFonts w:ascii="QhZznecx+FZFSK" w:hAnsi="QhZznecx+FZFSK" w:eastAsia="QhZznecx+FZFSK"/>
          <w:color w:val="000000"/>
          <w:sz w:val="32"/>
        </w:rPr>
        <w:t>扩建项</w:t>
      </w:r>
      <w:r>
        <w:rPr>
          <w:spacing w:val="4"/>
          <w:rFonts w:ascii="QhZznecx+FZFSK" w:hAnsi="QhZznecx+FZFSK" w:eastAsia="QhZznecx+FZFSK"/>
          <w:color w:val="000000"/>
          <w:sz w:val="32"/>
        </w:rPr>
        <w:t>目</w:t>
      </w:r>
      <w:r>
        <w:rPr>
          <w:spacing w:val="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自</w:t>
      </w:r>
      <w:r>
        <w:rPr>
          <w:spacing w:val="2"/>
          <w:rFonts w:ascii="QhZznecx+FZFSK" w:hAnsi="QhZznecx+FZFSK" w:eastAsia="QhZznecx+FZFSK"/>
          <w:color w:val="000000"/>
          <w:sz w:val="32"/>
        </w:rPr>
        <w:t>取得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2"/>
          <w:rFonts w:ascii="QhZznecx+FZFSK" w:hAnsi="QhZznecx+FZFSK" w:eastAsia="QhZznecx+FZFSK"/>
          <w:color w:val="000000"/>
          <w:sz w:val="32"/>
        </w:rPr>
        <w:t>有土</w:t>
      </w:r>
      <w:r>
        <w:rPr>
          <w:rFonts w:ascii="QhZznecx+FZFSK" w:hAnsi="QhZznecx+FZFSK" w:eastAsia="QhZznecx+FZFSK"/>
          <w:color w:val="000000"/>
          <w:sz w:val="32"/>
        </w:rPr>
        <w:t>地</w:t>
      </w:r>
      <w:r>
        <w:rPr>
          <w:spacing w:val="4"/>
          <w:rFonts w:ascii="QhZznecx+FZFSK" w:hAnsi="QhZznecx+FZFSK" w:eastAsia="QhZznecx+FZFSK"/>
          <w:color w:val="000000"/>
          <w:sz w:val="32"/>
        </w:rPr>
        <w:t>成</w:t>
      </w:r>
      <w:r>
        <w:rPr>
          <w:rFonts w:ascii="QhZznecx+FZFSK" w:hAnsi="QhZznecx+FZFSK" w:eastAsia="QhZznecx+FZFSK"/>
          <w:color w:val="000000"/>
          <w:sz w:val="32"/>
        </w:rPr>
        <w:t>交确</w:t>
      </w:r>
      <w:r>
        <w:rPr>
          <w:spacing w:val="4"/>
          <w:rFonts w:ascii="QhZznecx+FZFSK" w:hAnsi="QhZznecx+FZFSK" w:eastAsia="QhZznecx+FZFSK"/>
          <w:color w:val="000000"/>
          <w:sz w:val="32"/>
        </w:rPr>
        <w:t>认</w:t>
      </w:r>
      <w:r>
        <w:rPr>
          <w:rFonts w:ascii="QhZznecx+FZFSK" w:hAnsi="QhZznecx+FZFSK" w:eastAsia="QhZznecx+FZFSK"/>
          <w:color w:val="000000"/>
          <w:sz w:val="32"/>
        </w:rPr>
        <w:t>书次</w:t>
      </w:r>
      <w:r>
        <w:rPr>
          <w:spacing w:val="4"/>
          <w:rFonts w:ascii="QhZznecx+FZFSK" w:hAnsi="QhZznecx+FZFSK" w:eastAsia="QhZznecx+FZFSK"/>
          <w:color w:val="000000"/>
          <w:sz w:val="32"/>
        </w:rPr>
        <w:t>月</w:t>
      </w:r>
      <w:r>
        <w:rPr>
          <w:rFonts w:ascii="QhZznecx+FZFSK" w:hAnsi="QhZznecx+FZFSK" w:eastAsia="QhZznecx+FZFSK"/>
          <w:color w:val="000000"/>
          <w:sz w:val="32"/>
        </w:rPr>
        <w:t>起</w:t>
      </w:r>
      <w:r>
        <w:rPr>
          <w:spacing w:val="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固定</w:t>
      </w:r>
      <w:r>
        <w:rPr>
          <w:spacing w:val="2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产投</w:t>
      </w:r>
      <w:r>
        <w:rPr>
          <w:spacing w:val="82"/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84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亿元、</w:t>
      </w:r>
      <w:r>
        <w:rPr>
          <w:spacing w:val="88"/>
          <w:rFonts w:ascii="QhZznecx+FZFSK" w:hAnsi="QhZznecx+FZFSK" w:eastAsia="QhZznecx+FZFSK"/>
          <w:color w:val="000000"/>
          <w:sz w:val="32"/>
        </w:rPr>
        <w:t>3</w:t>
      </w:r>
      <w:r>
        <w:rPr>
          <w:spacing w:val="8"/>
          <w:rFonts w:ascii="QhZznecx+FZFSK" w:hAnsi="QhZznecx+FZFSK" w:eastAsia="QhZznecx+FZFSK"/>
          <w:color w:val="000000"/>
          <w:sz w:val="32"/>
        </w:rPr>
        <w:t>亿元</w:t>
      </w:r>
      <w:r>
        <w:rPr>
          <w:spacing w:val="6"/>
          <w:rFonts w:ascii="QhZznecx+FZFSK" w:hAnsi="QhZznecx+FZFSK" w:eastAsia="QhZznecx+FZFSK"/>
          <w:color w:val="000000"/>
          <w:sz w:val="32"/>
        </w:rPr>
        <w:t>以</w:t>
      </w:r>
      <w:r>
        <w:rPr>
          <w:spacing w:val="8"/>
          <w:rFonts w:ascii="QhZznecx+FZFSK" w:hAnsi="QhZznecx+FZFSK" w:eastAsia="QhZznecx+FZFSK"/>
          <w:color w:val="000000"/>
          <w:sz w:val="32"/>
        </w:rPr>
        <w:t>上</w:t>
      </w:r>
      <w:r>
        <w:rPr>
          <w:spacing w:val="6"/>
          <w:rFonts w:ascii="QhZznecx+FZFSK" w:hAnsi="QhZznecx+FZFSK" w:eastAsia="QhZznecx+FZFSK"/>
          <w:color w:val="000000"/>
          <w:sz w:val="32"/>
        </w:rPr>
        <w:t>的</w:t>
      </w:r>
      <w:r>
        <w:rPr>
          <w:spacing w:val="8"/>
          <w:rFonts w:ascii="QhZznecx+FZFSK" w:hAnsi="QhZznecx+FZFSK" w:eastAsia="QhZznecx+FZFSK"/>
          <w:color w:val="000000"/>
          <w:sz w:val="32"/>
        </w:rPr>
        <w:t>分</w:t>
      </w:r>
      <w:r>
        <w:rPr>
          <w:spacing w:val="6"/>
          <w:rFonts w:ascii="QhZznecx+FZFSK" w:hAnsi="QhZznecx+FZFSK" w:eastAsia="QhZznecx+FZFSK"/>
          <w:color w:val="000000"/>
          <w:sz w:val="32"/>
        </w:rPr>
        <w:t>别</w:t>
      </w:r>
      <w:r>
        <w:rPr>
          <w:spacing w:val="86"/>
          <w:rFonts w:ascii="QhZznecx+FZFSK" w:hAnsi="QhZznecx+FZFSK" w:eastAsia="QhZznecx+FZFSK"/>
          <w:color w:val="000000"/>
          <w:sz w:val="32"/>
        </w:rPr>
        <w:t>在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8"/>
          <w:rFonts w:ascii="QhZznecx+FZFSK" w:hAnsi="QhZznecx+FZFSK" w:eastAsia="QhZznecx+FZFSK"/>
          <w:color w:val="000000"/>
          <w:sz w:val="32"/>
        </w:rPr>
        <w:t>8</w:t>
      </w:r>
      <w:r>
        <w:rPr>
          <w:spacing w:val="8"/>
          <w:rFonts w:ascii="QhZznecx+FZFSK" w:hAnsi="QhZznecx+FZFSK" w:eastAsia="QhZznecx+FZFSK"/>
          <w:color w:val="000000"/>
          <w:sz w:val="32"/>
        </w:rPr>
        <w:t>个月</w:t>
      </w:r>
      <w:r>
        <w:rPr>
          <w:spacing w:val="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4"/>
          <w:rFonts w:ascii="QhZznecx+FZFSK" w:hAnsi="QhZznecx+FZFSK" w:eastAsia="QhZznecx+FZFSK"/>
          <w:color w:val="000000"/>
          <w:sz w:val="32"/>
        </w:rPr>
        <w:t>4</w:t>
      </w:r>
      <w:r>
        <w:rPr>
          <w:spacing w:val="8"/>
          <w:rFonts w:ascii="QhZznecx+FZFSK" w:hAnsi="QhZznecx+FZFSK" w:eastAsia="QhZznecx+FZFSK"/>
          <w:color w:val="000000"/>
          <w:sz w:val="32"/>
        </w:rPr>
        <w:t>个月</w:t>
      </w:r>
      <w:r>
        <w:rPr>
          <w:spacing w:val="6"/>
          <w:rFonts w:ascii="QhZznecx+FZFSK" w:hAnsi="QhZznecx+FZFSK" w:eastAsia="QhZznecx+FZFSK"/>
          <w:color w:val="000000"/>
          <w:sz w:val="32"/>
        </w:rPr>
        <w:t>后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spacing w:val="88"/>
          <w:rFonts w:ascii="QhZznecx+FZFSK" w:hAnsi="QhZznecx+FZFSK" w:eastAsia="QhZznecx+FZFSK"/>
          <w:color w:val="000000"/>
          <w:sz w:val="32"/>
        </w:rPr>
        <w:t>6</w:t>
      </w:r>
      <w:r>
        <w:rPr>
          <w:spacing w:val="6"/>
          <w:rFonts w:ascii="QhZznecx+FZFSK" w:hAnsi="QhZznecx+FZFSK" w:eastAsia="QhZznecx+FZFSK"/>
          <w:color w:val="000000"/>
          <w:sz w:val="32"/>
        </w:rPr>
        <w:t>年内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spacing w:val="8"/>
          <w:rFonts w:ascii="QhZznecx+FZFSK" w:hAnsi="QhZznecx+FZFSK" w:eastAsia="QhZznecx+FZFSK"/>
          <w:color w:val="000000"/>
          <w:sz w:val="32"/>
        </w:rPr>
        <w:t>当年</w:t>
      </w:r>
      <w:r>
        <w:rPr>
          <w:rFonts w:ascii="QhZznecx+FZFSK" w:hAnsi="QhZznecx+FZFSK" w:eastAsia="QhZznecx+FZFSK"/>
          <w:color w:val="000000"/>
          <w:sz w:val="32"/>
        </w:rPr>
        <w:t>亩</w:t>
      </w:r>
      <w:r>
        <w:rPr>
          <w:spacing w:val="2"/>
          <w:rFonts w:ascii="QhZznecx+FZFSK" w:hAnsi="QhZznecx+FZFSK" w:eastAsia="QhZznecx+FZFSK"/>
          <w:color w:val="000000"/>
          <w:sz w:val="32"/>
        </w:rPr>
        <w:t>均税</w:t>
      </w:r>
      <w:r>
        <w:rPr>
          <w:rFonts w:ascii="QhZznecx+FZFSK" w:hAnsi="QhZznecx+FZFSK" w:eastAsia="QhZznecx+FZFSK"/>
          <w:color w:val="000000"/>
          <w:sz w:val="32"/>
        </w:rPr>
        <w:t>收</w:t>
      </w:r>
      <w:r>
        <w:rPr>
          <w:spacing w:val="2"/>
          <w:rFonts w:ascii="QhZznecx+FZFSK" w:hAnsi="QhZznecx+FZFSK" w:eastAsia="QhZznecx+FZFSK"/>
          <w:color w:val="000000"/>
          <w:sz w:val="32"/>
        </w:rPr>
        <w:t>达到</w:t>
      </w:r>
      <w:r>
        <w:rPr>
          <w:rFonts w:ascii="QhZznecx+FZFSK" w:hAnsi="QhZznecx+FZFSK" w:eastAsia="QhZznecx+FZFSK"/>
          <w:color w:val="000000"/>
          <w:sz w:val="32"/>
        </w:rPr>
        <w:t>双</w:t>
      </w:r>
      <w:r>
        <w:rPr>
          <w:spacing w:val="2"/>
          <w:rFonts w:ascii="QhZznecx+FZFSK" w:hAnsi="QhZznecx+FZFSK" w:eastAsia="QhZznecx+FZFSK"/>
          <w:color w:val="000000"/>
          <w:sz w:val="32"/>
        </w:rPr>
        <w:t>方协</w:t>
      </w:r>
      <w:r>
        <w:rPr>
          <w:rFonts w:ascii="QhZznecx+FZFSK" w:hAnsi="QhZznecx+FZFSK" w:eastAsia="QhZznecx+FZFSK"/>
          <w:color w:val="000000"/>
          <w:sz w:val="32"/>
        </w:rPr>
        <w:t>议</w:t>
      </w:r>
      <w:r>
        <w:rPr>
          <w:spacing w:val="2"/>
          <w:rFonts w:ascii="QhZznecx+FZFSK" w:hAnsi="QhZznecx+FZFSK" w:eastAsia="QhZznecx+FZFSK"/>
          <w:color w:val="000000"/>
          <w:sz w:val="32"/>
        </w:rPr>
        <w:t>约定</w:t>
      </w:r>
      <w:r>
        <w:rPr>
          <w:rFonts w:ascii="QhZznecx+FZFSK" w:hAnsi="QhZznecx+FZFSK" w:eastAsia="QhZznecx+FZFSK"/>
          <w:color w:val="000000"/>
          <w:sz w:val="32"/>
        </w:rPr>
        <w:t>标</w:t>
      </w:r>
      <w:r>
        <w:rPr>
          <w:spacing w:val="4"/>
          <w:rFonts w:ascii="QhZznecx+FZFSK" w:hAnsi="QhZznecx+FZFSK" w:eastAsia="QhZznecx+FZFSK"/>
          <w:color w:val="000000"/>
          <w:sz w:val="32"/>
        </w:rPr>
        <w:t>准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1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业新</w:t>
      </w:r>
      <w:r>
        <w:rPr>
          <w:spacing w:val="2"/>
          <w:rFonts w:ascii="QhZznecx+FZFSK" w:hAnsi="QhZznecx+FZFSK" w:eastAsia="QhZznecx+FZFSK"/>
          <w:color w:val="000000"/>
          <w:sz w:val="32"/>
        </w:rPr>
        <w:t>取</w:t>
      </w:r>
      <w:r>
        <w:rPr>
          <w:rFonts w:ascii="QhZznecx+FZFSK" w:hAnsi="QhZznecx+FZFSK" w:eastAsia="QhZznecx+FZFSK"/>
          <w:color w:val="000000"/>
          <w:sz w:val="32"/>
        </w:rPr>
        <w:t>得土</w:t>
      </w:r>
      <w:r>
        <w:rPr>
          <w:spacing w:val="2"/>
          <w:rFonts w:ascii="QhZznecx+FZFSK" w:hAnsi="QhZznecx+FZFSK" w:eastAsia="QhZznecx+FZFSK"/>
          <w:color w:val="000000"/>
          <w:sz w:val="32"/>
        </w:rPr>
        <w:t>地</w:t>
      </w:r>
      <w:r>
        <w:rPr>
          <w:spacing w:val="78"/>
          <w:rFonts w:ascii="QhZznecx+FZFSK" w:hAnsi="QhZznecx+FZFSK" w:eastAsia="QhZznecx+FZFSK"/>
          <w:color w:val="000000"/>
          <w:sz w:val="32"/>
        </w:rPr>
        <w:t>前</w:t>
      </w:r>
      <w:r>
        <w:rPr>
          <w:spacing w:val="82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地</w:t>
      </w:r>
      <w:r>
        <w:rPr>
          <w:spacing w:val="6"/>
          <w:rFonts w:ascii="QhZznecx+FZFSK" w:hAnsi="QhZznecx+FZFSK" w:eastAsia="QhZznecx+FZFSK"/>
          <w:color w:val="000000"/>
          <w:sz w:val="32"/>
        </w:rPr>
        <w:t>方</w:t>
      </w:r>
      <w:r>
        <w:rPr>
          <w:spacing w:val="4"/>
          <w:rFonts w:ascii="QhZznecx+FZFSK" w:hAnsi="QhZznecx+FZFSK" w:eastAsia="QhZznecx+FZFSK"/>
          <w:color w:val="000000"/>
          <w:sz w:val="32"/>
        </w:rPr>
        <w:t>综</w:t>
      </w:r>
      <w:r>
        <w:rPr>
          <w:spacing w:val="6"/>
          <w:rFonts w:ascii="QhZznecx+FZFSK" w:hAnsi="QhZznecx+FZFSK" w:eastAsia="QhZznecx+FZFSK"/>
          <w:color w:val="000000"/>
          <w:sz w:val="32"/>
        </w:rPr>
        <w:t>合</w:t>
      </w:r>
      <w:r>
        <w:rPr>
          <w:spacing w:val="2"/>
          <w:rFonts w:ascii="QhZznecx+FZFSK" w:hAnsi="QhZznecx+FZFSK" w:eastAsia="QhZznecx+FZFSK"/>
          <w:color w:val="000000"/>
          <w:sz w:val="32"/>
        </w:rPr>
        <w:t>贡</w:t>
      </w:r>
      <w:r>
        <w:rPr>
          <w:spacing w:val="4"/>
          <w:rFonts w:ascii="QhZznecx+FZFSK" w:hAnsi="QhZznecx+FZFSK" w:eastAsia="QhZznecx+FZFSK"/>
          <w:color w:val="000000"/>
          <w:sz w:val="32"/>
        </w:rPr>
        <w:t>献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spacing w:val="4"/>
          <w:rFonts w:ascii="QhZznecx+FZFSK" w:hAnsi="QhZznecx+FZFSK" w:eastAsia="QhZznecx+FZFSK"/>
          <w:color w:val="000000"/>
          <w:sz w:val="32"/>
        </w:rPr>
        <w:t>平</w:t>
      </w:r>
      <w:r>
        <w:rPr>
          <w:spacing w:val="2"/>
          <w:rFonts w:ascii="QhZznecx+FZFSK" w:hAnsi="QhZznecx+FZFSK" w:eastAsia="QhZznecx+FZFSK"/>
          <w:color w:val="000000"/>
          <w:sz w:val="32"/>
        </w:rPr>
        <w:t>均</w:t>
      </w:r>
      <w:r>
        <w:rPr>
          <w:spacing w:val="6"/>
          <w:rFonts w:ascii="QhZznecx+FZFSK" w:hAnsi="QhZznecx+FZFSK" w:eastAsia="QhZznecx+FZFSK"/>
          <w:color w:val="000000"/>
          <w:sz w:val="32"/>
        </w:rPr>
        <w:t>数</w:t>
      </w:r>
      <w:r>
        <w:rPr>
          <w:spacing w:val="4"/>
          <w:rFonts w:ascii="QhZznecx+FZFSK" w:hAnsi="QhZznecx+FZFSK" w:eastAsia="QhZznecx+FZFSK"/>
          <w:color w:val="000000"/>
          <w:sz w:val="32"/>
        </w:rPr>
        <w:t>为</w:t>
      </w:r>
      <w:r>
        <w:rPr>
          <w:spacing w:val="6"/>
          <w:rFonts w:ascii="QhZznecx+FZFSK" w:hAnsi="QhZznecx+FZFSK" w:eastAsia="QhZznecx+FZFSK"/>
          <w:color w:val="000000"/>
          <w:sz w:val="32"/>
        </w:rPr>
        <w:t>基</w:t>
      </w:r>
      <w:r>
        <w:rPr>
          <w:spacing w:val="4"/>
          <w:rFonts w:ascii="QhZznecx+FZFSK" w:hAnsi="QhZznecx+FZFSK" w:eastAsia="QhZznecx+FZFSK"/>
          <w:color w:val="000000"/>
          <w:sz w:val="32"/>
        </w:rPr>
        <w:t>数</w:t>
      </w:r>
      <w:r>
        <w:rPr>
          <w:spacing w:val="6"/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环</w:t>
      </w:r>
      <w:r>
        <w:rPr>
          <w:spacing w:val="4"/>
          <w:rFonts w:ascii="QhZznecx+FZFSK" w:hAnsi="QhZznecx+FZFSK" w:eastAsia="QhZznecx+FZFSK"/>
          <w:color w:val="000000"/>
          <w:sz w:val="32"/>
        </w:rPr>
        <w:t>比</w:t>
      </w:r>
      <w:r>
        <w:rPr>
          <w:spacing w:val="2"/>
          <w:rFonts w:ascii="QhZznecx+FZFSK" w:hAnsi="QhZznecx+FZFSK" w:eastAsia="QhZznecx+FZFSK"/>
          <w:color w:val="000000"/>
          <w:sz w:val="32"/>
        </w:rPr>
        <w:t>增</w:t>
      </w:r>
      <w:r>
        <w:rPr>
          <w:spacing w:val="4"/>
          <w:rFonts w:ascii="QhZznecx+FZFSK" w:hAnsi="QhZznecx+FZFSK" w:eastAsia="QhZznecx+FZFSK"/>
          <w:color w:val="000000"/>
          <w:sz w:val="32"/>
        </w:rPr>
        <w:t>长</w:t>
      </w:r>
      <w:r>
        <w:rPr>
          <w:spacing w:val="84"/>
          <w:rFonts w:ascii="QhZznecx+FZFSK" w:hAnsi="QhZznecx+FZFSK" w:eastAsia="QhZznecx+FZFSK"/>
          <w:color w:val="000000"/>
          <w:sz w:val="32"/>
        </w:rPr>
        <w:t>超</w:t>
      </w:r>
      <w:r>
        <w:rPr>
          <w:spacing w:val="2"/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以</w:t>
      </w:r>
      <w:r>
        <w:rPr>
          <w:spacing w:val="6"/>
          <w:rFonts w:ascii="QhZznecx+FZFSK" w:hAnsi="QhZznecx+FZFSK" w:eastAsia="QhZznecx+FZFSK"/>
          <w:color w:val="000000"/>
          <w:sz w:val="32"/>
        </w:rPr>
        <w:t>上</w:t>
      </w:r>
      <w:r>
        <w:rPr>
          <w:spacing w:val="4"/>
          <w:rFonts w:ascii="QhZznecx+FZFSK" w:hAnsi="QhZznecx+FZFSK" w:eastAsia="QhZznecx+FZFSK"/>
          <w:color w:val="000000"/>
          <w:sz w:val="32"/>
        </w:rPr>
        <w:t>部</w:t>
      </w:r>
      <w:r>
        <w:rPr>
          <w:spacing w:val="6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2"/>
          <w:rFonts w:ascii="QhZznecx+FZFSK" w:hAnsi="QhZznecx+FZFSK" w:eastAsia="QhZznecx+FZFSK"/>
          <w:color w:val="000000"/>
          <w:sz w:val="32"/>
        </w:rPr>
        <w:t>予</w:t>
      </w:r>
      <w:r>
        <w:rPr>
          <w:spacing w:val="82"/>
          <w:rFonts w:ascii="QhZznecx+FZFSK" w:hAnsi="QhZznecx+FZFSK" w:eastAsia="QhZznecx+FZFSK"/>
          <w:color w:val="000000"/>
          <w:sz w:val="32"/>
        </w:rPr>
        <w:t>前</w:t>
      </w:r>
      <w:r>
        <w:rPr>
          <w:spacing w:val="80"/>
          <w:rFonts w:ascii="QhZznecx+FZFSK" w:hAnsi="QhZznecx+FZFSK" w:eastAsia="QhZznecx+FZFSK"/>
          <w:color w:val="000000"/>
          <w:sz w:val="32"/>
        </w:rPr>
        <w:t>3</w:t>
      </w:r>
      <w:r>
        <w:rPr>
          <w:spacing w:val="82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spacing w:val="-4"/>
          <w:rFonts w:ascii="QhZznecx+FZFSK" w:hAnsi="QhZznecx+FZFSK" w:eastAsia="QhZznecx+FZFSK"/>
          <w:color w:val="000000"/>
          <w:sz w:val="32"/>
        </w:rPr>
        <w:t>、</w:t>
      </w:r>
      <w:r>
        <w:rPr>
          <w:spacing w:val="82"/>
          <w:rFonts w:ascii="QhZznecx+FZFSK" w:hAnsi="QhZznecx+FZFSK" w:eastAsia="QhZznecx+FZFSK"/>
          <w:color w:val="000000"/>
          <w:sz w:val="32"/>
        </w:rPr>
        <w:t>第</w:t>
      </w:r>
      <w:r>
        <w:rPr>
          <w:spacing w:val="80"/>
          <w:rFonts w:ascii="QhZznecx+FZFSK" w:hAnsi="QhZznecx+FZFSK" w:eastAsia="QhZznecx+FZFSK"/>
          <w:color w:val="000000"/>
          <w:sz w:val="32"/>
        </w:rPr>
        <w:t>4</w:t>
      </w:r>
      <w:r>
        <w:rPr>
          <w:spacing w:val="82"/>
          <w:rFonts w:ascii="QhZznecx+FZFSK" w:hAnsi="QhZznecx+FZFSK" w:eastAsia="QhZznecx+FZFSK"/>
          <w:color w:val="000000"/>
          <w:sz w:val="32"/>
        </w:rPr>
        <w:t>至</w:t>
      </w:r>
      <w:r>
        <w:rPr>
          <w:spacing w:val="80"/>
          <w:rFonts w:ascii="QhZznecx+FZFSK" w:hAnsi="QhZznecx+FZFSK" w:eastAsia="QhZznecx+FZFSK"/>
          <w:color w:val="000000"/>
          <w:sz w:val="32"/>
        </w:rPr>
        <w:t>6年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spacing w:val="-4"/>
          <w:rFonts w:ascii="QhZznecx+FZFSK" w:hAnsi="QhZznecx+FZFSK" w:eastAsia="QhZznecx+FZFSK"/>
          <w:color w:val="000000"/>
          <w:sz w:val="32"/>
        </w:rPr>
        <w:t>。对</w:t>
      </w:r>
      <w:r>
        <w:rPr>
          <w:rFonts w:ascii="QhZznecx+FZFSK" w:hAnsi="QhZznecx+FZFSK" w:eastAsia="QhZznecx+FZFSK"/>
          <w:color w:val="000000"/>
          <w:sz w:val="32"/>
        </w:rPr>
        <w:t>“零</w:t>
      </w:r>
      <w:r>
        <w:rPr>
          <w:spacing w:val="2"/>
          <w:rFonts w:ascii="QhZznecx+FZFSK" w:hAnsi="QhZznecx+FZFSK" w:eastAsia="QhZznecx+FZFSK"/>
          <w:color w:val="000000"/>
          <w:sz w:val="32"/>
        </w:rPr>
        <w:t>土</w:t>
      </w:r>
      <w:r>
        <w:rPr>
          <w:rFonts w:ascii="QhZznecx+FZFSK" w:hAnsi="QhZznecx+FZFSK" w:eastAsia="QhZznecx+FZFSK"/>
          <w:color w:val="000000"/>
          <w:sz w:val="32"/>
        </w:rPr>
        <w:t>地</w:t>
      </w:r>
      <w:r>
        <w:rPr>
          <w:spacing w:val="-4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技</w:t>
      </w:r>
      <w:r>
        <w:rPr>
          <w:spacing w:val="4"/>
          <w:rFonts w:ascii="QhZznecx+FZFSK" w:hAnsi="QhZznecx+FZFSK" w:eastAsia="QhZznecx+FZFSK"/>
          <w:color w:val="000000"/>
          <w:sz w:val="32"/>
        </w:rPr>
        <w:t>改</w:t>
      </w:r>
      <w:r>
        <w:rPr>
          <w:rFonts w:ascii="QhZznecx+FZFSK" w:hAnsi="QhZznecx+FZFSK" w:eastAsia="QhZznecx+FZFSK"/>
          <w:color w:val="000000"/>
          <w:sz w:val="32"/>
        </w:rPr>
        <w:t>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目固</w:t>
      </w:r>
      <w:r>
        <w:rPr>
          <w:rFonts w:ascii="QhZznecx+FZFSK" w:hAnsi="QhZznecx+FZFSK" w:eastAsia="QhZznecx+FZFSK"/>
          <w:color w:val="000000"/>
          <w:sz w:val="32"/>
        </w:rPr>
        <w:t>定</w:t>
      </w:r>
      <w:r>
        <w:rPr>
          <w:spacing w:val="4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产</w:t>
      </w:r>
      <w:r>
        <w:rPr>
          <w:spacing w:val="2"/>
          <w:rFonts w:ascii="QhZznecx+FZFSK" w:hAnsi="QhZznecx+FZFSK" w:eastAsia="QhZznecx+FZFSK"/>
          <w:color w:val="000000"/>
          <w:sz w:val="32"/>
        </w:rPr>
        <w:t>投</w:t>
      </w:r>
      <w:r>
        <w:rPr>
          <w:spacing w:val="78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30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自</w:t>
      </w:r>
      <w:r>
        <w:rPr>
          <w:spacing w:val="2"/>
          <w:rFonts w:ascii="QhZznecx+FZFSK" w:hAnsi="QhZznecx+FZFSK" w:eastAsia="QhZznecx+FZFSK"/>
          <w:color w:val="000000"/>
          <w:sz w:val="32"/>
        </w:rPr>
        <w:t>备案次</w:t>
      </w:r>
      <w:r>
        <w:rPr>
          <w:rFonts w:ascii="QhZznecx+FZFSK" w:hAnsi="QhZznecx+FZFSK" w:eastAsia="QhZznecx+FZFSK"/>
          <w:color w:val="000000"/>
          <w:sz w:val="32"/>
        </w:rPr>
        <w:t>月</w:t>
      </w:r>
      <w:r>
        <w:rPr>
          <w:spacing w:val="82"/>
          <w:rFonts w:ascii="QhZznecx+FZFSK" w:hAnsi="QhZznecx+FZFSK" w:eastAsia="QhZznecx+FZFSK"/>
          <w:color w:val="000000"/>
          <w:sz w:val="32"/>
        </w:rPr>
        <w:t>起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2"/>
          <w:rFonts w:ascii="QhZznecx+FZFSK" w:hAnsi="QhZznecx+FZFSK" w:eastAsia="QhZznecx+FZFSK"/>
          <w:color w:val="000000"/>
          <w:sz w:val="32"/>
        </w:rPr>
        <w:t>2</w:t>
      </w:r>
      <w:r>
        <w:rPr>
          <w:rFonts w:ascii="QhZznecx+FZFSK" w:hAnsi="QhZznecx+FZFSK" w:eastAsia="QhZznecx+FZFSK"/>
          <w:color w:val="000000"/>
          <w:sz w:val="32"/>
        </w:rPr>
        <w:t>个</w:t>
      </w:r>
      <w:r>
        <w:rPr>
          <w:spacing w:val="4"/>
          <w:rFonts w:ascii="QhZznecx+FZFSK" w:hAnsi="QhZznecx+FZFSK" w:eastAsia="QhZznecx+FZFSK"/>
          <w:color w:val="000000"/>
          <w:sz w:val="32"/>
        </w:rPr>
        <w:t>月</w:t>
      </w:r>
      <w:r>
        <w:rPr>
          <w:rFonts w:ascii="QhZznecx+FZFSK" w:hAnsi="QhZznecx+FZFSK" w:eastAsia="QhZznecx+FZFSK"/>
          <w:color w:val="000000"/>
          <w:sz w:val="32"/>
        </w:rPr>
        <w:t>后</w:t>
      </w:r>
      <w:r>
        <w:rPr>
          <w:spacing w:val="82"/>
          <w:rFonts w:ascii="QhZznecx+FZFSK" w:hAnsi="QhZznecx+FZFSK" w:eastAsia="QhZznecx+FZFSK"/>
          <w:color w:val="000000"/>
          <w:sz w:val="32"/>
        </w:rPr>
        <w:t>的</w:t>
      </w:r>
      <w:r>
        <w:rPr>
          <w:spacing w:val="78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内</w:t>
      </w:r>
      <w:r>
        <w:rPr>
          <w:spacing w:val="-8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当</w:t>
      </w:r>
      <w:r>
        <w:rPr>
          <w:spacing w:val="2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亩</w:t>
      </w:r>
      <w:r>
        <w:rPr>
          <w:spacing w:val="2"/>
          <w:rFonts w:ascii="QhZznecx+FZFSK" w:hAnsi="QhZznecx+FZFSK" w:eastAsia="QhZznecx+FZFSK"/>
          <w:color w:val="000000"/>
          <w:sz w:val="32"/>
        </w:rPr>
        <w:t>均税</w:t>
      </w:r>
      <w:r>
        <w:rPr>
          <w:rFonts w:ascii="QhZznecx+FZFSK" w:hAnsi="QhZznecx+FZFSK" w:eastAsia="QhZznecx+FZFSK"/>
          <w:color w:val="000000"/>
          <w:sz w:val="32"/>
        </w:rPr>
        <w:t>收</w:t>
      </w:r>
      <w:r>
        <w:rPr>
          <w:spacing w:val="4"/>
          <w:rFonts w:ascii="QhZznecx+FZFSK" w:hAnsi="QhZznecx+FZFSK" w:eastAsia="QhZznecx+FZFSK"/>
          <w:color w:val="000000"/>
          <w:sz w:val="32"/>
        </w:rPr>
        <w:t>达</w:t>
      </w:r>
      <w:r>
        <w:rPr>
          <w:rFonts w:ascii="QhZznecx+FZFSK" w:hAnsi="QhZznecx+FZFSK" w:eastAsia="QhZznecx+FZFSK"/>
          <w:color w:val="000000"/>
          <w:sz w:val="32"/>
        </w:rPr>
        <w:t>到双</w:t>
      </w:r>
      <w:r>
        <w:rPr>
          <w:spacing w:val="4"/>
          <w:rFonts w:ascii="QhZznecx+FZFSK" w:hAnsi="QhZznecx+FZFSK" w:eastAsia="QhZznecx+FZFSK"/>
          <w:color w:val="000000"/>
          <w:sz w:val="32"/>
        </w:rPr>
        <w:t>方</w:t>
      </w:r>
      <w:r>
        <w:rPr>
          <w:rFonts w:ascii="QhZznecx+FZFSK" w:hAnsi="QhZznecx+FZFSK" w:eastAsia="QhZznecx+FZFSK"/>
          <w:color w:val="000000"/>
          <w:sz w:val="32"/>
        </w:rPr>
        <w:t>协议</w:t>
      </w:r>
      <w:r>
        <w:rPr>
          <w:spacing w:val="4"/>
          <w:rFonts w:ascii="QhZznecx+FZFSK" w:hAnsi="QhZznecx+FZFSK" w:eastAsia="QhZznecx+FZFSK"/>
          <w:color w:val="000000"/>
          <w:sz w:val="32"/>
        </w:rPr>
        <w:t>约</w:t>
      </w:r>
      <w:r>
        <w:rPr>
          <w:rFonts w:ascii="QhZznecx+FZFSK" w:hAnsi="QhZznecx+FZFSK" w:eastAsia="QhZznecx+FZFSK"/>
          <w:color w:val="000000"/>
          <w:sz w:val="32"/>
        </w:rPr>
        <w:t>定标</w:t>
      </w:r>
      <w:r>
        <w:rPr>
          <w:spacing w:val="4"/>
          <w:rFonts w:ascii="QhZznecx+FZFSK" w:hAnsi="QhZznecx+FZFSK" w:eastAsia="QhZznecx+FZFSK"/>
          <w:color w:val="000000"/>
          <w:sz w:val="32"/>
        </w:rPr>
        <w:t>准</w:t>
      </w:r>
      <w:r>
        <w:rPr>
          <w:rFonts w:ascii="QhZznecx+FZFSK" w:hAnsi="QhZznecx+FZFSK" w:eastAsia="QhZznecx+FZFSK"/>
          <w:color w:val="000000"/>
          <w:sz w:val="32"/>
        </w:rPr>
        <w:t>且</w:t>
      </w:r>
      <w:r>
        <w:rPr>
          <w:spacing w:val="2"/>
          <w:rFonts w:ascii="QhZznecx+FZFSK" w:hAnsi="QhZznecx+FZFSK" w:eastAsia="QhZznecx+FZFSK"/>
          <w:color w:val="000000"/>
          <w:sz w:val="32"/>
        </w:rPr>
        <w:t>不</w:t>
      </w:r>
      <w:r>
        <w:rPr>
          <w:rFonts w:ascii="QhZznecx+FZFSK" w:hAnsi="QhZznecx+FZFSK" w:eastAsia="QhZznecx+FZFSK"/>
          <w:color w:val="000000"/>
          <w:sz w:val="32"/>
        </w:rPr>
        <w:t>低</w:t>
      </w:r>
      <w:r>
        <w:rPr>
          <w:spacing w:val="82"/>
          <w:rFonts w:ascii="QhZznecx+FZFSK" w:hAnsi="QhZznecx+FZFSK" w:eastAsia="QhZznecx+FZFSK"/>
          <w:color w:val="000000"/>
          <w:sz w:val="32"/>
        </w:rPr>
        <w:t>于</w:t>
      </w:r>
      <w:r>
        <w:rPr>
          <w:rFonts w:ascii="QhZznecx+FZFSK" w:hAnsi="QhZznecx+FZFSK" w:eastAsia="QhZznecx+FZFSK"/>
          <w:color w:val="000000"/>
          <w:sz w:val="32"/>
        </w:rPr>
        <w:t>12</w:t>
      </w:r>
      <w:r>
        <w:rPr>
          <w:spacing w:val="2"/>
          <w:rFonts w:ascii="QhZznecx+FZFSK" w:hAnsi="QhZznecx+FZFSK" w:eastAsia="QhZznecx+FZFSK"/>
          <w:color w:val="000000"/>
          <w:sz w:val="32"/>
        </w:rPr>
        <w:t>万元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1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项</w:t>
      </w:r>
      <w:r>
        <w:rPr>
          <w:rFonts w:ascii="QhZznecx+FZFSK" w:hAnsi="QhZznecx+FZFSK" w:eastAsia="QhZznecx+FZFSK"/>
          <w:color w:val="000000"/>
          <w:sz w:val="32"/>
        </w:rPr>
        <w:t>目备</w:t>
      </w:r>
      <w:r>
        <w:rPr>
          <w:spacing w:val="4"/>
          <w:rFonts w:ascii="QhZznecx+FZFSK" w:hAnsi="QhZznecx+FZFSK" w:eastAsia="QhZznecx+FZFSK"/>
          <w:color w:val="000000"/>
          <w:sz w:val="32"/>
        </w:rPr>
        <w:t>案</w:t>
      </w:r>
      <w:r>
        <w:rPr>
          <w:rFonts w:ascii="QhZznecx+FZFSK" w:hAnsi="QhZznecx+FZFSK" w:eastAsia="QhZznecx+FZFSK"/>
          <w:color w:val="000000"/>
          <w:sz w:val="32"/>
        </w:rPr>
        <w:t>时间</w:t>
      </w:r>
      <w:r>
        <w:rPr>
          <w:spacing w:val="82"/>
          <w:rFonts w:ascii="QhZznecx+FZFSK" w:hAnsi="QhZznecx+FZFSK" w:eastAsia="QhZznecx+FZFSK"/>
          <w:color w:val="000000"/>
          <w:sz w:val="32"/>
        </w:rPr>
        <w:t>前</w:t>
      </w:r>
      <w:r>
        <w:rPr>
          <w:spacing w:val="78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地</w:t>
      </w:r>
      <w:r>
        <w:rPr>
          <w:rFonts w:ascii="QhZznecx+FZFSK" w:hAnsi="QhZznecx+FZFSK" w:eastAsia="QhZznecx+FZFSK"/>
          <w:color w:val="000000"/>
          <w:sz w:val="32"/>
        </w:rPr>
        <w:t>方综</w:t>
      </w:r>
      <w:r>
        <w:rPr>
          <w:spacing w:val="4"/>
          <w:rFonts w:ascii="QhZznecx+FZFSK" w:hAnsi="QhZznecx+FZFSK" w:eastAsia="QhZznecx+FZFSK"/>
          <w:color w:val="000000"/>
          <w:sz w:val="32"/>
        </w:rPr>
        <w:t>合</w:t>
      </w:r>
      <w:r>
        <w:rPr>
          <w:rFonts w:ascii="QhZznecx+FZFSK" w:hAnsi="QhZznecx+FZFSK" w:eastAsia="QhZznecx+FZFSK"/>
          <w:color w:val="000000"/>
          <w:sz w:val="32"/>
        </w:rPr>
        <w:t>贡献</w:t>
      </w:r>
      <w:r>
        <w:rPr>
          <w:spacing w:val="4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平均</w:t>
      </w:r>
      <w:r>
        <w:rPr>
          <w:spacing w:val="4"/>
          <w:rFonts w:ascii="QhZznecx+FZFSK" w:hAnsi="QhZznecx+FZFSK" w:eastAsia="QhZznecx+FZFSK"/>
          <w:color w:val="000000"/>
          <w:sz w:val="32"/>
        </w:rPr>
        <w:t>数</w:t>
      </w:r>
      <w:r>
        <w:rPr>
          <w:rFonts w:ascii="QhZznecx+FZFSK" w:hAnsi="QhZznecx+FZFSK" w:eastAsia="QhZznecx+FZFSK"/>
          <w:color w:val="000000"/>
          <w:sz w:val="32"/>
        </w:rPr>
        <w:t>为基</w:t>
      </w:r>
    </w:p>
    <w:p>
      <w:pPr>
        <w:autoSpaceDN w:val="0"/>
        <w:autoSpaceDE w:val="0"/>
        <w:widowControl/>
        <w:spacing w:line="348" w:lineRule="exact" w:before="324" w:after="0"/>
        <w:ind w:left="360" w:right="0" w:firstLine="0"/>
        <w:jc w:val="lef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0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tabs>
          <w:tab w:pos="1000" w:val="left"/>
        </w:tabs>
        <w:autoSpaceDE w:val="0"/>
        <w:widowControl/>
        <w:spacing w:line="570" w:lineRule="exact" w:before="0" w:after="0"/>
        <w:ind w:left="360" w:right="144" w:firstLine="0"/>
        <w:jc w:val="left"/>
      </w:pPr>
      <w:r>
        <w:rPr>
          <w:spacing w:val="2"/>
          <w:rFonts w:ascii="QhZznecx+FZFSK" w:hAnsi="QhZznecx+FZFSK" w:eastAsia="QhZznecx+FZFSK"/>
          <w:color w:val="000000"/>
          <w:sz w:val="32"/>
        </w:rPr>
        <w:t>数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环</w:t>
      </w:r>
      <w:r>
        <w:rPr>
          <w:spacing w:val="2"/>
          <w:rFonts w:ascii="QhZznecx+FZFSK" w:hAnsi="QhZznecx+FZFSK" w:eastAsia="QhZznecx+FZFSK"/>
          <w:color w:val="000000"/>
          <w:sz w:val="32"/>
        </w:rPr>
        <w:t>比</w:t>
      </w:r>
      <w:r>
        <w:rPr>
          <w:rFonts w:ascii="QhZznecx+FZFSK" w:hAnsi="QhZznecx+FZFSK" w:eastAsia="QhZznecx+FZFSK"/>
          <w:color w:val="000000"/>
          <w:sz w:val="32"/>
        </w:rPr>
        <w:t>增</w:t>
      </w:r>
      <w:r>
        <w:rPr>
          <w:spacing w:val="4"/>
          <w:rFonts w:ascii="QhZznecx+FZFSK" w:hAnsi="QhZznecx+FZFSK" w:eastAsia="QhZznecx+FZFSK"/>
          <w:color w:val="000000"/>
          <w:sz w:val="32"/>
        </w:rPr>
        <w:t>长</w:t>
      </w:r>
      <w:r>
        <w:rPr>
          <w:spacing w:val="80"/>
          <w:rFonts w:ascii="QhZznecx+FZFSK" w:hAnsi="QhZznecx+FZFSK" w:eastAsia="QhZznecx+FZFSK"/>
          <w:color w:val="000000"/>
          <w:sz w:val="32"/>
        </w:rPr>
        <w:t>超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部</w:t>
      </w:r>
      <w:r>
        <w:rPr>
          <w:spacing w:val="4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spacing w:val="80"/>
          <w:rFonts w:ascii="QhZznecx+FZFSK" w:hAnsi="QhZznecx+FZFSK" w:eastAsia="QhZznecx+FZFSK"/>
          <w:color w:val="000000"/>
          <w:sz w:val="32"/>
        </w:rPr>
        <w:t>3</w:t>
      </w:r>
      <w:r>
        <w:rPr>
          <w:spacing w:val="82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高</w:t>
      </w:r>
      <w:r>
        <w:rPr>
          <w:spacing w:val="2"/>
          <w:rFonts w:ascii="QhZznecx+FZFSK" w:hAnsi="QhZznecx+FZFSK" w:eastAsia="QhZznecx+FZFSK"/>
          <w:color w:val="000000"/>
          <w:sz w:val="32"/>
        </w:rPr>
        <w:t>耗</w:t>
      </w:r>
      <w:r>
        <w:rPr>
          <w:rFonts w:ascii="QhZznecx+FZFSK" w:hAnsi="QhZznecx+FZFSK" w:eastAsia="QhZznecx+FZFSK"/>
          <w:color w:val="000000"/>
          <w:sz w:val="32"/>
        </w:rPr>
        <w:t>能项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目除</w:t>
      </w:r>
      <w:r>
        <w:rPr>
          <w:rFonts w:ascii="QhZznecx+FZFSK" w:hAnsi="QhZznecx+FZFSK" w:eastAsia="QhZznecx+FZFSK"/>
          <w:color w:val="000000"/>
          <w:sz w:val="32"/>
        </w:rPr>
        <w:t>外</w:t>
      </w:r>
      <w:r>
        <w:rPr>
          <w:spacing w:val="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2"/>
          <w:rFonts w:ascii="oWgGuaTQ+FZKTK" w:hAnsi="oWgGuaTQ+FZKTK" w:eastAsia="oWgGuaTQ+FZKTK"/>
          <w:color w:val="000000"/>
          <w:sz w:val="32"/>
        </w:rPr>
        <w:t>责任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经信</w:t>
      </w:r>
      <w:r>
        <w:rPr>
          <w:rFonts w:ascii="oWgGuaTQ+FZKTK" w:hAnsi="oWgGuaTQ+FZKTK" w:eastAsia="oWgGuaTQ+FZKTK"/>
          <w:color w:val="000000"/>
          <w:sz w:val="32"/>
        </w:rPr>
        <w:t>局）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已</w:t>
      </w:r>
      <w:r>
        <w:rPr>
          <w:rFonts w:ascii="QhZznecx+FZFSK" w:hAnsi="QhZznecx+FZFSK" w:eastAsia="QhZznecx+FZFSK"/>
          <w:color w:val="000000"/>
          <w:sz w:val="32"/>
        </w:rPr>
        <w:t>投</w:t>
      </w:r>
      <w:r>
        <w:rPr>
          <w:spacing w:val="2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入库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4"/>
          <w:rFonts w:ascii="QhZznecx+FZFSK" w:hAnsi="QhZznecx+FZFSK" w:eastAsia="QhZznecx+FZFSK"/>
          <w:color w:val="000000"/>
          <w:sz w:val="32"/>
        </w:rPr>
        <w:t>造</w:t>
      </w:r>
      <w:r>
        <w:rPr>
          <w:rFonts w:ascii="QhZznecx+FZFSK" w:hAnsi="QhZznecx+FZFSK" w:eastAsia="QhZznecx+FZFSK"/>
          <w:color w:val="000000"/>
          <w:sz w:val="32"/>
        </w:rPr>
        <w:t>业项</w:t>
      </w:r>
      <w:r>
        <w:rPr>
          <w:spacing w:val="4"/>
          <w:rFonts w:ascii="QhZznecx+FZFSK" w:hAnsi="QhZznecx+FZFSK" w:eastAsia="QhZznecx+FZFSK"/>
          <w:color w:val="000000"/>
          <w:sz w:val="32"/>
        </w:rPr>
        <w:t>目</w:t>
      </w:r>
      <w:r>
        <w:rPr>
          <w:rFonts w:ascii="QhZznecx+FZFSK" w:hAnsi="QhZznecx+FZFSK" w:eastAsia="QhZznecx+FZFSK"/>
          <w:color w:val="000000"/>
          <w:sz w:val="32"/>
        </w:rPr>
        <w:t>，新</w:t>
      </w:r>
      <w:r>
        <w:rPr>
          <w:spacing w:val="4"/>
          <w:rFonts w:ascii="QhZznecx+FZFSK" w:hAnsi="QhZznecx+FZFSK" w:eastAsia="QhZznecx+FZFSK"/>
          <w:color w:val="000000"/>
          <w:sz w:val="32"/>
        </w:rPr>
        <w:t>增</w:t>
      </w:r>
      <w:r>
        <w:rPr>
          <w:rFonts w:ascii="QhZznecx+FZFSK" w:hAnsi="QhZznecx+FZFSK" w:eastAsia="QhZznecx+FZFSK"/>
          <w:color w:val="000000"/>
          <w:sz w:val="32"/>
        </w:rPr>
        <w:t>设</w:t>
      </w:r>
      <w:r>
        <w:rPr>
          <w:spacing w:val="2"/>
          <w:rFonts w:ascii="QhZznecx+FZFSK" w:hAnsi="QhZznecx+FZFSK" w:eastAsia="QhZznecx+FZFSK"/>
          <w:color w:val="000000"/>
          <w:sz w:val="32"/>
        </w:rPr>
        <w:t>备投</w:t>
      </w:r>
      <w:r>
        <w:rPr>
          <w:spacing w:val="80"/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及</w:t>
      </w:r>
      <w:r>
        <w:rPr>
          <w:spacing w:val="2"/>
          <w:rFonts w:ascii="QhZznecx+FZFSK" w:hAnsi="QhZznecx+FZFSK" w:eastAsia="QhZznecx+FZFSK"/>
          <w:color w:val="000000"/>
          <w:sz w:val="32"/>
        </w:rPr>
        <w:t>以上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按新</w:t>
      </w:r>
      <w:r>
        <w:rPr>
          <w:rFonts w:ascii="QhZznecx+FZFSK" w:hAnsi="QhZznecx+FZFSK" w:eastAsia="QhZznecx+FZFSK"/>
          <w:color w:val="000000"/>
          <w:sz w:val="32"/>
        </w:rPr>
        <w:t>增</w:t>
      </w:r>
      <w:r>
        <w:rPr>
          <w:spacing w:val="2"/>
          <w:rFonts w:ascii="QhZznecx+FZFSK" w:hAnsi="QhZznecx+FZFSK" w:eastAsia="QhZznecx+FZFSK"/>
          <w:color w:val="000000"/>
          <w:sz w:val="32"/>
        </w:rPr>
        <w:t>设备</w:t>
      </w:r>
      <w:r>
        <w:rPr>
          <w:rFonts w:ascii="QhZznecx+FZFSK" w:hAnsi="QhZznecx+FZFSK" w:eastAsia="QhZznecx+FZFSK"/>
          <w:color w:val="000000"/>
          <w:sz w:val="32"/>
        </w:rPr>
        <w:t>投</w:t>
      </w:r>
      <w:r>
        <w:rPr>
          <w:spacing w:val="2"/>
          <w:rFonts w:ascii="QhZznecx+FZFSK" w:hAnsi="QhZznecx+FZFSK" w:eastAsia="QhZznecx+FZFSK"/>
          <w:color w:val="000000"/>
          <w:sz w:val="32"/>
        </w:rPr>
        <w:t>资额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spacing w:val="-2"/>
          <w:rFonts w:ascii="QhZznecx+FZFSK" w:hAnsi="QhZznecx+FZFSK" w:eastAsia="QhZznecx+FZFSK"/>
          <w:color w:val="000000"/>
          <w:sz w:val="32"/>
        </w:rPr>
        <w:t>6%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spacing w:val="-9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纳</w:t>
      </w:r>
      <w:r>
        <w:rPr>
          <w:spacing w:val="4"/>
          <w:rFonts w:ascii="QhZznecx+FZFSK" w:hAnsi="QhZznecx+FZFSK" w:eastAsia="QhZznecx+FZFSK"/>
          <w:color w:val="000000"/>
          <w:sz w:val="32"/>
        </w:rPr>
        <w:t>入</w:t>
      </w:r>
      <w:r>
        <w:rPr>
          <w:rFonts w:ascii="QhZznecx+FZFSK" w:hAnsi="QhZznecx+FZFSK" w:eastAsia="QhZznecx+FZFSK"/>
          <w:color w:val="000000"/>
          <w:sz w:val="32"/>
        </w:rPr>
        <w:t>高新</w:t>
      </w:r>
      <w:r>
        <w:rPr>
          <w:spacing w:val="4"/>
          <w:rFonts w:ascii="QhZznecx+FZFSK" w:hAnsi="QhZznecx+FZFSK" w:eastAsia="QhZznecx+FZFSK"/>
          <w:color w:val="000000"/>
          <w:sz w:val="32"/>
        </w:rPr>
        <w:t>技</w:t>
      </w:r>
      <w:r>
        <w:rPr>
          <w:rFonts w:ascii="QhZznecx+FZFSK" w:hAnsi="QhZznecx+FZFSK" w:eastAsia="QhZznecx+FZFSK"/>
          <w:color w:val="000000"/>
          <w:sz w:val="32"/>
        </w:rPr>
        <w:t>术产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和</w:t>
      </w:r>
      <w:r>
        <w:rPr>
          <w:spacing w:val="2"/>
          <w:rFonts w:ascii="QhZznecx+FZFSK" w:hAnsi="QhZznecx+FZFSK" w:eastAsia="QhZznecx+FZFSK"/>
          <w:color w:val="000000"/>
          <w:sz w:val="32"/>
        </w:rPr>
        <w:t>数字</w:t>
      </w:r>
      <w:r>
        <w:rPr>
          <w:rFonts w:ascii="QhZznecx+FZFSK" w:hAnsi="QhZznecx+FZFSK" w:eastAsia="QhZznecx+FZFSK"/>
          <w:color w:val="000000"/>
          <w:sz w:val="32"/>
        </w:rPr>
        <w:t>经</w:t>
      </w:r>
      <w:r>
        <w:rPr>
          <w:spacing w:val="2"/>
          <w:rFonts w:ascii="QhZznecx+FZFSK" w:hAnsi="QhZznecx+FZFSK" w:eastAsia="QhZznecx+FZFSK"/>
          <w:color w:val="000000"/>
          <w:sz w:val="32"/>
        </w:rPr>
        <w:t>济核</w:t>
      </w:r>
      <w:r>
        <w:rPr>
          <w:rFonts w:ascii="QhZznecx+FZFSK" w:hAnsi="QhZznecx+FZFSK" w:eastAsia="QhZznecx+FZFSK"/>
          <w:color w:val="000000"/>
          <w:sz w:val="32"/>
        </w:rPr>
        <w:t>心</w:t>
      </w:r>
      <w:r>
        <w:rPr>
          <w:spacing w:val="2"/>
          <w:rFonts w:ascii="QhZznecx+FZFSK" w:hAnsi="QhZznecx+FZFSK" w:eastAsia="QhZznecx+FZFSK"/>
          <w:color w:val="000000"/>
          <w:sz w:val="32"/>
        </w:rPr>
        <w:t>产业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制造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项</w:t>
      </w:r>
      <w:r>
        <w:rPr>
          <w:rFonts w:ascii="QhZznecx+FZFSK" w:hAnsi="QhZznecx+FZFSK" w:eastAsia="QhZznecx+FZFSK"/>
          <w:color w:val="000000"/>
          <w:sz w:val="32"/>
        </w:rPr>
        <w:t>目给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7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spacing w:val="-5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列</w:t>
      </w:r>
      <w:r>
        <w:rPr>
          <w:spacing w:val="2"/>
          <w:rFonts w:ascii="QhZznecx+FZFSK" w:hAnsi="QhZznecx+FZFSK" w:eastAsia="QhZznecx+FZFSK"/>
          <w:color w:val="000000"/>
          <w:sz w:val="32"/>
        </w:rPr>
        <w:t>入</w:t>
      </w:r>
      <w:r>
        <w:rPr>
          <w:spacing w:val="-52"/>
          <w:rFonts w:ascii="QhZznecx+FZFSK" w:hAnsi="QhZznecx+FZFSK" w:eastAsia="QhZznecx+FZFSK"/>
          <w:color w:val="000000"/>
          <w:sz w:val="32"/>
        </w:rPr>
        <w:t>省</w:t>
      </w:r>
      <w:r>
        <w:rPr>
          <w:rFonts w:ascii="QhZznecx+FZFSK" w:hAnsi="QhZznecx+FZFSK" w:eastAsia="QhZznecx+FZFSK"/>
          <w:color w:val="000000"/>
          <w:sz w:val="32"/>
        </w:rPr>
        <w:t>“五个</w:t>
      </w:r>
      <w:r>
        <w:rPr>
          <w:spacing w:val="2"/>
          <w:rFonts w:ascii="QhZznecx+FZFSK" w:hAnsi="QhZznecx+FZFSK" w:eastAsia="QhZznecx+FZFSK"/>
          <w:color w:val="000000"/>
          <w:sz w:val="32"/>
        </w:rPr>
        <w:t>一批</w:t>
      </w:r>
      <w:r>
        <w:rPr>
          <w:spacing w:val="-8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重</w:t>
      </w:r>
      <w:r>
        <w:rPr>
          <w:spacing w:val="4"/>
          <w:rFonts w:ascii="QhZznecx+FZFSK" w:hAnsi="QhZznecx+FZFSK" w:eastAsia="QhZznecx+FZFSK"/>
          <w:color w:val="000000"/>
          <w:sz w:val="32"/>
        </w:rPr>
        <w:t>点</w:t>
      </w:r>
      <w:r>
        <w:rPr>
          <w:rFonts w:ascii="QhZznecx+FZFSK" w:hAnsi="QhZznecx+FZFSK" w:eastAsia="QhZznecx+FZFSK"/>
          <w:color w:val="000000"/>
          <w:sz w:val="32"/>
        </w:rPr>
        <w:t>技术</w:t>
      </w:r>
      <w:r>
        <w:rPr>
          <w:spacing w:val="4"/>
          <w:rFonts w:ascii="QhZznecx+FZFSK" w:hAnsi="QhZznecx+FZFSK" w:eastAsia="QhZznecx+FZFSK"/>
          <w:color w:val="000000"/>
          <w:sz w:val="32"/>
        </w:rPr>
        <w:t>改</w:t>
      </w:r>
      <w:r>
        <w:rPr>
          <w:rFonts w:ascii="QhZznecx+FZFSK" w:hAnsi="QhZznecx+FZFSK" w:eastAsia="QhZznecx+FZFSK"/>
          <w:color w:val="000000"/>
          <w:sz w:val="32"/>
        </w:rPr>
        <w:t>造示</w:t>
      </w:r>
      <w:r>
        <w:rPr>
          <w:spacing w:val="4"/>
          <w:rFonts w:ascii="QhZznecx+FZFSK" w:hAnsi="QhZznecx+FZFSK" w:eastAsia="QhZznecx+FZFSK"/>
          <w:color w:val="000000"/>
          <w:sz w:val="32"/>
        </w:rPr>
        <w:t>范</w:t>
      </w:r>
      <w:r>
        <w:rPr>
          <w:rFonts w:ascii="QhZznecx+FZFSK" w:hAnsi="QhZznecx+FZFSK" w:eastAsia="QhZznecx+FZFSK"/>
          <w:color w:val="000000"/>
          <w:sz w:val="32"/>
        </w:rPr>
        <w:t>项目</w:t>
      </w:r>
      <w:r>
        <w:rPr>
          <w:spacing w:val="4"/>
          <w:rFonts w:ascii="QhZznecx+FZFSK" w:hAnsi="QhZznecx+FZFSK" w:eastAsia="QhZznecx+FZFSK"/>
          <w:color w:val="000000"/>
          <w:sz w:val="32"/>
        </w:rPr>
        <w:t>计</w:t>
      </w:r>
      <w:r>
        <w:rPr>
          <w:rFonts w:ascii="QhZznecx+FZFSK" w:hAnsi="QhZznecx+FZFSK" w:eastAsia="QhZznecx+FZFSK"/>
          <w:color w:val="000000"/>
          <w:sz w:val="32"/>
        </w:rPr>
        <w:t>划</w:t>
      </w:r>
      <w:r>
        <w:rPr>
          <w:spacing w:val="-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省</w:t>
      </w:r>
      <w:r>
        <w:rPr>
          <w:spacing w:val="4"/>
          <w:rFonts w:ascii="QhZznecx+FZFSK" w:hAnsi="QhZznecx+FZFSK" w:eastAsia="QhZznecx+FZFSK"/>
          <w:color w:val="000000"/>
          <w:sz w:val="32"/>
        </w:rPr>
        <w:t>生</w:t>
      </w:r>
      <w:r>
        <w:rPr>
          <w:rFonts w:ascii="QhZznecx+FZFSK" w:hAnsi="QhZznecx+FZFSK" w:eastAsia="QhZznecx+FZFSK"/>
          <w:color w:val="000000"/>
          <w:sz w:val="32"/>
        </w:rPr>
        <w:t>产制</w:t>
      </w:r>
      <w:r>
        <w:rPr>
          <w:spacing w:val="4"/>
          <w:rFonts w:ascii="QhZznecx+FZFSK" w:hAnsi="QhZznecx+FZFSK" w:eastAsia="QhZznecx+FZFSK"/>
          <w:color w:val="000000"/>
          <w:sz w:val="32"/>
        </w:rPr>
        <w:t>造</w:t>
      </w:r>
      <w:r>
        <w:rPr>
          <w:rFonts w:ascii="QhZznecx+FZFSK" w:hAnsi="QhZznecx+FZFSK" w:eastAsia="QhZznecx+FZFSK"/>
          <w:color w:val="000000"/>
          <w:sz w:val="32"/>
        </w:rPr>
        <w:t>方式</w:t>
      </w:r>
      <w:r>
        <w:rPr>
          <w:spacing w:val="4"/>
          <w:rFonts w:ascii="QhZznecx+FZFSK" w:hAnsi="QhZznecx+FZFSK" w:eastAsia="QhZznecx+FZFSK"/>
          <w:color w:val="000000"/>
          <w:sz w:val="32"/>
        </w:rPr>
        <w:t>转</w:t>
      </w:r>
      <w:r>
        <w:rPr>
          <w:rFonts w:ascii="QhZznecx+FZFSK" w:hAnsi="QhZznecx+FZFSK" w:eastAsia="QhZznecx+FZFSK"/>
          <w:color w:val="000000"/>
          <w:sz w:val="32"/>
        </w:rPr>
        <w:t>型示</w:t>
      </w:r>
      <w:r>
        <w:rPr>
          <w:spacing w:val="16"/>
          <w:rFonts w:ascii="QhZznecx+FZFSK" w:hAnsi="QhZznecx+FZFSK" w:eastAsia="QhZznecx+FZFSK"/>
          <w:color w:val="000000"/>
          <w:sz w:val="32"/>
        </w:rPr>
        <w:t>范</w:t>
      </w:r>
      <w:r>
        <w:rPr>
          <w:spacing w:val="12"/>
          <w:rFonts w:ascii="QhZznecx+FZFSK" w:hAnsi="QhZznecx+FZFSK" w:eastAsia="QhZznecx+FZFSK"/>
          <w:color w:val="000000"/>
          <w:sz w:val="32"/>
        </w:rPr>
        <w:t>项</w:t>
      </w:r>
      <w:r>
        <w:rPr>
          <w:spacing w:val="14"/>
          <w:rFonts w:ascii="QhZznecx+FZFSK" w:hAnsi="QhZznecx+FZFSK" w:eastAsia="QhZznecx+FZFSK"/>
          <w:color w:val="000000"/>
          <w:sz w:val="32"/>
        </w:rPr>
        <w:t>目计划、省</w:t>
      </w:r>
      <w:r>
        <w:rPr>
          <w:spacing w:val="12"/>
          <w:rFonts w:ascii="QhZznecx+FZFSK" w:hAnsi="QhZznecx+FZFSK" w:eastAsia="QhZznecx+FZFSK"/>
          <w:color w:val="000000"/>
          <w:sz w:val="32"/>
        </w:rPr>
        <w:t>制</w:t>
      </w:r>
      <w:r>
        <w:rPr>
          <w:spacing w:val="16"/>
          <w:rFonts w:ascii="QhZznecx+FZFSK" w:hAnsi="QhZznecx+FZFSK" w:eastAsia="QhZznecx+FZFSK"/>
          <w:color w:val="000000"/>
          <w:sz w:val="32"/>
        </w:rPr>
        <w:t>造</w:t>
      </w:r>
      <w:r>
        <w:rPr>
          <w:spacing w:val="12"/>
          <w:rFonts w:ascii="QhZznecx+FZFSK" w:hAnsi="QhZznecx+FZFSK" w:eastAsia="QhZznecx+FZFSK"/>
          <w:color w:val="000000"/>
          <w:sz w:val="32"/>
        </w:rPr>
        <w:t>业</w:t>
      </w:r>
      <w:r>
        <w:rPr>
          <w:spacing w:val="14"/>
          <w:rFonts w:ascii="QhZznecx+FZFSK" w:hAnsi="QhZznecx+FZFSK" w:eastAsia="QhZznecx+FZFSK"/>
          <w:color w:val="000000"/>
          <w:sz w:val="32"/>
        </w:rPr>
        <w:t>高</w:t>
      </w:r>
      <w:r>
        <w:rPr>
          <w:spacing w:val="16"/>
          <w:rFonts w:ascii="QhZznecx+FZFSK" w:hAnsi="QhZznecx+FZFSK" w:eastAsia="QhZznecx+FZFSK"/>
          <w:color w:val="000000"/>
          <w:sz w:val="32"/>
        </w:rPr>
        <w:t>质</w:t>
      </w:r>
      <w:r>
        <w:rPr>
          <w:spacing w:val="12"/>
          <w:rFonts w:ascii="QhZznecx+FZFSK" w:hAnsi="QhZznecx+FZFSK" w:eastAsia="QhZznecx+FZFSK"/>
          <w:color w:val="000000"/>
          <w:sz w:val="32"/>
        </w:rPr>
        <w:t>量</w:t>
      </w:r>
      <w:r>
        <w:rPr>
          <w:spacing w:val="14"/>
          <w:rFonts w:ascii="QhZznecx+FZFSK" w:hAnsi="QhZznecx+FZFSK" w:eastAsia="QhZznecx+FZFSK"/>
          <w:color w:val="000000"/>
          <w:sz w:val="32"/>
        </w:rPr>
        <w:t>发展产业链</w:t>
      </w:r>
      <w:r>
        <w:rPr>
          <w:spacing w:val="12"/>
          <w:rFonts w:ascii="QhZznecx+FZFSK" w:hAnsi="QhZznecx+FZFSK" w:eastAsia="QhZznecx+FZFSK"/>
          <w:color w:val="000000"/>
          <w:sz w:val="32"/>
        </w:rPr>
        <w:t>协</w:t>
      </w:r>
      <w:r>
        <w:rPr>
          <w:spacing w:val="16"/>
          <w:rFonts w:ascii="QhZznecx+FZFSK" w:hAnsi="QhZznecx+FZFSK" w:eastAsia="QhZznecx+FZFSK"/>
          <w:color w:val="000000"/>
          <w:sz w:val="32"/>
        </w:rPr>
        <w:t>同</w:t>
      </w:r>
      <w:r>
        <w:rPr>
          <w:spacing w:val="14"/>
          <w:rFonts w:ascii="QhZznecx+FZFSK" w:hAnsi="QhZznecx+FZFSK" w:eastAsia="QhZznecx+FZFSK"/>
          <w:color w:val="000000"/>
          <w:sz w:val="32"/>
        </w:rPr>
        <w:t>创</w:t>
      </w:r>
      <w:r>
        <w:rPr>
          <w:spacing w:val="12"/>
          <w:rFonts w:ascii="QhZznecx+FZFSK" w:hAnsi="QhZznecx+FZFSK" w:eastAsia="QhZznecx+FZFSK"/>
          <w:color w:val="000000"/>
          <w:sz w:val="32"/>
        </w:rPr>
        <w:t>新</w:t>
      </w:r>
      <w:r>
        <w:rPr>
          <w:spacing w:val="16"/>
          <w:rFonts w:ascii="QhZznecx+FZFSK" w:hAnsi="QhZznecx+FZFSK" w:eastAsia="QhZznecx+FZFSK"/>
          <w:color w:val="000000"/>
          <w:sz w:val="32"/>
        </w:rPr>
        <w:t>项</w:t>
      </w:r>
      <w:r>
        <w:rPr>
          <w:spacing w:val="12"/>
          <w:rFonts w:ascii="QhZznecx+FZFSK" w:hAnsi="QhZznecx+FZFSK" w:eastAsia="QhZznecx+FZFSK"/>
          <w:color w:val="000000"/>
          <w:sz w:val="32"/>
        </w:rPr>
        <w:t>目</w:t>
      </w:r>
      <w:r>
        <w:rPr>
          <w:rFonts w:ascii="QhZznecx+FZFSK" w:hAnsi="QhZznecx+FZFSK" w:eastAsia="QhZznecx+FZFSK"/>
          <w:color w:val="000000"/>
          <w:sz w:val="32"/>
        </w:rPr>
        <w:t>计</w:t>
      </w:r>
      <w:r>
        <w:rPr>
          <w:spacing w:val="2"/>
          <w:rFonts w:ascii="QhZznecx+FZFSK" w:hAnsi="QhZznecx+FZFSK" w:eastAsia="QhZznecx+FZFSK"/>
          <w:color w:val="000000"/>
          <w:sz w:val="32"/>
        </w:rPr>
        <w:t>划</w:t>
      </w:r>
      <w:r>
        <w:rPr>
          <w:spacing w:val="-5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省</w:t>
      </w:r>
      <w:r>
        <w:rPr>
          <w:spacing w:val="2"/>
          <w:rFonts w:ascii="QhZznecx+FZFSK" w:hAnsi="QhZznecx+FZFSK" w:eastAsia="QhZznecx+FZFSK"/>
          <w:color w:val="000000"/>
          <w:sz w:val="32"/>
        </w:rPr>
        <w:t>市县</w:t>
      </w:r>
      <w:r>
        <w:rPr>
          <w:rFonts w:ascii="QhZznecx+FZFSK" w:hAnsi="QhZznecx+FZFSK" w:eastAsia="QhZznecx+FZFSK"/>
          <w:color w:val="000000"/>
          <w:sz w:val="32"/>
        </w:rPr>
        <w:t>长</w:t>
      </w:r>
      <w:r>
        <w:rPr>
          <w:spacing w:val="2"/>
          <w:rFonts w:ascii="QhZznecx+FZFSK" w:hAnsi="QhZznecx+FZFSK" w:eastAsia="QhZznecx+FZFSK"/>
          <w:color w:val="000000"/>
          <w:sz w:val="32"/>
        </w:rPr>
        <w:t>工程的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4"/>
          <w:rFonts w:ascii="QhZznecx+FZFSK" w:hAnsi="QhZznecx+FZFSK" w:eastAsia="QhZznecx+FZFSK"/>
          <w:color w:val="000000"/>
          <w:sz w:val="32"/>
        </w:rPr>
        <w:t>造</w:t>
      </w:r>
      <w:r>
        <w:rPr>
          <w:rFonts w:ascii="QhZznecx+FZFSK" w:hAnsi="QhZznecx+FZFSK" w:eastAsia="QhZznecx+FZFSK"/>
          <w:color w:val="000000"/>
          <w:sz w:val="32"/>
        </w:rPr>
        <w:t>业项</w:t>
      </w:r>
      <w:r>
        <w:rPr>
          <w:spacing w:val="4"/>
          <w:rFonts w:ascii="QhZznecx+FZFSK" w:hAnsi="QhZznecx+FZFSK" w:eastAsia="QhZznecx+FZFSK"/>
          <w:color w:val="000000"/>
          <w:sz w:val="32"/>
        </w:rPr>
        <w:t>目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8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56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单</w:t>
      </w:r>
      <w:r>
        <w:rPr>
          <w:spacing w:val="4"/>
          <w:rFonts w:ascii="QhZznecx+FZFSK" w:hAnsi="QhZznecx+FZFSK" w:eastAsia="QhZznecx+FZFSK"/>
          <w:color w:val="000000"/>
          <w:sz w:val="32"/>
        </w:rPr>
        <w:t>个</w:t>
      </w:r>
      <w:r>
        <w:rPr>
          <w:rFonts w:ascii="QhZznecx+FZFSK" w:hAnsi="QhZznecx+FZFSK" w:eastAsia="QhZznecx+FZFSK"/>
          <w:color w:val="000000"/>
          <w:sz w:val="32"/>
        </w:rPr>
        <w:t>项目本项</w:t>
      </w:r>
      <w:r>
        <w:rPr>
          <w:spacing w:val="2"/>
          <w:rFonts w:ascii="QhZznecx+FZFSK" w:hAnsi="QhZznecx+FZFSK" w:eastAsia="QhZznecx+FZFSK"/>
          <w:color w:val="000000"/>
          <w:sz w:val="32"/>
        </w:rPr>
        <w:t>奖励</w:t>
      </w:r>
      <w:r>
        <w:rPr>
          <w:rFonts w:ascii="QhZznecx+FZFSK" w:hAnsi="QhZznecx+FZFSK" w:eastAsia="QhZznecx+FZFSK"/>
          <w:color w:val="000000"/>
          <w:sz w:val="32"/>
        </w:rPr>
        <w:t>最</w:t>
      </w:r>
      <w:r>
        <w:rPr>
          <w:spacing w:val="82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100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4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任单</w:t>
      </w:r>
      <w:r>
        <w:rPr>
          <w:spacing w:val="4"/>
          <w:rFonts w:ascii="oWgGuaTQ+FZKTK" w:hAnsi="oWgGuaTQ+FZKTK" w:eastAsia="oWgGuaTQ+FZKTK"/>
          <w:color w:val="000000"/>
          <w:sz w:val="32"/>
        </w:rPr>
        <w:t>位</w:t>
      </w:r>
      <w:r>
        <w:rPr>
          <w:rFonts w:ascii="oWgGuaTQ+FZKTK" w:hAnsi="oWgGuaTQ+FZKTK" w:eastAsia="oWgGuaTQ+FZKTK"/>
          <w:color w:val="000000"/>
          <w:sz w:val="32"/>
        </w:rPr>
        <w:t>：市</w:t>
      </w:r>
      <w:r>
        <w:rPr>
          <w:spacing w:val="4"/>
          <w:rFonts w:ascii="oWgGuaTQ+FZKTK" w:hAnsi="oWgGuaTQ+FZKTK" w:eastAsia="oWgGuaTQ+FZKTK"/>
          <w:color w:val="000000"/>
          <w:sz w:val="32"/>
        </w:rPr>
        <w:t>经</w:t>
      </w:r>
      <w:r>
        <w:rPr>
          <w:rFonts w:ascii="oWgGuaTQ+FZKTK" w:hAnsi="oWgGuaTQ+FZKTK" w:eastAsia="oWgGuaTQ+FZKTK"/>
          <w:color w:val="000000"/>
          <w:sz w:val="32"/>
        </w:rPr>
        <w:t>信局）</w:t>
      </w:r>
      <w:r>
        <w:br/>
      </w:r>
      <w:r>
        <w:tab/>
      </w:r>
      <w:r>
        <w:rPr>
          <w:spacing w:val="2"/>
          <w:rFonts w:ascii="QhZznecx+FZFSK" w:hAnsi="QhZznecx+FZFSK" w:eastAsia="QhZznecx+FZFSK"/>
          <w:color w:val="000000"/>
          <w:sz w:val="32"/>
        </w:rPr>
        <w:t>4</w:t>
      </w:r>
      <w:r>
        <w:rPr>
          <w:spacing w:val="4"/>
          <w:rFonts w:ascii="QhZznecx+FZFSK" w:hAnsi="QhZznecx+FZFSK" w:eastAsia="QhZznecx+FZFSK"/>
          <w:color w:val="000000"/>
          <w:sz w:val="32"/>
        </w:rPr>
        <w:t>.支</w:t>
      </w:r>
      <w:r>
        <w:rPr>
          <w:spacing w:val="2"/>
          <w:rFonts w:ascii="QhZznecx+FZFSK" w:hAnsi="QhZznecx+FZFSK" w:eastAsia="QhZznecx+FZFSK"/>
          <w:color w:val="000000"/>
          <w:sz w:val="32"/>
        </w:rPr>
        <w:t>持</w:t>
      </w:r>
      <w:r>
        <w:rPr>
          <w:spacing w:val="6"/>
          <w:rFonts w:ascii="QhZznecx+FZFSK" w:hAnsi="QhZznecx+FZFSK" w:eastAsia="QhZznecx+FZFSK"/>
          <w:color w:val="000000"/>
          <w:sz w:val="32"/>
        </w:rPr>
        <w:t>企业智</w:t>
      </w:r>
      <w:r>
        <w:rPr>
          <w:spacing w:val="4"/>
          <w:rFonts w:ascii="QhZznecx+FZFSK" w:hAnsi="QhZznecx+FZFSK" w:eastAsia="QhZznecx+FZFSK"/>
          <w:color w:val="000000"/>
          <w:sz w:val="32"/>
        </w:rPr>
        <w:t>能</w:t>
      </w:r>
      <w:r>
        <w:rPr>
          <w:spacing w:val="6"/>
          <w:rFonts w:ascii="QhZznecx+FZFSK" w:hAnsi="QhZznecx+FZFSK" w:eastAsia="QhZznecx+FZFSK"/>
          <w:color w:val="000000"/>
          <w:sz w:val="32"/>
        </w:rPr>
        <w:t>制造</w:t>
      </w:r>
      <w:r>
        <w:rPr>
          <w:spacing w:val="2"/>
          <w:rFonts w:ascii="QhZznecx+FZFSK" w:hAnsi="QhZznecx+FZFSK" w:eastAsia="QhZznecx+FZFSK"/>
          <w:color w:val="000000"/>
          <w:sz w:val="32"/>
        </w:rPr>
        <w:t>。经立</w:t>
      </w:r>
      <w:r>
        <w:rPr>
          <w:spacing w:val="6"/>
          <w:rFonts w:ascii="QhZznecx+FZFSK" w:hAnsi="QhZznecx+FZFSK" w:eastAsia="QhZznecx+FZFSK"/>
          <w:color w:val="000000"/>
          <w:sz w:val="32"/>
        </w:rPr>
        <w:t>项</w:t>
      </w:r>
      <w:r>
        <w:rPr>
          <w:spacing w:val="4"/>
          <w:rFonts w:ascii="QhZznecx+FZFSK" w:hAnsi="QhZznecx+FZFSK" w:eastAsia="QhZznecx+FZFSK"/>
          <w:color w:val="000000"/>
          <w:sz w:val="32"/>
        </w:rPr>
        <w:t>新增</w:t>
      </w:r>
      <w:r>
        <w:rPr>
          <w:spacing w:val="2"/>
          <w:rFonts w:ascii="QhZznecx+FZFSK" w:hAnsi="QhZznecx+FZFSK" w:eastAsia="QhZznecx+FZFSK"/>
          <w:color w:val="000000"/>
          <w:sz w:val="32"/>
        </w:rPr>
        <w:t>投</w:t>
      </w:r>
      <w:r>
        <w:rPr>
          <w:spacing w:val="84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6"/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智能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2"/>
          <w:rFonts w:ascii="QhZznecx+FZFSK" w:hAnsi="QhZznecx+FZFSK" w:eastAsia="QhZznecx+FZFSK"/>
          <w:color w:val="000000"/>
          <w:sz w:val="32"/>
        </w:rPr>
        <w:t>造、</w:t>
      </w:r>
      <w:r>
        <w:rPr>
          <w:rFonts w:ascii="QhZznecx+FZFSK" w:hAnsi="QhZznecx+FZFSK" w:eastAsia="QhZznecx+FZFSK"/>
          <w:color w:val="000000"/>
          <w:sz w:val="32"/>
        </w:rPr>
        <w:t>智</w:t>
      </w:r>
      <w:r>
        <w:rPr>
          <w:spacing w:val="2"/>
          <w:rFonts w:ascii="QhZznecx+FZFSK" w:hAnsi="QhZznecx+FZFSK" w:eastAsia="QhZznecx+FZFSK"/>
          <w:color w:val="000000"/>
          <w:sz w:val="32"/>
        </w:rPr>
        <w:t>能仓</w:t>
      </w:r>
      <w:r>
        <w:rPr>
          <w:rFonts w:ascii="QhZznecx+FZFSK" w:hAnsi="QhZznecx+FZFSK" w:eastAsia="QhZznecx+FZFSK"/>
          <w:color w:val="000000"/>
          <w:sz w:val="32"/>
        </w:rPr>
        <w:t>储</w:t>
      </w:r>
      <w:r>
        <w:rPr>
          <w:spacing w:val="4"/>
          <w:rFonts w:ascii="QhZznecx+FZFSK" w:hAnsi="QhZznecx+FZFSK" w:eastAsia="QhZznecx+FZFSK"/>
          <w:color w:val="000000"/>
          <w:sz w:val="32"/>
        </w:rPr>
        <w:t>项</w:t>
      </w:r>
      <w:r>
        <w:rPr>
          <w:rFonts w:ascii="QhZznecx+FZFSK" w:hAnsi="QhZznecx+FZFSK" w:eastAsia="QhZznecx+FZFSK"/>
          <w:color w:val="000000"/>
          <w:sz w:val="32"/>
        </w:rPr>
        <w:t>目，</w:t>
      </w:r>
      <w:r>
        <w:rPr>
          <w:spacing w:val="4"/>
          <w:rFonts w:ascii="QhZznecx+FZFSK" w:hAnsi="QhZznecx+FZFSK" w:eastAsia="QhZznecx+FZFSK"/>
          <w:color w:val="000000"/>
          <w:sz w:val="32"/>
        </w:rPr>
        <w:t>按</w:t>
      </w:r>
      <w:r>
        <w:rPr>
          <w:rFonts w:ascii="QhZznecx+FZFSK" w:hAnsi="QhZznecx+FZFSK" w:eastAsia="QhZznecx+FZFSK"/>
          <w:color w:val="000000"/>
          <w:sz w:val="32"/>
        </w:rPr>
        <w:t>设备</w:t>
      </w:r>
      <w:r>
        <w:rPr>
          <w:spacing w:val="4"/>
          <w:rFonts w:ascii="QhZznecx+FZFSK" w:hAnsi="QhZznecx+FZFSK" w:eastAsia="QhZznecx+FZFSK"/>
          <w:color w:val="000000"/>
          <w:sz w:val="32"/>
        </w:rPr>
        <w:t>投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80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、</w:t>
      </w:r>
      <w:r>
        <w:rPr>
          <w:spacing w:val="2"/>
          <w:rFonts w:ascii="QhZznecx+FZFSK" w:hAnsi="QhZznecx+FZFSK" w:eastAsia="QhZznecx+FZFSK"/>
          <w:color w:val="000000"/>
          <w:sz w:val="32"/>
        </w:rPr>
        <w:t>软件</w:t>
      </w:r>
      <w:r>
        <w:rPr>
          <w:rFonts w:ascii="QhZznecx+FZFSK" w:hAnsi="QhZznecx+FZFSK" w:eastAsia="QhZznecx+FZFSK"/>
          <w:color w:val="000000"/>
          <w:sz w:val="32"/>
        </w:rPr>
        <w:t>投</w:t>
      </w:r>
      <w:r>
        <w:rPr>
          <w:spacing w:val="2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%给</w:t>
      </w:r>
      <w:r>
        <w:rPr>
          <w:spacing w:val="4"/>
          <w:rFonts w:ascii="QhZznecx+FZFSK" w:hAnsi="QhZznecx+FZFSK" w:eastAsia="QhZznecx+FZFSK"/>
          <w:color w:val="000000"/>
          <w:sz w:val="32"/>
        </w:rPr>
        <w:t>予</w:t>
      </w:r>
      <w:r>
        <w:rPr>
          <w:spacing w:val="6"/>
          <w:rFonts w:ascii="QhZznecx+FZFSK" w:hAnsi="QhZznecx+FZFSK" w:eastAsia="QhZznecx+FZFSK"/>
          <w:color w:val="000000"/>
          <w:sz w:val="32"/>
        </w:rPr>
        <w:t>补</w:t>
      </w:r>
      <w:r>
        <w:rPr>
          <w:spacing w:val="8"/>
          <w:rFonts w:ascii="QhZznecx+FZFSK" w:hAnsi="QhZznecx+FZFSK" w:eastAsia="QhZznecx+FZFSK"/>
          <w:color w:val="000000"/>
          <w:sz w:val="32"/>
        </w:rPr>
        <w:t>助，</w:t>
      </w:r>
      <w:r>
        <w:rPr>
          <w:spacing w:val="6"/>
          <w:rFonts w:ascii="QhZznecx+FZFSK" w:hAnsi="QhZznecx+FZFSK" w:eastAsia="QhZznecx+FZFSK"/>
          <w:color w:val="000000"/>
          <w:sz w:val="32"/>
        </w:rPr>
        <w:t>其</w:t>
      </w:r>
      <w:r>
        <w:rPr>
          <w:spacing w:val="8"/>
          <w:rFonts w:ascii="QhZznecx+FZFSK" w:hAnsi="QhZznecx+FZFSK" w:eastAsia="QhZznecx+FZFSK"/>
          <w:color w:val="000000"/>
          <w:sz w:val="32"/>
        </w:rPr>
        <w:t>中工</w:t>
      </w:r>
      <w:r>
        <w:rPr>
          <w:spacing w:val="6"/>
          <w:rFonts w:ascii="QhZznecx+FZFSK" w:hAnsi="QhZznecx+FZFSK" w:eastAsia="QhZznecx+FZFSK"/>
          <w:color w:val="000000"/>
          <w:sz w:val="32"/>
        </w:rPr>
        <w:t>信</w:t>
      </w:r>
      <w:r>
        <w:rPr>
          <w:spacing w:val="4"/>
          <w:rFonts w:ascii="QhZznecx+FZFSK" w:hAnsi="QhZznecx+FZFSK" w:eastAsia="QhZznecx+FZFSK"/>
          <w:color w:val="000000"/>
          <w:sz w:val="32"/>
        </w:rPr>
        <w:t>部</w:t>
      </w:r>
      <w:r>
        <w:rPr>
          <w:spacing w:val="8"/>
          <w:rFonts w:ascii="QhZznecx+FZFSK" w:hAnsi="QhZznecx+FZFSK" w:eastAsia="QhZznecx+FZFSK"/>
          <w:color w:val="000000"/>
          <w:sz w:val="32"/>
        </w:rPr>
        <w:t>专精特新</w:t>
      </w:r>
      <w:r>
        <w:rPr>
          <w:spacing w:val="6"/>
          <w:rFonts w:ascii="QhZznecx+FZFSK" w:hAnsi="QhZznecx+FZFSK" w:eastAsia="QhZznecx+FZFSK"/>
          <w:color w:val="000000"/>
          <w:sz w:val="32"/>
        </w:rPr>
        <w:t>“</w:t>
      </w:r>
      <w:r>
        <w:rPr>
          <w:spacing w:val="8"/>
          <w:rFonts w:ascii="QhZznecx+FZFSK" w:hAnsi="QhZznecx+FZFSK" w:eastAsia="QhZznecx+FZFSK"/>
          <w:color w:val="000000"/>
          <w:sz w:val="32"/>
        </w:rPr>
        <w:t>小</w:t>
      </w:r>
      <w:r>
        <w:rPr>
          <w:spacing w:val="6"/>
          <w:rFonts w:ascii="QhZznecx+FZFSK" w:hAnsi="QhZznecx+FZFSK" w:eastAsia="QhZznecx+FZFSK"/>
          <w:color w:val="000000"/>
          <w:sz w:val="32"/>
        </w:rPr>
        <w:t>巨</w:t>
      </w:r>
      <w:r>
        <w:rPr>
          <w:spacing w:val="8"/>
          <w:rFonts w:ascii="QhZznecx+FZFSK" w:hAnsi="QhZznecx+FZFSK" w:eastAsia="QhZznecx+FZFSK"/>
          <w:color w:val="000000"/>
          <w:sz w:val="32"/>
        </w:rPr>
        <w:t>人”</w:t>
      </w:r>
      <w:r>
        <w:rPr>
          <w:spacing w:val="6"/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6"/>
          <w:rFonts w:ascii="QhZznecx+FZFSK" w:hAnsi="QhZznecx+FZFSK" w:eastAsia="QhZznecx+FZFSK"/>
          <w:color w:val="000000"/>
          <w:sz w:val="32"/>
        </w:rPr>
        <w:t>、</w:t>
      </w:r>
      <w:r>
        <w:rPr>
          <w:spacing w:val="8"/>
          <w:rFonts w:ascii="QhZznecx+FZFSK" w:hAnsi="QhZznecx+FZFSK" w:eastAsia="QhZznecx+FZFSK"/>
          <w:color w:val="000000"/>
          <w:sz w:val="32"/>
        </w:rPr>
        <w:t>工</w:t>
      </w:r>
      <w:r>
        <w:rPr>
          <w:rFonts w:ascii="QhZznecx+FZFSK" w:hAnsi="QhZznecx+FZFSK" w:eastAsia="QhZznecx+FZFSK"/>
          <w:color w:val="000000"/>
          <w:sz w:val="32"/>
        </w:rPr>
        <w:t>信</w:t>
      </w:r>
      <w:r>
        <w:rPr>
          <w:spacing w:val="2"/>
          <w:rFonts w:ascii="QhZznecx+FZFSK" w:hAnsi="QhZznecx+FZFSK" w:eastAsia="QhZznecx+FZFSK"/>
          <w:color w:val="000000"/>
          <w:sz w:val="32"/>
        </w:rPr>
        <w:t>部单</w:t>
      </w:r>
      <w:r>
        <w:rPr>
          <w:rFonts w:ascii="QhZznecx+FZFSK" w:hAnsi="QhZznecx+FZFSK" w:eastAsia="QhZznecx+FZFSK"/>
          <w:color w:val="000000"/>
          <w:sz w:val="32"/>
        </w:rPr>
        <w:t>项</w:t>
      </w:r>
      <w:r>
        <w:rPr>
          <w:spacing w:val="2"/>
          <w:rFonts w:ascii="QhZznecx+FZFSK" w:hAnsi="QhZznecx+FZFSK" w:eastAsia="QhZznecx+FZFSK"/>
          <w:color w:val="000000"/>
          <w:sz w:val="32"/>
        </w:rPr>
        <w:t>冠军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省</w:t>
      </w:r>
      <w:r>
        <w:rPr>
          <w:spacing w:val="2"/>
          <w:rFonts w:ascii="QhZznecx+FZFSK" w:hAnsi="QhZznecx+FZFSK" w:eastAsia="QhZznecx+FZFSK"/>
          <w:color w:val="000000"/>
          <w:sz w:val="32"/>
        </w:rPr>
        <w:t>隐</w:t>
      </w:r>
      <w:r>
        <w:rPr>
          <w:rFonts w:ascii="QhZznecx+FZFSK" w:hAnsi="QhZznecx+FZFSK" w:eastAsia="QhZznecx+FZFSK"/>
          <w:color w:val="000000"/>
          <w:sz w:val="32"/>
        </w:rPr>
        <w:t>形冠</w:t>
      </w:r>
      <w:r>
        <w:rPr>
          <w:spacing w:val="2"/>
          <w:rFonts w:ascii="QhZznecx+FZFSK" w:hAnsi="QhZznecx+FZFSK" w:eastAsia="QhZznecx+FZFSK"/>
          <w:color w:val="000000"/>
          <w:sz w:val="32"/>
        </w:rPr>
        <w:t>军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-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省</w:t>
      </w:r>
      <w:r>
        <w:rPr>
          <w:spacing w:val="4"/>
          <w:rFonts w:ascii="QhZznecx+FZFSK" w:hAnsi="QhZznecx+FZFSK" w:eastAsia="QhZznecx+FZFSK"/>
          <w:color w:val="000000"/>
          <w:sz w:val="32"/>
        </w:rPr>
        <w:t>单</w:t>
      </w:r>
      <w:r>
        <w:rPr>
          <w:rFonts w:ascii="QhZznecx+FZFSK" w:hAnsi="QhZznecx+FZFSK" w:eastAsia="QhZznecx+FZFSK"/>
          <w:color w:val="000000"/>
          <w:sz w:val="32"/>
        </w:rPr>
        <w:t>项冠</w:t>
      </w:r>
      <w:r>
        <w:rPr>
          <w:spacing w:val="4"/>
          <w:rFonts w:ascii="QhZznecx+FZFSK" w:hAnsi="QhZznecx+FZFSK" w:eastAsia="QhZznecx+FZFSK"/>
          <w:color w:val="000000"/>
          <w:sz w:val="32"/>
        </w:rPr>
        <w:t>军</w:t>
      </w:r>
      <w:r>
        <w:rPr>
          <w:rFonts w:ascii="QhZznecx+FZFSK" w:hAnsi="QhZznecx+FZFSK" w:eastAsia="QhZznecx+FZFSK"/>
          <w:color w:val="000000"/>
          <w:sz w:val="32"/>
        </w:rPr>
        <w:t>培育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业设</w:t>
      </w:r>
      <w:r>
        <w:rPr>
          <w:spacing w:val="2"/>
          <w:rFonts w:ascii="QhZznecx+FZFSK" w:hAnsi="QhZznecx+FZFSK" w:eastAsia="QhZznecx+FZFSK"/>
          <w:color w:val="000000"/>
          <w:sz w:val="32"/>
        </w:rPr>
        <w:t>备投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补助</w:t>
      </w:r>
      <w:r>
        <w:rPr>
          <w:rFonts w:ascii="QhZznecx+FZFSK" w:hAnsi="QhZznecx+FZFSK" w:eastAsia="QhZznecx+FZFSK"/>
          <w:color w:val="000000"/>
          <w:sz w:val="32"/>
        </w:rPr>
        <w:t>提</w:t>
      </w:r>
      <w:r>
        <w:rPr>
          <w:spacing w:val="4"/>
          <w:rFonts w:ascii="QhZznecx+FZFSK" w:hAnsi="QhZznecx+FZFSK" w:eastAsia="QhZznecx+FZFSK"/>
          <w:color w:val="000000"/>
          <w:sz w:val="32"/>
        </w:rPr>
        <w:t>高</w:t>
      </w:r>
      <w:r>
        <w:rPr>
          <w:spacing w:val="80"/>
          <w:rFonts w:ascii="QhZznecx+FZFSK" w:hAnsi="QhZznecx+FZFSK" w:eastAsia="QhZznecx+FZFSK"/>
          <w:color w:val="000000"/>
          <w:sz w:val="32"/>
        </w:rPr>
        <w:t>到</w:t>
      </w:r>
      <w:r>
        <w:rPr>
          <w:rFonts w:ascii="QhZznecx+FZFSK" w:hAnsi="QhZznecx+FZFSK" w:eastAsia="QhZznecx+FZFSK"/>
          <w:color w:val="000000"/>
          <w:sz w:val="32"/>
        </w:rPr>
        <w:t>20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，</w:t>
      </w:r>
      <w:r>
        <w:rPr>
          <w:spacing w:val="4"/>
          <w:rFonts w:ascii="QhZznecx+FZFSK" w:hAnsi="QhZznecx+FZFSK" w:eastAsia="QhZznecx+FZFSK"/>
          <w:color w:val="000000"/>
          <w:sz w:val="32"/>
        </w:rPr>
        <w:t>单</w:t>
      </w:r>
      <w:r>
        <w:rPr>
          <w:rFonts w:ascii="QhZznecx+FZFSK" w:hAnsi="QhZznecx+FZFSK" w:eastAsia="QhZznecx+FZFSK"/>
          <w:color w:val="000000"/>
          <w:sz w:val="32"/>
        </w:rPr>
        <w:t>个项</w:t>
      </w:r>
      <w:r>
        <w:rPr>
          <w:spacing w:val="4"/>
          <w:rFonts w:ascii="QhZznecx+FZFSK" w:hAnsi="QhZznecx+FZFSK" w:eastAsia="QhZznecx+FZFSK"/>
          <w:color w:val="000000"/>
          <w:sz w:val="32"/>
        </w:rPr>
        <w:t>目</w:t>
      </w:r>
      <w:r>
        <w:rPr>
          <w:rFonts w:ascii="QhZznecx+FZFSK" w:hAnsi="QhZznecx+FZFSK" w:eastAsia="QhZznecx+FZFSK"/>
          <w:color w:val="000000"/>
          <w:sz w:val="32"/>
        </w:rPr>
        <w:t>本</w:t>
      </w:r>
      <w:r>
        <w:rPr>
          <w:spacing w:val="2"/>
          <w:rFonts w:ascii="QhZznecx+FZFSK" w:hAnsi="QhZznecx+FZFSK" w:eastAsia="QhZznecx+FZFSK"/>
          <w:color w:val="000000"/>
          <w:sz w:val="32"/>
        </w:rPr>
        <w:t>项</w:t>
      </w:r>
      <w:r>
        <w:rPr>
          <w:rFonts w:ascii="QhZznecx+FZFSK" w:hAnsi="QhZznecx+FZFSK" w:eastAsia="QhZznecx+FZFSK"/>
          <w:color w:val="000000"/>
          <w:sz w:val="32"/>
        </w:rPr>
        <w:t>补助最</w:t>
      </w:r>
      <w:r>
        <w:rPr>
          <w:spacing w:val="82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万元。</w:t>
      </w:r>
      <w:r>
        <w:rPr>
          <w:spacing w:val="2"/>
          <w:rFonts w:ascii="QhZznecx+FZFSK" w:hAnsi="QhZznecx+FZFSK" w:eastAsia="QhZznecx+FZFSK"/>
          <w:color w:val="000000"/>
          <w:sz w:val="32"/>
        </w:rPr>
        <w:t>按</w:t>
      </w:r>
      <w:r>
        <w:rPr>
          <w:rFonts w:ascii="QhZznecx+FZFSK" w:hAnsi="QhZznecx+FZFSK" w:eastAsia="QhZznecx+FZFSK"/>
          <w:color w:val="000000"/>
          <w:sz w:val="32"/>
        </w:rPr>
        <w:t>照“工</w:t>
      </w:r>
      <w:r>
        <w:rPr>
          <w:spacing w:val="2"/>
          <w:rFonts w:ascii="QhZznecx+FZFSK" w:hAnsi="QhZznecx+FZFSK" w:eastAsia="QhZznecx+FZFSK"/>
          <w:color w:val="000000"/>
          <w:sz w:val="32"/>
        </w:rPr>
        <w:t>程</w:t>
      </w:r>
      <w:r>
        <w:rPr>
          <w:rFonts w:ascii="QhZznecx+FZFSK" w:hAnsi="QhZznecx+FZFSK" w:eastAsia="QhZznecx+FZFSK"/>
          <w:color w:val="000000"/>
          <w:sz w:val="32"/>
        </w:rPr>
        <w:t>样本</w:t>
      </w:r>
      <w:r>
        <w:rPr>
          <w:spacing w:val="-2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示</w:t>
      </w:r>
      <w:r>
        <w:rPr>
          <w:spacing w:val="2"/>
          <w:rFonts w:ascii="QhZznecx+FZFSK" w:hAnsi="QhZznecx+FZFSK" w:eastAsia="QhZznecx+FZFSK"/>
          <w:color w:val="000000"/>
          <w:sz w:val="32"/>
        </w:rPr>
        <w:t>范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“合</w:t>
      </w:r>
      <w:r>
        <w:rPr>
          <w:spacing w:val="2"/>
          <w:rFonts w:ascii="QhZznecx+FZFSK" w:hAnsi="QhZznecx+FZFSK" w:eastAsia="QhZznecx+FZFSK"/>
          <w:color w:val="000000"/>
          <w:sz w:val="32"/>
        </w:rPr>
        <w:t>同</w:t>
      </w:r>
      <w:r>
        <w:rPr>
          <w:rFonts w:ascii="QhZznecx+FZFSK" w:hAnsi="QhZznecx+FZFSK" w:eastAsia="QhZznecx+FZFSK"/>
          <w:color w:val="000000"/>
          <w:sz w:val="32"/>
        </w:rPr>
        <w:t>样</w:t>
      </w:r>
      <w:r>
        <w:rPr>
          <w:spacing w:val="4"/>
          <w:rFonts w:ascii="QhZznecx+FZFSK" w:hAnsi="QhZznecx+FZFSK" w:eastAsia="QhZznecx+FZFSK"/>
          <w:color w:val="000000"/>
          <w:sz w:val="32"/>
        </w:rPr>
        <w:t>本</w:t>
      </w:r>
      <w:r>
        <w:rPr>
          <w:spacing w:val="-2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推</w:t>
      </w:r>
      <w:r>
        <w:rPr>
          <w:spacing w:val="4"/>
          <w:rFonts w:ascii="QhZznecx+FZFSK" w:hAnsi="QhZznecx+FZFSK" w:eastAsia="QhZznecx+FZFSK"/>
          <w:color w:val="000000"/>
          <w:sz w:val="32"/>
        </w:rPr>
        <w:t>广</w:t>
      </w:r>
      <w:r>
        <w:rPr>
          <w:rFonts w:ascii="QhZznecx+FZFSK" w:hAnsi="QhZznecx+FZFSK" w:eastAsia="QhZznecx+FZFSK"/>
          <w:color w:val="000000"/>
          <w:sz w:val="32"/>
        </w:rPr>
        <w:t>模式</w:t>
      </w:r>
      <w:r>
        <w:rPr>
          <w:spacing w:val="4"/>
          <w:rFonts w:ascii="QhZznecx+FZFSK" w:hAnsi="QhZznecx+FZFSK" w:eastAsia="QhZznecx+FZFSK"/>
          <w:color w:val="000000"/>
          <w:sz w:val="32"/>
        </w:rPr>
        <w:t>开</w:t>
      </w:r>
      <w:r>
        <w:rPr>
          <w:rFonts w:ascii="QhZznecx+FZFSK" w:hAnsi="QhZznecx+FZFSK" w:eastAsia="QhZznecx+FZFSK"/>
          <w:color w:val="000000"/>
          <w:sz w:val="32"/>
        </w:rPr>
        <w:t>展的</w:t>
      </w:r>
      <w:r>
        <w:rPr>
          <w:spacing w:val="4"/>
          <w:rFonts w:ascii="QhZznecx+FZFSK" w:hAnsi="QhZznecx+FZFSK" w:eastAsia="QhZznecx+FZFSK"/>
          <w:color w:val="000000"/>
          <w:sz w:val="32"/>
        </w:rPr>
        <w:t>轻</w:t>
      </w:r>
      <w:r>
        <w:rPr>
          <w:rFonts w:ascii="QhZznecx+FZFSK" w:hAnsi="QhZznecx+FZFSK" w:eastAsia="QhZznecx+FZFSK"/>
          <w:color w:val="000000"/>
          <w:sz w:val="32"/>
        </w:rPr>
        <w:t>量</w:t>
      </w:r>
      <w:r>
        <w:rPr>
          <w:spacing w:val="4"/>
          <w:rFonts w:ascii="QhZznecx+FZFSK" w:hAnsi="QhZznecx+FZFSK" w:eastAsia="QhZznecx+FZFSK"/>
          <w:color w:val="000000"/>
          <w:sz w:val="32"/>
        </w:rPr>
        <w:t>级</w:t>
      </w:r>
      <w:r>
        <w:rPr>
          <w:spacing w:val="6"/>
          <w:rFonts w:ascii="QhZznecx+FZFSK" w:hAnsi="QhZznecx+FZFSK" w:eastAsia="QhZznecx+FZFSK"/>
          <w:color w:val="000000"/>
          <w:sz w:val="32"/>
        </w:rPr>
        <w:t>数</w:t>
      </w:r>
      <w:r>
        <w:rPr>
          <w:spacing w:val="4"/>
          <w:rFonts w:ascii="QhZznecx+FZFSK" w:hAnsi="QhZznecx+FZFSK" w:eastAsia="QhZznecx+FZFSK"/>
          <w:color w:val="000000"/>
          <w:sz w:val="32"/>
        </w:rPr>
        <w:t>字</w:t>
      </w:r>
      <w:r>
        <w:rPr>
          <w:spacing w:val="2"/>
          <w:rFonts w:ascii="QhZznecx+FZFSK" w:hAnsi="QhZznecx+FZFSK" w:eastAsia="QhZznecx+FZFSK"/>
          <w:color w:val="000000"/>
          <w:sz w:val="32"/>
        </w:rPr>
        <w:t>化</w:t>
      </w:r>
      <w:r>
        <w:rPr>
          <w:spacing w:val="4"/>
          <w:rFonts w:ascii="QhZznecx+FZFSK" w:hAnsi="QhZznecx+FZFSK" w:eastAsia="QhZznecx+FZFSK"/>
          <w:color w:val="000000"/>
          <w:sz w:val="32"/>
        </w:rPr>
        <w:t>改</w:t>
      </w:r>
      <w:r>
        <w:rPr>
          <w:spacing w:val="2"/>
          <w:rFonts w:ascii="QhZznecx+FZFSK" w:hAnsi="QhZznecx+FZFSK" w:eastAsia="QhZznecx+FZFSK"/>
          <w:color w:val="000000"/>
          <w:sz w:val="32"/>
        </w:rPr>
        <w:t>造</w:t>
      </w:r>
      <w:r>
        <w:rPr>
          <w:spacing w:val="4"/>
          <w:rFonts w:ascii="QhZznecx+FZFSK" w:hAnsi="QhZznecx+FZFSK" w:eastAsia="QhZznecx+FZFSK"/>
          <w:color w:val="000000"/>
          <w:sz w:val="32"/>
        </w:rPr>
        <w:t>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目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spacing w:val="6"/>
          <w:rFonts w:ascii="QhZznecx+FZFSK" w:hAnsi="QhZznecx+FZFSK" w:eastAsia="QhZznecx+FZFSK"/>
          <w:color w:val="000000"/>
          <w:sz w:val="32"/>
        </w:rPr>
        <w:t>按</w:t>
      </w:r>
      <w:r>
        <w:rPr>
          <w:spacing w:val="4"/>
          <w:rFonts w:ascii="QhZznecx+FZFSK" w:hAnsi="QhZznecx+FZFSK" w:eastAsia="QhZznecx+FZFSK"/>
          <w:color w:val="000000"/>
          <w:sz w:val="32"/>
        </w:rPr>
        <w:t>照</w:t>
      </w:r>
      <w:r>
        <w:rPr>
          <w:spacing w:val="2"/>
          <w:rFonts w:ascii="QhZznecx+FZFSK" w:hAnsi="QhZznecx+FZFSK" w:eastAsia="QhZznecx+FZFSK"/>
          <w:color w:val="000000"/>
          <w:sz w:val="32"/>
        </w:rPr>
        <w:t>样</w:t>
      </w:r>
      <w:r>
        <w:rPr>
          <w:spacing w:val="4"/>
          <w:rFonts w:ascii="QhZznecx+FZFSK" w:hAnsi="QhZznecx+FZFSK" w:eastAsia="QhZznecx+FZFSK"/>
          <w:color w:val="000000"/>
          <w:sz w:val="32"/>
        </w:rPr>
        <w:t>本</w:t>
      </w:r>
      <w:r>
        <w:rPr>
          <w:spacing w:val="2"/>
          <w:rFonts w:ascii="QhZznecx+FZFSK" w:hAnsi="QhZznecx+FZFSK" w:eastAsia="QhZznecx+FZFSK"/>
          <w:color w:val="000000"/>
          <w:sz w:val="32"/>
        </w:rPr>
        <w:t>改造</w:t>
      </w:r>
      <w:r>
        <w:rPr>
          <w:spacing w:val="6"/>
          <w:rFonts w:ascii="QhZznecx+FZFSK" w:hAnsi="QhZznecx+FZFSK" w:eastAsia="QhZznecx+FZFSK"/>
          <w:color w:val="000000"/>
          <w:sz w:val="32"/>
        </w:rPr>
        <w:t>费</w:t>
      </w:r>
      <w:r>
        <w:rPr>
          <w:spacing w:val="4"/>
          <w:rFonts w:ascii="QhZznecx+FZFSK" w:hAnsi="QhZznecx+FZFSK" w:eastAsia="QhZznecx+FZFSK"/>
          <w:color w:val="000000"/>
          <w:sz w:val="32"/>
        </w:rPr>
        <w:t>用</w:t>
      </w:r>
      <w:r>
        <w:rPr>
          <w:spacing w:val="8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30</w:t>
      </w:r>
      <w:r>
        <w:rPr>
          <w:spacing w:val="4"/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给</w:t>
      </w:r>
      <w:r>
        <w:rPr>
          <w:spacing w:val="6"/>
          <w:rFonts w:ascii="QhZznecx+FZFSK" w:hAnsi="QhZznecx+FZFSK" w:eastAsia="QhZznecx+FZFSK"/>
          <w:color w:val="000000"/>
          <w:sz w:val="32"/>
        </w:rPr>
        <w:t>予</w:t>
      </w:r>
      <w:r>
        <w:rPr>
          <w:spacing w:val="4"/>
          <w:rFonts w:ascii="QhZznecx+FZFSK" w:hAnsi="QhZznecx+FZFSK" w:eastAsia="QhZznecx+FZFSK"/>
          <w:color w:val="000000"/>
          <w:sz w:val="32"/>
        </w:rPr>
        <w:t>补助</w:t>
      </w:r>
      <w:r>
        <w:rPr>
          <w:spacing w:val="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2"/>
          <w:rFonts w:ascii="QhZznecx+FZFSK" w:hAnsi="QhZznecx+FZFSK" w:eastAsia="QhZznecx+FZFSK"/>
          <w:color w:val="000000"/>
          <w:sz w:val="32"/>
        </w:rPr>
        <w:t>家企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最</w:t>
      </w:r>
      <w:r>
        <w:rPr>
          <w:spacing w:val="82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。对</w:t>
      </w:r>
      <w:r>
        <w:rPr>
          <w:spacing w:val="4"/>
          <w:rFonts w:ascii="QhZznecx+FZFSK" w:hAnsi="QhZznecx+FZFSK" w:eastAsia="QhZznecx+FZFSK"/>
          <w:color w:val="000000"/>
          <w:sz w:val="32"/>
        </w:rPr>
        <w:t>智</w:t>
      </w:r>
      <w:r>
        <w:rPr>
          <w:rFonts w:ascii="QhZznecx+FZFSK" w:hAnsi="QhZznecx+FZFSK" w:eastAsia="QhZznecx+FZFSK"/>
          <w:color w:val="000000"/>
          <w:sz w:val="32"/>
        </w:rPr>
        <w:t>能制</w:t>
      </w:r>
      <w:r>
        <w:rPr>
          <w:spacing w:val="4"/>
          <w:rFonts w:ascii="QhZznecx+FZFSK" w:hAnsi="QhZznecx+FZFSK" w:eastAsia="QhZznecx+FZFSK"/>
          <w:color w:val="000000"/>
          <w:sz w:val="32"/>
        </w:rPr>
        <w:t>造</w:t>
      </w:r>
      <w:r>
        <w:rPr>
          <w:rFonts w:ascii="QhZznecx+FZFSK" w:hAnsi="QhZznecx+FZFSK" w:eastAsia="QhZznecx+FZFSK"/>
          <w:color w:val="000000"/>
          <w:sz w:val="32"/>
        </w:rPr>
        <w:t>项目</w:t>
      </w:r>
      <w:r>
        <w:rPr>
          <w:spacing w:val="4"/>
          <w:rFonts w:ascii="QhZznecx+FZFSK" w:hAnsi="QhZznecx+FZFSK" w:eastAsia="QhZznecx+FZFSK"/>
          <w:color w:val="000000"/>
          <w:sz w:val="32"/>
        </w:rPr>
        <w:t>实</w:t>
      </w:r>
      <w:r>
        <w:rPr>
          <w:rFonts w:ascii="QhZznecx+FZFSK" w:hAnsi="QhZznecx+FZFSK" w:eastAsia="QhZznecx+FZFSK"/>
          <w:color w:val="000000"/>
          <w:sz w:val="32"/>
        </w:rPr>
        <w:t>施企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8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80"/>
          <w:rFonts w:ascii="QhZznecx+FZFSK" w:hAnsi="QhZznecx+FZFSK" w:eastAsia="QhZznecx+FZFSK"/>
          <w:color w:val="000000"/>
          <w:sz w:val="32"/>
        </w:rPr>
        <w:t>G</w:t>
      </w:r>
      <w:r>
        <w:rPr>
          <w:rFonts w:ascii="QhZznecx+FZFSK" w:hAnsi="QhZznecx+FZFSK" w:eastAsia="QhZznecx+FZFSK"/>
          <w:color w:val="000000"/>
          <w:sz w:val="32"/>
        </w:rPr>
        <w:t>应</w:t>
      </w:r>
      <w:r>
        <w:rPr>
          <w:spacing w:val="4"/>
          <w:rFonts w:ascii="QhZznecx+FZFSK" w:hAnsi="QhZznecx+FZFSK" w:eastAsia="QhZznecx+FZFSK"/>
          <w:color w:val="000000"/>
          <w:sz w:val="32"/>
        </w:rPr>
        <w:t>用</w:t>
      </w:r>
      <w:r>
        <w:rPr>
          <w:rFonts w:ascii="QhZznecx+FZFSK" w:hAnsi="QhZznecx+FZFSK" w:eastAsia="QhZznecx+FZFSK"/>
          <w:color w:val="000000"/>
          <w:sz w:val="32"/>
        </w:rPr>
        <w:t>、</w:t>
      </w:r>
      <w:r>
        <w:rPr>
          <w:spacing w:val="4"/>
          <w:rFonts w:ascii="QhZznecx+FZFSK" w:hAnsi="QhZznecx+FZFSK" w:eastAsia="QhZznecx+FZFSK"/>
          <w:color w:val="000000"/>
          <w:sz w:val="32"/>
        </w:rPr>
        <w:t>云</w:t>
      </w:r>
      <w:r>
        <w:rPr>
          <w:spacing w:val="6"/>
          <w:rFonts w:ascii="QhZznecx+FZFSK" w:hAnsi="QhZznecx+FZFSK" w:eastAsia="QhZznecx+FZFSK"/>
          <w:color w:val="000000"/>
          <w:sz w:val="32"/>
        </w:rPr>
        <w:t>服</w:t>
      </w:r>
      <w:r>
        <w:rPr>
          <w:spacing w:val="4"/>
          <w:rFonts w:ascii="QhZznecx+FZFSK" w:hAnsi="QhZznecx+FZFSK" w:eastAsia="QhZznecx+FZFSK"/>
          <w:color w:val="000000"/>
          <w:sz w:val="32"/>
        </w:rPr>
        <w:t>务</w:t>
      </w:r>
      <w:r>
        <w:rPr>
          <w:spacing w:val="2"/>
          <w:rFonts w:ascii="QhZznecx+FZFSK" w:hAnsi="QhZznecx+FZFSK" w:eastAsia="QhZznecx+FZFSK"/>
          <w:color w:val="000000"/>
          <w:sz w:val="32"/>
        </w:rPr>
        <w:t>项</w:t>
      </w:r>
      <w:r>
        <w:rPr>
          <w:spacing w:val="4"/>
          <w:rFonts w:ascii="QhZznecx+FZFSK" w:hAnsi="QhZznecx+FZFSK" w:eastAsia="QhZznecx+FZFSK"/>
          <w:color w:val="000000"/>
          <w:sz w:val="32"/>
        </w:rPr>
        <w:t>目</w:t>
      </w:r>
      <w:r>
        <w:rPr>
          <w:spacing w:val="2"/>
          <w:rFonts w:ascii="QhZznecx+FZFSK" w:hAnsi="QhZznecx+FZFSK" w:eastAsia="QhZznecx+FZFSK"/>
          <w:color w:val="000000"/>
          <w:sz w:val="32"/>
        </w:rPr>
        <w:t>，</w:t>
      </w:r>
      <w:r>
        <w:rPr>
          <w:spacing w:val="4"/>
          <w:rFonts w:ascii="QhZznecx+FZFSK" w:hAnsi="QhZznecx+FZFSK" w:eastAsia="QhZznecx+FZFSK"/>
          <w:color w:val="000000"/>
          <w:sz w:val="32"/>
        </w:rPr>
        <w:t>按</w:t>
      </w:r>
      <w:r>
        <w:rPr>
          <w:spacing w:val="2"/>
          <w:rFonts w:ascii="QhZznecx+FZFSK" w:hAnsi="QhZznecx+FZFSK" w:eastAsia="QhZznecx+FZFSK"/>
          <w:color w:val="000000"/>
          <w:sz w:val="32"/>
        </w:rPr>
        <w:t>实</w:t>
      </w:r>
      <w:r>
        <w:rPr>
          <w:spacing w:val="4"/>
          <w:rFonts w:ascii="QhZznecx+FZFSK" w:hAnsi="QhZznecx+FZFSK" w:eastAsia="QhZznecx+FZFSK"/>
          <w:color w:val="000000"/>
          <w:sz w:val="32"/>
        </w:rPr>
        <w:t>际</w:t>
      </w:r>
      <w:r>
        <w:rPr>
          <w:spacing w:val="6"/>
          <w:rFonts w:ascii="QhZznecx+FZFSK" w:hAnsi="QhZznecx+FZFSK" w:eastAsia="QhZznecx+FZFSK"/>
          <w:color w:val="000000"/>
          <w:sz w:val="32"/>
        </w:rPr>
        <w:t>发</w:t>
      </w:r>
      <w:r>
        <w:rPr>
          <w:spacing w:val="4"/>
          <w:rFonts w:ascii="QhZznecx+FZFSK" w:hAnsi="QhZznecx+FZFSK" w:eastAsia="QhZznecx+FZFSK"/>
          <w:color w:val="000000"/>
          <w:sz w:val="32"/>
        </w:rPr>
        <w:t>生</w:t>
      </w:r>
      <w:r>
        <w:rPr>
          <w:spacing w:val="2"/>
          <w:rFonts w:ascii="QhZznecx+FZFSK" w:hAnsi="QhZznecx+FZFSK" w:eastAsia="QhZznecx+FZFSK"/>
          <w:color w:val="000000"/>
          <w:sz w:val="32"/>
        </w:rPr>
        <w:t>费</w:t>
      </w:r>
      <w:r>
        <w:rPr>
          <w:spacing w:val="4"/>
          <w:rFonts w:ascii="QhZznecx+FZFSK" w:hAnsi="QhZznecx+FZFSK" w:eastAsia="QhZznecx+FZFSK"/>
          <w:color w:val="000000"/>
          <w:sz w:val="32"/>
        </w:rPr>
        <w:t>用</w:t>
      </w:r>
      <w:r>
        <w:rPr>
          <w:spacing w:val="8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30</w:t>
      </w:r>
      <w:r>
        <w:rPr>
          <w:spacing w:val="6"/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补</w:t>
      </w:r>
      <w:r>
        <w:rPr>
          <w:spacing w:val="4"/>
          <w:rFonts w:ascii="QhZznecx+FZFSK" w:hAnsi="QhZznecx+FZFSK" w:eastAsia="QhZznecx+FZFSK"/>
          <w:color w:val="000000"/>
          <w:sz w:val="32"/>
        </w:rPr>
        <w:t>助</w:t>
      </w:r>
      <w:r>
        <w:rPr>
          <w:spacing w:val="2"/>
          <w:rFonts w:ascii="QhZznecx+FZFSK" w:hAnsi="QhZznecx+FZFSK" w:eastAsia="QhZznecx+FZFSK"/>
          <w:color w:val="000000"/>
          <w:sz w:val="32"/>
        </w:rPr>
        <w:t>，每</w:t>
      </w:r>
      <w:r>
        <w:rPr>
          <w:spacing w:val="6"/>
          <w:rFonts w:ascii="QhZznecx+FZFSK" w:hAnsi="QhZznecx+FZFSK" w:eastAsia="QhZznecx+FZFSK"/>
          <w:color w:val="000000"/>
          <w:sz w:val="32"/>
        </w:rPr>
        <w:t>个</w:t>
      </w:r>
      <w:r>
        <w:rPr>
          <w:spacing w:val="4"/>
          <w:rFonts w:ascii="QhZznecx+FZFSK" w:hAnsi="QhZznecx+FZFSK" w:eastAsia="QhZznecx+FZFSK"/>
          <w:color w:val="000000"/>
          <w:sz w:val="32"/>
        </w:rPr>
        <w:t>项</w:t>
      </w:r>
      <w:r>
        <w:rPr>
          <w:spacing w:val="6"/>
          <w:rFonts w:ascii="QhZznecx+FZFSK" w:hAnsi="QhZznecx+FZFSK" w:eastAsia="QhZznecx+FZFSK"/>
          <w:color w:val="000000"/>
          <w:sz w:val="32"/>
        </w:rPr>
        <w:t>目</w:t>
      </w:r>
      <w:r>
        <w:rPr>
          <w:spacing w:val="4"/>
          <w:rFonts w:ascii="QhZznecx+FZFSK" w:hAnsi="QhZznecx+FZFSK" w:eastAsia="QhZznecx+FZFSK"/>
          <w:color w:val="000000"/>
          <w:sz w:val="32"/>
        </w:rPr>
        <w:t>补</w:t>
      </w:r>
      <w:r>
        <w:rPr>
          <w:spacing w:val="2"/>
          <w:rFonts w:ascii="QhZznecx+FZFSK" w:hAnsi="QhZznecx+FZFSK" w:eastAsia="QhZznecx+FZFSK"/>
          <w:color w:val="000000"/>
          <w:sz w:val="32"/>
        </w:rPr>
        <w:t>助</w:t>
      </w:r>
      <w:r>
        <w:rPr>
          <w:rFonts w:ascii="QhZznecx+FZFSK" w:hAnsi="QhZznecx+FZFSK" w:eastAsia="QhZznecx+FZFSK"/>
          <w:color w:val="000000"/>
          <w:sz w:val="32"/>
        </w:rPr>
        <w:t>期</w:t>
      </w:r>
      <w:r>
        <w:rPr>
          <w:spacing w:val="8"/>
          <w:rFonts w:ascii="QhZznecx+FZFSK" w:hAnsi="QhZznecx+FZFSK" w:eastAsia="QhZznecx+FZFSK"/>
          <w:color w:val="000000"/>
          <w:sz w:val="32"/>
        </w:rPr>
        <w:t>限</w:t>
      </w:r>
      <w:r>
        <w:rPr>
          <w:spacing w:val="6"/>
          <w:rFonts w:ascii="QhZznecx+FZFSK" w:hAnsi="QhZznecx+FZFSK" w:eastAsia="QhZznecx+FZFSK"/>
          <w:color w:val="000000"/>
          <w:sz w:val="32"/>
        </w:rPr>
        <w:t>最</w:t>
      </w:r>
      <w:r>
        <w:rPr>
          <w:spacing w:val="86"/>
          <w:rFonts w:ascii="QhZznecx+FZFSK" w:hAnsi="QhZznecx+FZFSK" w:eastAsia="QhZznecx+FZFSK"/>
          <w:color w:val="000000"/>
          <w:sz w:val="32"/>
        </w:rPr>
        <w:t>高3</w:t>
      </w:r>
      <w:r>
        <w:rPr>
          <w:spacing w:val="8"/>
          <w:rFonts w:ascii="QhZznecx+FZFSK" w:hAnsi="QhZznecx+FZFSK" w:eastAsia="QhZznecx+FZFSK"/>
          <w:color w:val="000000"/>
          <w:sz w:val="32"/>
        </w:rPr>
        <w:t>年，</w:t>
      </w:r>
      <w:r>
        <w:rPr>
          <w:spacing w:val="6"/>
          <w:rFonts w:ascii="QhZznecx+FZFSK" w:hAnsi="QhZznecx+FZFSK" w:eastAsia="QhZznecx+FZFSK"/>
          <w:color w:val="000000"/>
          <w:sz w:val="32"/>
        </w:rPr>
        <w:t>每</w:t>
      </w:r>
      <w:r>
        <w:rPr>
          <w:spacing w:val="8"/>
          <w:rFonts w:ascii="QhZznecx+FZFSK" w:hAnsi="QhZznecx+FZFSK" w:eastAsia="QhZznecx+FZFSK"/>
          <w:color w:val="000000"/>
          <w:sz w:val="32"/>
        </w:rPr>
        <w:t>家企业</w:t>
      </w:r>
      <w:r>
        <w:rPr>
          <w:spacing w:val="6"/>
          <w:rFonts w:ascii="QhZznecx+FZFSK" w:hAnsi="QhZznecx+FZFSK" w:eastAsia="QhZznecx+FZFSK"/>
          <w:color w:val="000000"/>
          <w:sz w:val="32"/>
        </w:rPr>
        <w:t>每</w:t>
      </w:r>
      <w:r>
        <w:rPr>
          <w:spacing w:val="8"/>
          <w:rFonts w:ascii="QhZznecx+FZFSK" w:hAnsi="QhZznecx+FZFSK" w:eastAsia="QhZznecx+FZFSK"/>
          <w:color w:val="000000"/>
          <w:sz w:val="32"/>
        </w:rPr>
        <w:t>年</w:t>
      </w:r>
      <w:r>
        <w:rPr>
          <w:spacing w:val="6"/>
          <w:rFonts w:ascii="QhZznecx+FZFSK" w:hAnsi="QhZznecx+FZFSK" w:eastAsia="QhZznecx+FZFSK"/>
          <w:color w:val="000000"/>
          <w:sz w:val="32"/>
        </w:rPr>
        <w:t>最</w:t>
      </w:r>
      <w:r>
        <w:rPr>
          <w:spacing w:val="88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6"/>
          <w:rFonts w:ascii="QhZznecx+FZFSK" w:hAnsi="QhZznecx+FZFSK" w:eastAsia="QhZznecx+FZFSK"/>
          <w:color w:val="000000"/>
          <w:sz w:val="32"/>
        </w:rPr>
        <w:t>。</w:t>
      </w:r>
      <w:r>
        <w:rPr>
          <w:spacing w:val="8"/>
          <w:rFonts w:ascii="QhZznecx+FZFSK" w:hAnsi="QhZznecx+FZFSK" w:eastAsia="QhZznecx+FZFSK"/>
          <w:color w:val="000000"/>
          <w:sz w:val="32"/>
        </w:rPr>
        <w:t>对给予</w:t>
      </w:r>
      <w:r>
        <w:rPr>
          <w:spacing w:val="6"/>
          <w:rFonts w:ascii="QhZznecx+FZFSK" w:hAnsi="QhZznecx+FZFSK" w:eastAsia="QhZznecx+FZFSK"/>
          <w:color w:val="000000"/>
          <w:sz w:val="32"/>
        </w:rPr>
        <w:t>企</w:t>
      </w:r>
      <w:r>
        <w:rPr>
          <w:spacing w:val="8"/>
          <w:rFonts w:ascii="QhZznecx+FZFSK" w:hAnsi="QhZznecx+FZFSK" w:eastAsia="QhZznecx+FZFSK"/>
          <w:color w:val="000000"/>
          <w:sz w:val="32"/>
        </w:rPr>
        <w:t>业</w:t>
      </w:r>
      <w:r>
        <w:rPr>
          <w:spacing w:val="6"/>
          <w:rFonts w:ascii="QhZznecx+FZFSK" w:hAnsi="QhZznecx+FZFSK" w:eastAsia="QhZznecx+FZFSK"/>
          <w:color w:val="000000"/>
          <w:sz w:val="32"/>
        </w:rPr>
        <w:t>按</w:t>
      </w:r>
      <w:r>
        <w:rPr>
          <w:rFonts w:ascii="QhZznecx+FZFSK" w:hAnsi="QhZznecx+FZFSK" w:eastAsia="QhZznecx+FZFSK"/>
          <w:color w:val="000000"/>
          <w:sz w:val="32"/>
        </w:rPr>
        <w:t>照</w:t>
      </w:r>
      <w:r>
        <w:rPr>
          <w:rFonts w:ascii="QhZznecx+FZFSK" w:hAnsi="QhZznecx+FZFSK" w:eastAsia="QhZznecx+FZFSK"/>
          <w:color w:val="000000"/>
          <w:sz w:val="32"/>
        </w:rPr>
        <w:t>L</w:t>
      </w:r>
      <w:r>
        <w:rPr>
          <w:spacing w:val="2"/>
          <w:rFonts w:ascii="QhZznecx+FZFSK" w:hAnsi="QhZznecx+FZFSK" w:eastAsia="QhZznecx+FZFSK"/>
          <w:color w:val="000000"/>
          <w:sz w:val="32"/>
        </w:rPr>
        <w:t>P</w:t>
      </w:r>
      <w:r>
        <w:rPr>
          <w:spacing w:val="84"/>
          <w:rFonts w:ascii="QhZznecx+FZFSK" w:hAnsi="QhZznecx+FZFSK" w:eastAsia="QhZznecx+FZFSK"/>
          <w:color w:val="000000"/>
          <w:sz w:val="32"/>
        </w:rPr>
        <w:t>R</w:t>
      </w:r>
      <w:r>
        <w:rPr>
          <w:spacing w:val="4"/>
          <w:rFonts w:ascii="QhZznecx+FZFSK" w:hAnsi="QhZznecx+FZFSK" w:eastAsia="QhZznecx+FZFSK"/>
          <w:color w:val="000000"/>
          <w:sz w:val="32"/>
        </w:rPr>
        <w:t>利</w:t>
      </w:r>
      <w:r>
        <w:rPr>
          <w:spacing w:val="2"/>
          <w:rFonts w:ascii="QhZznecx+FZFSK" w:hAnsi="QhZznecx+FZFSK" w:eastAsia="QhZznecx+FZFSK"/>
          <w:color w:val="000000"/>
          <w:sz w:val="32"/>
        </w:rPr>
        <w:t>率</w:t>
      </w:r>
      <w:r>
        <w:rPr>
          <w:spacing w:val="6"/>
          <w:rFonts w:ascii="QhZznecx+FZFSK" w:hAnsi="QhZznecx+FZFSK" w:eastAsia="QhZznecx+FZFSK"/>
          <w:color w:val="000000"/>
          <w:sz w:val="32"/>
        </w:rPr>
        <w:t>享受智</w:t>
      </w:r>
      <w:r>
        <w:rPr>
          <w:spacing w:val="4"/>
          <w:rFonts w:ascii="QhZznecx+FZFSK" w:hAnsi="QhZznecx+FZFSK" w:eastAsia="QhZznecx+FZFSK"/>
          <w:color w:val="000000"/>
          <w:sz w:val="32"/>
        </w:rPr>
        <w:t>能</w:t>
      </w:r>
      <w:r>
        <w:rPr>
          <w:spacing w:val="6"/>
          <w:rFonts w:ascii="QhZznecx+FZFSK" w:hAnsi="QhZznecx+FZFSK" w:eastAsia="QhZznecx+FZFSK"/>
          <w:color w:val="000000"/>
          <w:sz w:val="32"/>
        </w:rPr>
        <w:t>制造</w:t>
      </w:r>
      <w:r>
        <w:rPr>
          <w:spacing w:val="2"/>
          <w:rFonts w:ascii="QhZznecx+FZFSK" w:hAnsi="QhZznecx+FZFSK" w:eastAsia="QhZznecx+FZFSK"/>
          <w:color w:val="000000"/>
          <w:sz w:val="32"/>
        </w:rPr>
        <w:t>项</w:t>
      </w:r>
      <w:r>
        <w:rPr>
          <w:spacing w:val="4"/>
          <w:rFonts w:ascii="QhZznecx+FZFSK" w:hAnsi="QhZznecx+FZFSK" w:eastAsia="QhZznecx+FZFSK"/>
          <w:color w:val="000000"/>
          <w:sz w:val="32"/>
        </w:rPr>
        <w:t>目设</w:t>
      </w:r>
      <w:r>
        <w:rPr>
          <w:spacing w:val="2"/>
          <w:rFonts w:ascii="QhZznecx+FZFSK" w:hAnsi="QhZznecx+FZFSK" w:eastAsia="QhZznecx+FZFSK"/>
          <w:color w:val="000000"/>
          <w:sz w:val="32"/>
        </w:rPr>
        <w:t>备</w:t>
      </w:r>
      <w:r>
        <w:rPr>
          <w:spacing w:val="4"/>
          <w:rFonts w:ascii="QhZznecx+FZFSK" w:hAnsi="QhZznecx+FZFSK" w:eastAsia="QhZznecx+FZFSK"/>
          <w:color w:val="000000"/>
          <w:sz w:val="32"/>
        </w:rPr>
        <w:t>抵押贷</w:t>
      </w:r>
      <w:r>
        <w:rPr>
          <w:spacing w:val="2"/>
          <w:rFonts w:ascii="QhZznecx+FZFSK" w:hAnsi="QhZznecx+FZFSK" w:eastAsia="QhZznecx+FZFSK"/>
          <w:color w:val="000000"/>
          <w:sz w:val="32"/>
        </w:rPr>
        <w:t>款</w:t>
      </w:r>
      <w:r>
        <w:rPr>
          <w:spacing w:val="6"/>
          <w:rFonts w:ascii="QhZznecx+FZFSK" w:hAnsi="QhZznecx+FZFSK" w:eastAsia="QhZznecx+FZFSK"/>
          <w:color w:val="000000"/>
          <w:sz w:val="32"/>
        </w:rPr>
        <w:t>的金</w:t>
      </w:r>
      <w:r>
        <w:rPr>
          <w:spacing w:val="4"/>
          <w:rFonts w:ascii="QhZznecx+FZFSK" w:hAnsi="QhZznecx+FZFSK" w:eastAsia="QhZznecx+FZFSK"/>
          <w:color w:val="000000"/>
          <w:sz w:val="32"/>
        </w:rPr>
        <w:t>融</w:t>
      </w:r>
      <w:r>
        <w:rPr>
          <w:spacing w:val="6"/>
          <w:rFonts w:ascii="QhZznecx+FZFSK" w:hAnsi="QhZznecx+FZFSK" w:eastAsia="QhZznecx+FZFSK"/>
          <w:color w:val="000000"/>
          <w:sz w:val="32"/>
        </w:rPr>
        <w:t>机构，</w:t>
      </w:r>
      <w:r>
        <w:rPr>
          <w:spacing w:val="4"/>
          <w:rFonts w:ascii="QhZznecx+FZFSK" w:hAnsi="QhZznecx+FZFSK" w:eastAsia="QhZznecx+FZFSK"/>
          <w:color w:val="000000"/>
          <w:sz w:val="32"/>
        </w:rPr>
        <w:t>自</w:t>
      </w:r>
      <w:r>
        <w:rPr>
          <w:rFonts w:ascii="QhZznecx+FZFSK" w:hAnsi="QhZznecx+FZFSK" w:eastAsia="QhZznecx+FZFSK"/>
          <w:color w:val="000000"/>
          <w:sz w:val="32"/>
        </w:rPr>
        <w:t>智</w:t>
      </w:r>
      <w:r>
        <w:rPr>
          <w:spacing w:val="2"/>
          <w:rFonts w:ascii="QhZznecx+FZFSK" w:hAnsi="QhZznecx+FZFSK" w:eastAsia="QhZznecx+FZFSK"/>
          <w:color w:val="000000"/>
          <w:sz w:val="32"/>
        </w:rPr>
        <w:t>能制</w:t>
      </w:r>
      <w:r>
        <w:rPr>
          <w:rFonts w:ascii="QhZznecx+FZFSK" w:hAnsi="QhZznecx+FZFSK" w:eastAsia="QhZznecx+FZFSK"/>
          <w:color w:val="000000"/>
          <w:sz w:val="32"/>
        </w:rPr>
        <w:t>造</w:t>
      </w:r>
      <w:r>
        <w:rPr>
          <w:spacing w:val="2"/>
          <w:rFonts w:ascii="QhZznecx+FZFSK" w:hAnsi="QhZznecx+FZFSK" w:eastAsia="QhZznecx+FZFSK"/>
          <w:color w:val="000000"/>
          <w:sz w:val="32"/>
        </w:rPr>
        <w:t>项目</w:t>
      </w:r>
      <w:r>
        <w:rPr>
          <w:rFonts w:ascii="QhZznecx+FZFSK" w:hAnsi="QhZznecx+FZFSK" w:eastAsia="QhZznecx+FZFSK"/>
          <w:color w:val="000000"/>
          <w:sz w:val="32"/>
        </w:rPr>
        <w:t>备</w:t>
      </w:r>
      <w:r>
        <w:rPr>
          <w:spacing w:val="2"/>
          <w:rFonts w:ascii="QhZznecx+FZFSK" w:hAnsi="QhZznecx+FZFSK" w:eastAsia="QhZznecx+FZFSK"/>
          <w:color w:val="000000"/>
          <w:sz w:val="32"/>
        </w:rPr>
        <w:t>案之</w:t>
      </w:r>
      <w:r>
        <w:rPr>
          <w:rFonts w:ascii="QhZznecx+FZFSK" w:hAnsi="QhZznecx+FZFSK" w:eastAsia="QhZznecx+FZFSK"/>
          <w:color w:val="000000"/>
          <w:sz w:val="32"/>
        </w:rPr>
        <w:t>日</w:t>
      </w:r>
      <w:r>
        <w:rPr>
          <w:spacing w:val="82"/>
          <w:rFonts w:ascii="QhZznecx+FZFSK" w:hAnsi="QhZznecx+FZFSK" w:eastAsia="QhZznecx+FZFSK"/>
          <w:color w:val="000000"/>
          <w:sz w:val="32"/>
        </w:rPr>
        <w:t>起</w:t>
      </w:r>
      <w:r>
        <w:rPr>
          <w:spacing w:val="78"/>
          <w:rFonts w:ascii="QhZznecx+FZFSK" w:hAnsi="QhZznecx+FZFSK" w:eastAsia="QhZznecx+FZFSK"/>
          <w:color w:val="000000"/>
          <w:sz w:val="32"/>
        </w:rPr>
        <w:t>2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内</w:t>
      </w:r>
      <w:r>
        <w:rPr>
          <w:spacing w:val="-1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4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日均</w:t>
      </w:r>
      <w:r>
        <w:rPr>
          <w:spacing w:val="4"/>
          <w:rFonts w:ascii="QhZznecx+FZFSK" w:hAnsi="QhZznecx+FZFSK" w:eastAsia="QhZznecx+FZFSK"/>
          <w:color w:val="000000"/>
          <w:sz w:val="32"/>
        </w:rPr>
        <w:t>发</w:t>
      </w:r>
      <w:r>
        <w:rPr>
          <w:rFonts w:ascii="QhZznecx+FZFSK" w:hAnsi="QhZznecx+FZFSK" w:eastAsia="QhZznecx+FZFSK"/>
          <w:color w:val="000000"/>
          <w:sz w:val="32"/>
        </w:rPr>
        <w:t>放设</w:t>
      </w:r>
      <w:r>
        <w:rPr>
          <w:spacing w:val="4"/>
          <w:rFonts w:ascii="QhZznecx+FZFSK" w:hAnsi="QhZznecx+FZFSK" w:eastAsia="QhZznecx+FZFSK"/>
          <w:color w:val="000000"/>
          <w:sz w:val="32"/>
        </w:rPr>
        <w:t>备</w:t>
      </w:r>
      <w:r>
        <w:rPr>
          <w:rFonts w:ascii="QhZznecx+FZFSK" w:hAnsi="QhZznecx+FZFSK" w:eastAsia="QhZznecx+FZFSK"/>
          <w:color w:val="000000"/>
          <w:sz w:val="32"/>
        </w:rPr>
        <w:t>抵押</w:t>
      </w:r>
      <w:r>
        <w:rPr>
          <w:spacing w:val="4"/>
          <w:rFonts w:ascii="QhZznecx+FZFSK" w:hAnsi="QhZznecx+FZFSK" w:eastAsia="QhZznecx+FZFSK"/>
          <w:color w:val="000000"/>
          <w:sz w:val="32"/>
        </w:rPr>
        <w:t>贷</w:t>
      </w:r>
      <w:r>
        <w:rPr>
          <w:rFonts w:ascii="QhZznecx+FZFSK" w:hAnsi="QhZznecx+FZFSK" w:eastAsia="QhZznecx+FZFSK"/>
          <w:color w:val="000000"/>
          <w:sz w:val="32"/>
        </w:rPr>
        <w:t>款</w:t>
      </w:r>
      <w:r>
        <w:rPr>
          <w:spacing w:val="2"/>
          <w:rFonts w:ascii="QhZznecx+FZFSK" w:hAnsi="QhZznecx+FZFSK" w:eastAsia="QhZznecx+FZFSK"/>
          <w:color w:val="000000"/>
          <w:sz w:val="32"/>
        </w:rPr>
        <w:t>金额</w:t>
      </w:r>
      <w:r>
        <w:rPr>
          <w:spacing w:val="80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补助</w:t>
      </w:r>
      <w:r>
        <w:rPr>
          <w:spacing w:val="-5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与</w:t>
      </w:r>
      <w:r>
        <w:rPr>
          <w:rFonts w:ascii="QhZznecx+FZFSK" w:hAnsi="QhZznecx+FZFSK" w:eastAsia="QhZznecx+FZFSK"/>
          <w:color w:val="000000"/>
          <w:sz w:val="32"/>
        </w:rPr>
        <w:t>专业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培</w:t>
      </w:r>
      <w:r>
        <w:rPr>
          <w:rFonts w:ascii="QhZznecx+FZFSK" w:hAnsi="QhZznecx+FZFSK" w:eastAsia="QhZznecx+FZFSK"/>
          <w:color w:val="000000"/>
          <w:sz w:val="32"/>
        </w:rPr>
        <w:t>训机</w:t>
      </w:r>
      <w:r>
        <w:rPr>
          <w:spacing w:val="-50"/>
          <w:rFonts w:ascii="QhZznecx+FZFSK" w:hAnsi="QhZznecx+FZFSK" w:eastAsia="QhZznecx+FZFSK"/>
          <w:color w:val="000000"/>
          <w:sz w:val="32"/>
        </w:rPr>
        <w:t>构</w:t>
      </w:r>
      <w:r>
        <w:rPr>
          <w:rFonts w:ascii="QhZznecx+FZFSK" w:hAnsi="QhZznecx+FZFSK" w:eastAsia="QhZznecx+FZFSK"/>
          <w:color w:val="000000"/>
          <w:sz w:val="32"/>
        </w:rPr>
        <w:t>（经</w:t>
      </w:r>
      <w:r>
        <w:rPr>
          <w:spacing w:val="2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经信局</w:t>
      </w:r>
      <w:r>
        <w:rPr>
          <w:spacing w:val="4"/>
          <w:rFonts w:ascii="QhZznecx+FZFSK" w:hAnsi="QhZznecx+FZFSK" w:eastAsia="QhZznecx+FZFSK"/>
          <w:color w:val="000000"/>
          <w:sz w:val="32"/>
        </w:rPr>
        <w:t>备</w:t>
      </w:r>
      <w:r>
        <w:rPr>
          <w:spacing w:val="6"/>
          <w:rFonts w:ascii="QhZznecx+FZFSK" w:hAnsi="QhZznecx+FZFSK" w:eastAsia="QhZznecx+FZFSK"/>
          <w:color w:val="000000"/>
          <w:sz w:val="32"/>
        </w:rPr>
        <w:t>案</w:t>
      </w:r>
      <w:r>
        <w:rPr>
          <w:spacing w:val="4"/>
          <w:rFonts w:ascii="QhZznecx+FZFSK" w:hAnsi="QhZznecx+FZFSK" w:eastAsia="QhZznecx+FZFSK"/>
          <w:color w:val="000000"/>
          <w:sz w:val="32"/>
        </w:rPr>
        <w:t>）</w:t>
      </w:r>
      <w:r>
        <w:rPr>
          <w:spacing w:val="2"/>
          <w:rFonts w:ascii="QhZznecx+FZFSK" w:hAnsi="QhZznecx+FZFSK" w:eastAsia="QhZznecx+FZFSK"/>
          <w:color w:val="000000"/>
          <w:sz w:val="32"/>
        </w:rPr>
        <w:t>合</w:t>
      </w:r>
      <w:r>
        <w:rPr>
          <w:spacing w:val="4"/>
          <w:rFonts w:ascii="QhZznecx+FZFSK" w:hAnsi="QhZznecx+FZFSK" w:eastAsia="QhZznecx+FZFSK"/>
          <w:color w:val="000000"/>
          <w:sz w:val="32"/>
        </w:rPr>
        <w:t>作</w:t>
      </w:r>
      <w:r>
        <w:rPr>
          <w:spacing w:val="2"/>
          <w:rFonts w:ascii="QhZznecx+FZFSK" w:hAnsi="QhZznecx+FZFSK" w:eastAsia="QhZznecx+FZFSK"/>
          <w:color w:val="000000"/>
          <w:sz w:val="32"/>
        </w:rPr>
        <w:t>开</w:t>
      </w:r>
      <w:r>
        <w:rPr>
          <w:spacing w:val="4"/>
          <w:rFonts w:ascii="QhZznecx+FZFSK" w:hAnsi="QhZznecx+FZFSK" w:eastAsia="QhZznecx+FZFSK"/>
          <w:color w:val="000000"/>
          <w:sz w:val="32"/>
        </w:rPr>
        <w:t>展</w:t>
      </w:r>
      <w:r>
        <w:rPr>
          <w:spacing w:val="2"/>
          <w:rFonts w:ascii="QhZznecx+FZFSK" w:hAnsi="QhZznecx+FZFSK" w:eastAsia="QhZznecx+FZFSK"/>
          <w:color w:val="000000"/>
          <w:sz w:val="32"/>
        </w:rPr>
        <w:t>智</w:t>
      </w:r>
      <w:r>
        <w:rPr>
          <w:spacing w:val="4"/>
          <w:rFonts w:ascii="QhZznecx+FZFSK" w:hAnsi="QhZznecx+FZFSK" w:eastAsia="QhZznecx+FZFSK"/>
          <w:color w:val="000000"/>
          <w:sz w:val="32"/>
        </w:rPr>
        <w:t>能</w:t>
      </w:r>
      <w:r>
        <w:rPr>
          <w:spacing w:val="6"/>
          <w:rFonts w:ascii="QhZznecx+FZFSK" w:hAnsi="QhZznecx+FZFSK" w:eastAsia="QhZznecx+FZFSK"/>
          <w:color w:val="000000"/>
          <w:sz w:val="32"/>
        </w:rPr>
        <w:t>制</w:t>
      </w:r>
      <w:r>
        <w:rPr>
          <w:spacing w:val="4"/>
          <w:rFonts w:ascii="QhZznecx+FZFSK" w:hAnsi="QhZznecx+FZFSK" w:eastAsia="QhZznecx+FZFSK"/>
          <w:color w:val="000000"/>
          <w:sz w:val="32"/>
        </w:rPr>
        <w:t>造</w:t>
      </w:r>
      <w:r>
        <w:rPr>
          <w:spacing w:val="2"/>
          <w:rFonts w:ascii="QhZznecx+FZFSK" w:hAnsi="QhZznecx+FZFSK" w:eastAsia="QhZznecx+FZFSK"/>
          <w:color w:val="000000"/>
          <w:sz w:val="32"/>
        </w:rPr>
        <w:t>专</w:t>
      </w:r>
      <w:r>
        <w:rPr>
          <w:spacing w:val="4"/>
          <w:rFonts w:ascii="QhZznecx+FZFSK" w:hAnsi="QhZznecx+FZFSK" w:eastAsia="QhZznecx+FZFSK"/>
          <w:color w:val="000000"/>
          <w:sz w:val="32"/>
        </w:rPr>
        <w:t>题</w:t>
      </w:r>
      <w:r>
        <w:rPr>
          <w:spacing w:val="2"/>
          <w:rFonts w:ascii="QhZznecx+FZFSK" w:hAnsi="QhZznecx+FZFSK" w:eastAsia="QhZznecx+FZFSK"/>
          <w:color w:val="000000"/>
          <w:sz w:val="32"/>
        </w:rPr>
        <w:t>培训</w:t>
      </w:r>
      <w:r>
        <w:rPr>
          <w:spacing w:val="6"/>
          <w:rFonts w:ascii="QhZznecx+FZFSK" w:hAnsi="QhZznecx+FZFSK" w:eastAsia="QhZznecx+FZFSK"/>
          <w:color w:val="000000"/>
          <w:sz w:val="32"/>
        </w:rPr>
        <w:t>，</w:t>
      </w:r>
      <w:r>
        <w:rPr>
          <w:spacing w:val="4"/>
          <w:rFonts w:ascii="QhZznecx+FZFSK" w:hAnsi="QhZznecx+FZFSK" w:eastAsia="QhZznecx+FZFSK"/>
          <w:color w:val="000000"/>
          <w:sz w:val="32"/>
        </w:rPr>
        <w:t>给予</w:t>
      </w:r>
      <w:r>
        <w:rPr>
          <w:spacing w:val="6"/>
          <w:rFonts w:ascii="QhZznecx+FZFSK" w:hAnsi="QhZznecx+FZFSK" w:eastAsia="QhZznecx+FZFSK"/>
          <w:color w:val="000000"/>
          <w:sz w:val="32"/>
        </w:rPr>
        <w:t>培</w:t>
      </w:r>
      <w:r>
        <w:rPr>
          <w:spacing w:val="2"/>
          <w:rFonts w:ascii="QhZznecx+FZFSK" w:hAnsi="QhZznecx+FZFSK" w:eastAsia="QhZznecx+FZFSK"/>
          <w:color w:val="000000"/>
          <w:sz w:val="32"/>
        </w:rPr>
        <w:t>训</w:t>
      </w:r>
      <w:r>
        <w:rPr>
          <w:spacing w:val="4"/>
          <w:rFonts w:ascii="QhZznecx+FZFSK" w:hAnsi="QhZznecx+FZFSK" w:eastAsia="QhZznecx+FZFSK"/>
          <w:color w:val="000000"/>
          <w:sz w:val="32"/>
        </w:rPr>
        <w:t>总</w:t>
      </w:r>
      <w:r>
        <w:rPr>
          <w:spacing w:val="2"/>
          <w:rFonts w:ascii="QhZznecx+FZFSK" w:hAnsi="QhZznecx+FZFSK" w:eastAsia="QhZznecx+FZFSK"/>
          <w:color w:val="000000"/>
          <w:sz w:val="32"/>
        </w:rPr>
        <w:t>费</w:t>
      </w:r>
      <w:r>
        <w:rPr>
          <w:spacing w:val="82"/>
          <w:rFonts w:ascii="QhZznecx+FZFSK" w:hAnsi="QhZznecx+FZFSK" w:eastAsia="QhZznecx+FZFSK"/>
          <w:color w:val="000000"/>
          <w:sz w:val="32"/>
        </w:rPr>
        <w:t>用</w:t>
      </w:r>
      <w:r>
        <w:rPr>
          <w:rFonts w:ascii="QhZznecx+FZFSK" w:hAnsi="QhZznecx+FZFSK" w:eastAsia="QhZznecx+FZFSK"/>
          <w:color w:val="000000"/>
          <w:sz w:val="32"/>
        </w:rPr>
        <w:t>30</w:t>
      </w:r>
      <w:r>
        <w:rPr>
          <w:spacing w:val="4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补</w:t>
      </w:r>
      <w:r>
        <w:rPr>
          <w:spacing w:val="2"/>
          <w:rFonts w:ascii="QhZznecx+FZFSK" w:hAnsi="QhZznecx+FZFSK" w:eastAsia="QhZznecx+FZFSK"/>
          <w:color w:val="000000"/>
          <w:sz w:val="32"/>
        </w:rPr>
        <w:t>助，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2"/>
          <w:rFonts w:ascii="QhZznecx+FZFSK" w:hAnsi="QhZznecx+FZFSK" w:eastAsia="QhZznecx+FZFSK"/>
          <w:color w:val="000000"/>
          <w:sz w:val="32"/>
        </w:rPr>
        <w:t>年最</w:t>
      </w:r>
      <w:r>
        <w:rPr>
          <w:spacing w:val="80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2"/>
          <w:rFonts w:ascii="oWgGuaTQ+FZKTK" w:hAnsi="oWgGuaTQ+FZKTK" w:eastAsia="oWgGuaTQ+FZKTK"/>
          <w:color w:val="000000"/>
          <w:sz w:val="32"/>
        </w:rPr>
        <w:t>责任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经信</w:t>
      </w:r>
      <w:r>
        <w:rPr>
          <w:rFonts w:ascii="oWgGuaTQ+FZKTK" w:hAnsi="oWgGuaTQ+FZKTK" w:eastAsia="oWgGuaTQ+FZKTK"/>
          <w:color w:val="000000"/>
          <w:sz w:val="32"/>
        </w:rPr>
        <w:t>局）</w:t>
      </w:r>
    </w:p>
    <w:p>
      <w:pPr>
        <w:autoSpaceDN w:val="0"/>
        <w:autoSpaceDE w:val="0"/>
        <w:widowControl/>
        <w:spacing w:line="348" w:lineRule="exact" w:before="324" w:after="0"/>
        <w:ind w:left="0" w:right="356" w:firstLine="0"/>
        <w:jc w:val="righ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4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tabs>
          <w:tab w:pos="976" w:val="left"/>
          <w:tab w:pos="1000" w:val="left"/>
        </w:tabs>
        <w:autoSpaceDE w:val="0"/>
        <w:widowControl/>
        <w:spacing w:line="570" w:lineRule="exact" w:before="0" w:after="0"/>
        <w:ind w:left="358" w:right="288" w:firstLine="0"/>
        <w:jc w:val="left"/>
      </w:pPr>
      <w:r>
        <w:tab/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4"/>
          <w:rFonts w:ascii="QhZznecx+FZFSK" w:hAnsi="QhZznecx+FZFSK" w:eastAsia="QhZznecx+FZFSK"/>
          <w:color w:val="000000"/>
          <w:sz w:val="32"/>
        </w:rPr>
        <w:t>.</w:t>
      </w:r>
      <w:r>
        <w:rPr>
          <w:spacing w:val="6"/>
          <w:rFonts w:ascii="QhZznecx+FZFSK" w:hAnsi="QhZznecx+FZFSK" w:eastAsia="QhZznecx+FZFSK"/>
          <w:color w:val="000000"/>
          <w:sz w:val="32"/>
        </w:rPr>
        <w:t>支持企业</w:t>
      </w:r>
      <w:r>
        <w:rPr>
          <w:spacing w:val="8"/>
          <w:rFonts w:ascii="QhZznecx+FZFSK" w:hAnsi="QhZznecx+FZFSK" w:eastAsia="QhZznecx+FZFSK"/>
          <w:color w:val="000000"/>
          <w:sz w:val="32"/>
        </w:rPr>
        <w:t>培</w:t>
      </w:r>
      <w:r>
        <w:rPr>
          <w:spacing w:val="6"/>
          <w:rFonts w:ascii="QhZznecx+FZFSK" w:hAnsi="QhZznecx+FZFSK" w:eastAsia="QhZznecx+FZFSK"/>
          <w:color w:val="000000"/>
          <w:sz w:val="32"/>
        </w:rPr>
        <w:t>大育强。制</w:t>
      </w:r>
      <w:r>
        <w:rPr>
          <w:spacing w:val="4"/>
          <w:rFonts w:ascii="QhZznecx+FZFSK" w:hAnsi="QhZznecx+FZFSK" w:eastAsia="QhZznecx+FZFSK"/>
          <w:color w:val="000000"/>
          <w:sz w:val="32"/>
        </w:rPr>
        <w:t>造</w:t>
      </w:r>
      <w:r>
        <w:rPr>
          <w:spacing w:val="6"/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spacing w:val="4"/>
          <w:rFonts w:ascii="QhZznecx+FZFSK" w:hAnsi="QhZznecx+FZFSK" w:eastAsia="QhZznecx+FZFSK"/>
          <w:color w:val="000000"/>
          <w:sz w:val="32"/>
        </w:rPr>
        <w:t>不含</w:t>
      </w:r>
      <w:r>
        <w:rPr>
          <w:spacing w:val="2"/>
          <w:rFonts w:ascii="QhZznecx+FZFSK" w:hAnsi="QhZznecx+FZFSK" w:eastAsia="QhZznecx+FZFSK"/>
          <w:color w:val="000000"/>
          <w:sz w:val="32"/>
        </w:rPr>
        <w:t>高</w:t>
      </w:r>
      <w:r>
        <w:rPr>
          <w:spacing w:val="6"/>
          <w:rFonts w:ascii="QhZznecx+FZFSK" w:hAnsi="QhZznecx+FZFSK" w:eastAsia="QhZznecx+FZFSK"/>
          <w:color w:val="000000"/>
          <w:sz w:val="32"/>
        </w:rPr>
        <w:t>耗</w:t>
      </w:r>
      <w:r>
        <w:rPr>
          <w:spacing w:val="4"/>
          <w:rFonts w:ascii="QhZznecx+FZFSK" w:hAnsi="QhZznecx+FZFSK" w:eastAsia="QhZznecx+FZFSK"/>
          <w:color w:val="000000"/>
          <w:sz w:val="32"/>
        </w:rPr>
        <w:t>能</w:t>
      </w:r>
      <w:r>
        <w:rPr>
          <w:spacing w:val="6"/>
          <w:rFonts w:ascii="QhZznecx+FZFSK" w:hAnsi="QhZznecx+FZFSK" w:eastAsia="QhZznecx+FZFSK"/>
          <w:color w:val="000000"/>
          <w:sz w:val="32"/>
        </w:rPr>
        <w:t>行业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地方</w:t>
      </w:r>
      <w:r>
        <w:rPr>
          <w:spacing w:val="2"/>
          <w:rFonts w:ascii="QhZznecx+FZFSK" w:hAnsi="QhZznecx+FZFSK" w:eastAsia="QhZznecx+FZFSK"/>
          <w:color w:val="000000"/>
          <w:sz w:val="32"/>
        </w:rPr>
        <w:t>综</w:t>
      </w:r>
      <w:r>
        <w:rPr>
          <w:rFonts w:ascii="QhZznecx+FZFSK" w:hAnsi="QhZznecx+FZFSK" w:eastAsia="QhZznecx+FZFSK"/>
          <w:color w:val="000000"/>
          <w:sz w:val="32"/>
        </w:rPr>
        <w:t>合贡献</w:t>
      </w:r>
      <w:r>
        <w:rPr>
          <w:spacing w:val="-4"/>
          <w:rFonts w:ascii="QhZznecx+FZFSK" w:hAnsi="QhZznecx+FZFSK" w:eastAsia="QhZznecx+FZFSK"/>
          <w:color w:val="000000"/>
          <w:sz w:val="32"/>
        </w:rPr>
        <w:t>度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集</w:t>
      </w:r>
      <w:r>
        <w:rPr>
          <w:spacing w:val="4"/>
          <w:rFonts w:ascii="QhZznecx+FZFSK" w:hAnsi="QhZznecx+FZFSK" w:eastAsia="QhZznecx+FZFSK"/>
          <w:color w:val="000000"/>
          <w:sz w:val="32"/>
        </w:rPr>
        <w:t>团</w:t>
      </w:r>
      <w:r>
        <w:rPr>
          <w:rFonts w:ascii="QhZznecx+FZFSK" w:hAnsi="QhZznecx+FZFSK" w:eastAsia="QhZznecx+FZFSK"/>
          <w:color w:val="000000"/>
          <w:sz w:val="32"/>
        </w:rPr>
        <w:t>公司</w:t>
      </w:r>
      <w:r>
        <w:rPr>
          <w:spacing w:val="4"/>
          <w:rFonts w:ascii="QhZznecx+FZFSK" w:hAnsi="QhZznecx+FZFSK" w:eastAsia="QhZznecx+FZFSK"/>
          <w:color w:val="000000"/>
          <w:sz w:val="32"/>
        </w:rPr>
        <w:t>按</w:t>
      </w:r>
      <w:r>
        <w:rPr>
          <w:rFonts w:ascii="QhZznecx+FZFSK" w:hAnsi="QhZznecx+FZFSK" w:eastAsia="QhZznecx+FZFSK"/>
          <w:color w:val="000000"/>
          <w:sz w:val="32"/>
        </w:rPr>
        <w:t>合并</w:t>
      </w:r>
      <w:r>
        <w:rPr>
          <w:spacing w:val="4"/>
          <w:rFonts w:ascii="QhZznecx+FZFSK" w:hAnsi="QhZznecx+FZFSK" w:eastAsia="QhZznecx+FZFSK"/>
          <w:color w:val="000000"/>
          <w:sz w:val="32"/>
        </w:rPr>
        <w:t>后</w:t>
      </w:r>
      <w:r>
        <w:rPr>
          <w:rFonts w:ascii="QhZznecx+FZFSK" w:hAnsi="QhZznecx+FZFSK" w:eastAsia="QhZznecx+FZFSK"/>
          <w:color w:val="000000"/>
          <w:sz w:val="32"/>
        </w:rPr>
        <w:t>计算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4"/>
          <w:rFonts w:ascii="QhZznecx+FZFSK" w:hAnsi="QhZznecx+FZFSK" w:eastAsia="QhZznecx+FZFSK"/>
          <w:color w:val="000000"/>
          <w:sz w:val="32"/>
        </w:rPr>
        <w:t>本</w:t>
      </w:r>
      <w:r>
        <w:rPr>
          <w:rFonts w:ascii="QhZznecx+FZFSK" w:hAnsi="QhZznecx+FZFSK" w:eastAsia="QhZznecx+FZFSK"/>
          <w:color w:val="000000"/>
          <w:sz w:val="32"/>
        </w:rPr>
        <w:t>政</w:t>
      </w:r>
      <w:r>
        <w:rPr>
          <w:rFonts w:ascii="QhZznecx+FZFSK" w:hAnsi="QhZznecx+FZFSK" w:eastAsia="QhZznecx+FZFSK"/>
          <w:color w:val="000000"/>
          <w:sz w:val="32"/>
        </w:rPr>
        <w:t>策</w:t>
      </w:r>
      <w:r>
        <w:rPr>
          <w:spacing w:val="2"/>
          <w:rFonts w:ascii="QhZznecx+FZFSK" w:hAnsi="QhZznecx+FZFSK" w:eastAsia="QhZznecx+FZFSK"/>
          <w:color w:val="000000"/>
          <w:sz w:val="32"/>
        </w:rPr>
        <w:t>有</w:t>
      </w:r>
      <w:r>
        <w:rPr>
          <w:rFonts w:ascii="QhZznecx+FZFSK" w:hAnsi="QhZznecx+FZFSK" w:eastAsia="QhZznecx+FZFSK"/>
          <w:color w:val="000000"/>
          <w:sz w:val="32"/>
        </w:rPr>
        <w:t>效期内首</w:t>
      </w:r>
      <w:r>
        <w:rPr>
          <w:spacing w:val="2"/>
          <w:rFonts w:ascii="QhZznecx+FZFSK" w:hAnsi="QhZznecx+FZFSK" w:eastAsia="QhZznecx+FZFSK"/>
          <w:color w:val="000000"/>
          <w:sz w:val="32"/>
        </w:rPr>
        <w:t>次</w:t>
      </w:r>
      <w:r>
        <w:rPr>
          <w:rFonts w:ascii="QhZznecx+FZFSK" w:hAnsi="QhZznecx+FZFSK" w:eastAsia="QhZznecx+FZFSK"/>
          <w:color w:val="000000"/>
          <w:sz w:val="32"/>
        </w:rPr>
        <w:t>达</w:t>
      </w:r>
      <w:r>
        <w:rPr>
          <w:spacing w:val="82"/>
          <w:rFonts w:ascii="QhZznecx+FZFSK" w:hAnsi="QhZznecx+FZFSK" w:eastAsia="QhZznecx+FZFSK"/>
          <w:color w:val="000000"/>
          <w:sz w:val="32"/>
        </w:rPr>
        <w:t>到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</w:t>
      </w:r>
      <w:r>
        <w:rPr>
          <w:rFonts w:ascii="QhZznecx+FZFSK" w:hAnsi="QhZznecx+FZFSK" w:eastAsia="QhZznecx+FZFSK"/>
          <w:color w:val="000000"/>
          <w:sz w:val="32"/>
        </w:rPr>
        <w:t>元</w:t>
      </w:r>
      <w:r>
        <w:rPr>
          <w:spacing w:val="-3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15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-3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50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-3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从</w:t>
      </w:r>
      <w:r>
        <w:rPr>
          <w:spacing w:val="2"/>
          <w:rFonts w:ascii="QhZznecx+FZFSK" w:hAnsi="QhZznecx+FZFSK" w:eastAsia="QhZznecx+FZFSK"/>
          <w:color w:val="000000"/>
          <w:sz w:val="32"/>
        </w:rPr>
        <w:t>达</w:t>
      </w:r>
      <w:r>
        <w:rPr>
          <w:rFonts w:ascii="QhZznecx+FZFSK" w:hAnsi="QhZznecx+FZFSK" w:eastAsia="QhZznecx+FZFSK"/>
          <w:color w:val="000000"/>
          <w:sz w:val="32"/>
        </w:rPr>
        <w:t>到</w:t>
      </w:r>
      <w:r>
        <w:rPr>
          <w:spacing w:val="2"/>
          <w:rFonts w:ascii="QhZznecx+FZFSK" w:hAnsi="QhZznecx+FZFSK" w:eastAsia="QhZznecx+FZFSK"/>
          <w:color w:val="000000"/>
          <w:sz w:val="32"/>
        </w:rPr>
        <w:t>年度</w:t>
      </w:r>
      <w:r>
        <w:rPr>
          <w:rFonts w:ascii="QhZznecx+FZFSK" w:hAnsi="QhZznecx+FZFSK" w:eastAsia="QhZznecx+FZFSK"/>
          <w:color w:val="000000"/>
          <w:sz w:val="32"/>
        </w:rPr>
        <w:t>次</w:t>
      </w:r>
      <w:r>
        <w:rPr>
          <w:spacing w:val="4"/>
          <w:rFonts w:ascii="QhZznecx+FZFSK" w:hAnsi="QhZznecx+FZFSK" w:eastAsia="QhZznecx+FZFSK"/>
          <w:color w:val="000000"/>
          <w:sz w:val="32"/>
        </w:rPr>
        <w:t>年</w:t>
      </w:r>
      <w:r>
        <w:rPr>
          <w:spacing w:val="80"/>
          <w:rFonts w:ascii="QhZznecx+FZFSK" w:hAnsi="QhZznecx+FZFSK" w:eastAsia="QhZznecx+FZFSK"/>
          <w:color w:val="000000"/>
          <w:sz w:val="32"/>
        </w:rPr>
        <w:t>起3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2"/>
          <w:rFonts w:ascii="QhZznecx+FZFSK" w:hAnsi="QhZznecx+FZFSK" w:eastAsia="QhZznecx+FZFSK"/>
          <w:color w:val="000000"/>
          <w:sz w:val="32"/>
        </w:rPr>
        <w:t>内</w:t>
      </w:r>
      <w:r>
        <w:rPr>
          <w:spacing w:val="-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达到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2"/>
          <w:rFonts w:ascii="QhZznecx+FZFSK" w:hAnsi="QhZznecx+FZFSK" w:eastAsia="QhZznecx+FZFSK"/>
          <w:color w:val="000000"/>
          <w:sz w:val="32"/>
        </w:rPr>
        <w:t>度地方</w:t>
      </w:r>
      <w:r>
        <w:rPr>
          <w:rFonts w:ascii="QhZznecx+FZFSK" w:hAnsi="QhZznecx+FZFSK" w:eastAsia="QhZznecx+FZFSK"/>
          <w:color w:val="000000"/>
          <w:sz w:val="32"/>
        </w:rPr>
        <w:t>综</w:t>
      </w:r>
      <w:r>
        <w:rPr>
          <w:spacing w:val="2"/>
          <w:rFonts w:ascii="QhZznecx+FZFSK" w:hAnsi="QhZznecx+FZFSK" w:eastAsia="QhZznecx+FZFSK"/>
          <w:color w:val="000000"/>
          <w:sz w:val="32"/>
        </w:rPr>
        <w:t>合</w:t>
      </w:r>
      <w:r>
        <w:rPr>
          <w:rFonts w:ascii="QhZznecx+FZFSK" w:hAnsi="QhZznecx+FZFSK" w:eastAsia="QhZznecx+FZFSK"/>
          <w:color w:val="000000"/>
          <w:sz w:val="32"/>
        </w:rPr>
        <w:t>贡</w:t>
      </w:r>
      <w:r>
        <w:rPr>
          <w:rFonts w:ascii="QhZznecx+FZFSK" w:hAnsi="QhZznecx+FZFSK" w:eastAsia="QhZznecx+FZFSK"/>
          <w:color w:val="000000"/>
          <w:sz w:val="32"/>
        </w:rPr>
        <w:t>献度为</w:t>
      </w:r>
      <w:r>
        <w:rPr>
          <w:spacing w:val="2"/>
          <w:rFonts w:ascii="QhZznecx+FZFSK" w:hAnsi="QhZznecx+FZFSK" w:eastAsia="QhZznecx+FZFSK"/>
          <w:color w:val="000000"/>
          <w:sz w:val="32"/>
        </w:rPr>
        <w:t>基</w:t>
      </w:r>
      <w:r>
        <w:rPr>
          <w:rFonts w:ascii="QhZznecx+FZFSK" w:hAnsi="QhZznecx+FZFSK" w:eastAsia="QhZznecx+FZFSK"/>
          <w:color w:val="000000"/>
          <w:sz w:val="32"/>
        </w:rPr>
        <w:t>数</w:t>
      </w:r>
      <w:r>
        <w:rPr>
          <w:spacing w:val="-4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2"/>
          <w:rFonts w:ascii="QhZznecx+FZFSK" w:hAnsi="QhZznecx+FZFSK" w:eastAsia="QhZznecx+FZFSK"/>
          <w:color w:val="000000"/>
          <w:sz w:val="32"/>
        </w:rPr>
        <w:t>年递</w:t>
      </w:r>
      <w:r>
        <w:rPr>
          <w:spacing w:val="82"/>
          <w:rFonts w:ascii="QhZznecx+FZFSK" w:hAnsi="QhZznecx+FZFSK" w:eastAsia="QhZznecx+FZFSK"/>
          <w:color w:val="000000"/>
          <w:sz w:val="32"/>
        </w:rPr>
        <w:t>增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为</w:t>
      </w:r>
      <w:r>
        <w:rPr>
          <w:spacing w:val="4"/>
          <w:rFonts w:ascii="QhZznecx+FZFSK" w:hAnsi="QhZznecx+FZFSK" w:eastAsia="QhZznecx+FZFSK"/>
          <w:color w:val="000000"/>
          <w:sz w:val="32"/>
        </w:rPr>
        <w:t>基</w:t>
      </w:r>
      <w:r>
        <w:rPr>
          <w:rFonts w:ascii="QhZznecx+FZFSK" w:hAnsi="QhZznecx+FZFSK" w:eastAsia="QhZznecx+FZFSK"/>
          <w:color w:val="000000"/>
          <w:sz w:val="32"/>
        </w:rPr>
        <w:t>准</w:t>
      </w:r>
      <w:r>
        <w:rPr>
          <w:spacing w:val="-4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2"/>
          <w:rFonts w:ascii="QhZznecx+FZFSK" w:hAnsi="QhZznecx+FZFSK" w:eastAsia="QhZznecx+FZFSK"/>
          <w:color w:val="000000"/>
          <w:sz w:val="32"/>
        </w:rPr>
        <w:t>别</w:t>
      </w:r>
      <w:r>
        <w:rPr>
          <w:rFonts w:ascii="QhZznecx+FZFSK" w:hAnsi="QhZznecx+FZFSK" w:eastAsia="QhZznecx+FZFSK"/>
          <w:color w:val="000000"/>
          <w:sz w:val="32"/>
        </w:rPr>
        <w:t>给予</w:t>
      </w:r>
      <w:r>
        <w:rPr>
          <w:spacing w:val="2"/>
          <w:rFonts w:ascii="QhZznecx+FZFSK" w:hAnsi="QhZznecx+FZFSK" w:eastAsia="QhZznecx+FZFSK"/>
          <w:color w:val="000000"/>
          <w:sz w:val="32"/>
        </w:rPr>
        <w:t>地</w:t>
      </w:r>
      <w:r>
        <w:rPr>
          <w:rFonts w:ascii="QhZznecx+FZFSK" w:hAnsi="QhZznecx+FZFSK" w:eastAsia="QhZznecx+FZFSK"/>
          <w:color w:val="000000"/>
          <w:sz w:val="32"/>
        </w:rPr>
        <w:t>方综</w:t>
      </w:r>
      <w:r>
        <w:rPr>
          <w:spacing w:val="2"/>
          <w:rFonts w:ascii="QhZznecx+FZFSK" w:hAnsi="QhZznecx+FZFSK" w:eastAsia="QhZznecx+FZFSK"/>
          <w:color w:val="000000"/>
          <w:sz w:val="32"/>
        </w:rPr>
        <w:t>合</w:t>
      </w:r>
      <w:r>
        <w:rPr>
          <w:rFonts w:ascii="QhZznecx+FZFSK" w:hAnsi="QhZznecx+FZFSK" w:eastAsia="QhZznecx+FZFSK"/>
          <w:color w:val="000000"/>
          <w:sz w:val="32"/>
        </w:rPr>
        <w:t>贡献度</w:t>
      </w:r>
      <w:r>
        <w:rPr>
          <w:rFonts w:ascii="QhZznecx+FZFSK" w:hAnsi="QhZznecx+FZFSK" w:eastAsia="QhZznecx+FZFSK"/>
          <w:color w:val="000000"/>
          <w:sz w:val="32"/>
        </w:rPr>
        <w:t>超</w:t>
      </w:r>
      <w:r>
        <w:rPr>
          <w:spacing w:val="2"/>
          <w:rFonts w:ascii="QhZznecx+FZFSK" w:hAnsi="QhZznecx+FZFSK" w:eastAsia="QhZznecx+FZFSK"/>
          <w:color w:val="000000"/>
          <w:sz w:val="32"/>
        </w:rPr>
        <w:t>基</w:t>
      </w:r>
      <w:r>
        <w:rPr>
          <w:rFonts w:ascii="QhZznecx+FZFSK" w:hAnsi="QhZznecx+FZFSK" w:eastAsia="QhZznecx+FZFSK"/>
          <w:color w:val="000000"/>
          <w:sz w:val="32"/>
        </w:rPr>
        <w:t>准</w:t>
      </w:r>
      <w:r>
        <w:rPr>
          <w:spacing w:val="4"/>
          <w:rFonts w:ascii="QhZznecx+FZFSK" w:hAnsi="QhZznecx+FZFSK" w:eastAsia="QhZznecx+FZFSK"/>
          <w:color w:val="000000"/>
          <w:sz w:val="32"/>
        </w:rPr>
        <w:t>部</w:t>
      </w:r>
      <w:r>
        <w:rPr>
          <w:spacing w:val="80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spacing w:val="-1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6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spacing w:val="-20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7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spacing w:val="-1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80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spacing w:val="-38"/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oWgGuaTQ+FZKTK" w:hAnsi="oWgGuaTQ+FZKTK" w:eastAsia="oWgGuaTQ+FZKTK"/>
          <w:color w:val="000000"/>
          <w:sz w:val="32"/>
        </w:rPr>
        <w:t>（</w:t>
      </w:r>
      <w:r>
        <w:rPr>
          <w:rFonts w:ascii="oWgGuaTQ+FZKTK" w:hAnsi="oWgGuaTQ+FZKTK" w:eastAsia="oWgGuaTQ+FZKTK"/>
          <w:color w:val="000000"/>
          <w:sz w:val="32"/>
        </w:rPr>
        <w:t>责</w:t>
      </w:r>
      <w:r>
        <w:rPr>
          <w:spacing w:val="2"/>
          <w:rFonts w:ascii="oWgGuaTQ+FZKTK" w:hAnsi="oWgGuaTQ+FZKTK" w:eastAsia="oWgGuaTQ+FZKTK"/>
          <w:color w:val="000000"/>
          <w:sz w:val="32"/>
        </w:rPr>
        <w:t>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4"/>
          <w:rFonts w:ascii="oWgGuaTQ+FZKTK" w:hAnsi="oWgGuaTQ+FZKTK" w:eastAsia="oWgGuaTQ+FZKTK"/>
          <w:color w:val="000000"/>
          <w:sz w:val="32"/>
        </w:rPr>
        <w:t>位</w:t>
      </w:r>
      <w:r>
        <w:rPr>
          <w:spacing w:val="-18"/>
          <w:rFonts w:ascii="oWgGuaTQ+FZKTK" w:hAnsi="oWgGuaTQ+FZKTK" w:eastAsia="oWgGuaTQ+FZKTK"/>
          <w:color w:val="000000"/>
          <w:sz w:val="32"/>
        </w:rPr>
        <w:t>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经</w:t>
      </w:r>
      <w:r>
        <w:rPr>
          <w:rFonts w:ascii="oWgGuaTQ+FZKTK" w:hAnsi="oWgGuaTQ+FZKTK" w:eastAsia="oWgGuaTQ+FZKTK"/>
          <w:color w:val="000000"/>
          <w:sz w:val="32"/>
        </w:rPr>
        <w:t>信</w:t>
      </w:r>
      <w:r>
        <w:rPr>
          <w:rFonts w:ascii="oWgGuaTQ+FZKTK" w:hAnsi="oWgGuaTQ+FZKTK" w:eastAsia="oWgGuaTQ+FZKTK"/>
          <w:color w:val="000000"/>
          <w:sz w:val="32"/>
        </w:rPr>
        <w:t>局）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6.</w:t>
      </w:r>
      <w:r>
        <w:rPr>
          <w:spacing w:val="4"/>
          <w:rFonts w:ascii="QhZznecx+FZFSK" w:hAnsi="QhZznecx+FZFSK" w:eastAsia="QhZznecx+FZFSK"/>
          <w:color w:val="000000"/>
          <w:sz w:val="32"/>
        </w:rPr>
        <w:t>支</w:t>
      </w:r>
      <w:r>
        <w:rPr>
          <w:spacing w:val="2"/>
          <w:rFonts w:ascii="QhZznecx+FZFSK" w:hAnsi="QhZznecx+FZFSK" w:eastAsia="QhZznecx+FZFSK"/>
          <w:color w:val="000000"/>
          <w:sz w:val="32"/>
        </w:rPr>
        <w:t>持</w:t>
      </w:r>
      <w:r>
        <w:rPr>
          <w:spacing w:val="4"/>
          <w:rFonts w:ascii="QhZznecx+FZFSK" w:hAnsi="QhZznecx+FZFSK" w:eastAsia="QhZznecx+FZFSK"/>
          <w:color w:val="000000"/>
          <w:sz w:val="32"/>
        </w:rPr>
        <w:t>企业</w:t>
      </w:r>
      <w:r>
        <w:rPr>
          <w:spacing w:val="2"/>
          <w:rFonts w:ascii="QhZznecx+FZFSK" w:hAnsi="QhZznecx+FZFSK" w:eastAsia="QhZznecx+FZFSK"/>
          <w:color w:val="000000"/>
          <w:sz w:val="32"/>
        </w:rPr>
        <w:t>上</w:t>
      </w:r>
      <w:r>
        <w:rPr>
          <w:spacing w:val="6"/>
          <w:rFonts w:ascii="QhZznecx+FZFSK" w:hAnsi="QhZznecx+FZFSK" w:eastAsia="QhZznecx+FZFSK"/>
          <w:color w:val="000000"/>
          <w:sz w:val="32"/>
        </w:rPr>
        <w:t>规升</w:t>
      </w:r>
      <w:r>
        <w:rPr>
          <w:spacing w:val="4"/>
          <w:rFonts w:ascii="QhZznecx+FZFSK" w:hAnsi="QhZznecx+FZFSK" w:eastAsia="QhZznecx+FZFSK"/>
          <w:color w:val="000000"/>
          <w:sz w:val="32"/>
        </w:rPr>
        <w:t>级</w:t>
      </w:r>
      <w:r>
        <w:rPr>
          <w:spacing w:val="8"/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实</w:t>
      </w:r>
      <w:r>
        <w:rPr>
          <w:spacing w:val="2"/>
          <w:rFonts w:ascii="QhZznecx+FZFSK" w:hAnsi="QhZznecx+FZFSK" w:eastAsia="QhZznecx+FZFSK"/>
          <w:color w:val="000000"/>
          <w:sz w:val="32"/>
        </w:rPr>
        <w:t>现</w:t>
      </w:r>
      <w:r>
        <w:rPr>
          <w:spacing w:val="4"/>
          <w:rFonts w:ascii="QhZznecx+FZFSK" w:hAnsi="QhZznecx+FZFSK" w:eastAsia="QhZznecx+FZFSK"/>
          <w:color w:val="000000"/>
          <w:sz w:val="32"/>
        </w:rPr>
        <w:t>月</w:t>
      </w:r>
      <w:r>
        <w:rPr>
          <w:spacing w:val="2"/>
          <w:rFonts w:ascii="QhZznecx+FZFSK" w:hAnsi="QhZznecx+FZFSK" w:eastAsia="QhZznecx+FZFSK"/>
          <w:color w:val="000000"/>
          <w:sz w:val="32"/>
        </w:rPr>
        <w:t>度升</w:t>
      </w:r>
      <w:r>
        <w:rPr>
          <w:spacing w:val="4"/>
          <w:rFonts w:ascii="QhZznecx+FZFSK" w:hAnsi="QhZznecx+FZFSK" w:eastAsia="QhZznecx+FZFSK"/>
          <w:color w:val="000000"/>
          <w:sz w:val="32"/>
        </w:rPr>
        <w:t>规、</w:t>
      </w:r>
      <w:r>
        <w:rPr>
          <w:spacing w:val="2"/>
          <w:rFonts w:ascii="QhZznecx+FZFSK" w:hAnsi="QhZznecx+FZFSK" w:eastAsia="QhZznecx+FZFSK"/>
          <w:color w:val="000000"/>
          <w:sz w:val="32"/>
        </w:rPr>
        <w:t>首次</w:t>
      </w:r>
      <w:r>
        <w:rPr>
          <w:spacing w:val="4"/>
          <w:rFonts w:ascii="QhZznecx+FZFSK" w:hAnsi="QhZznecx+FZFSK" w:eastAsia="QhZznecx+FZFSK"/>
          <w:color w:val="000000"/>
          <w:sz w:val="32"/>
        </w:rPr>
        <w:t>年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spacing w:val="4"/>
          <w:rFonts w:ascii="QhZznecx+FZFSK" w:hAnsi="QhZznecx+FZFSK" w:eastAsia="QhZznecx+FZFSK"/>
          <w:color w:val="000000"/>
          <w:sz w:val="32"/>
        </w:rPr>
        <w:t>升</w:t>
      </w:r>
      <w:r>
        <w:rPr>
          <w:rFonts w:ascii="QhZznecx+FZFSK" w:hAnsi="QhZznecx+FZFSK" w:eastAsia="QhZznecx+FZFSK"/>
          <w:color w:val="000000"/>
          <w:sz w:val="32"/>
        </w:rPr>
        <w:t>规</w:t>
      </w:r>
      <w:r>
        <w:rPr>
          <w:spacing w:val="6"/>
          <w:rFonts w:ascii="QhZznecx+FZFSK" w:hAnsi="QhZznecx+FZFSK" w:eastAsia="QhZznecx+FZFSK"/>
          <w:color w:val="000000"/>
          <w:sz w:val="32"/>
        </w:rPr>
        <w:t>的工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6"/>
          <w:rFonts w:ascii="QhZznecx+FZFSK" w:hAnsi="QhZznecx+FZFSK" w:eastAsia="QhZznecx+FZFSK"/>
          <w:color w:val="000000"/>
          <w:sz w:val="32"/>
        </w:rPr>
        <w:t>企业分</w:t>
      </w:r>
      <w:r>
        <w:rPr>
          <w:spacing w:val="4"/>
          <w:rFonts w:ascii="QhZznecx+FZFSK" w:hAnsi="QhZznecx+FZFSK" w:eastAsia="QhZznecx+FZFSK"/>
          <w:color w:val="000000"/>
          <w:sz w:val="32"/>
        </w:rPr>
        <w:t>别</w:t>
      </w:r>
      <w:r>
        <w:rPr>
          <w:spacing w:val="6"/>
          <w:rFonts w:ascii="QhZznecx+FZFSK" w:hAnsi="QhZznecx+FZFSK" w:eastAsia="QhZznecx+FZFSK"/>
          <w:color w:val="000000"/>
          <w:sz w:val="32"/>
        </w:rPr>
        <w:t>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万元、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2"/>
          <w:rFonts w:ascii="QhZznecx+FZFSK" w:hAnsi="QhZznecx+FZFSK" w:eastAsia="QhZznecx+FZFSK"/>
          <w:color w:val="000000"/>
          <w:sz w:val="32"/>
        </w:rPr>
        <w:t>一</w:t>
      </w:r>
      <w:r>
        <w:rPr>
          <w:spacing w:val="6"/>
          <w:rFonts w:ascii="QhZznecx+FZFSK" w:hAnsi="QhZznecx+FZFSK" w:eastAsia="QhZznecx+FZFSK"/>
          <w:color w:val="000000"/>
          <w:sz w:val="32"/>
        </w:rPr>
        <w:t>次性奖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spacing w:val="6"/>
          <w:rFonts w:ascii="QhZznecx+FZFSK" w:hAnsi="QhZznecx+FZFSK" w:eastAsia="QhZznecx+FZFSK"/>
          <w:color w:val="000000"/>
          <w:sz w:val="32"/>
        </w:rPr>
        <w:t>，升规</w:t>
      </w:r>
      <w:r>
        <w:rPr>
          <w:rFonts w:ascii="QhZznecx+FZFSK" w:hAnsi="QhZznecx+FZFSK" w:eastAsia="QhZznecx+FZFSK"/>
          <w:color w:val="000000"/>
          <w:sz w:val="32"/>
        </w:rPr>
        <w:t>后</w:t>
      </w:r>
      <w:r>
        <w:rPr>
          <w:spacing w:val="82"/>
          <w:rFonts w:ascii="QhZznecx+FZFSK" w:hAnsi="QhZznecx+FZFSK" w:eastAsia="QhZznecx+FZFSK"/>
          <w:color w:val="000000"/>
          <w:sz w:val="32"/>
        </w:rPr>
        <w:t>的</w:t>
      </w:r>
      <w:r>
        <w:rPr>
          <w:spacing w:val="78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内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升</w:t>
      </w:r>
      <w:r>
        <w:rPr>
          <w:rFonts w:ascii="QhZznecx+FZFSK" w:hAnsi="QhZznecx+FZFSK" w:eastAsia="QhZznecx+FZFSK"/>
          <w:color w:val="000000"/>
          <w:sz w:val="32"/>
        </w:rPr>
        <w:t>规当</w:t>
      </w:r>
      <w:r>
        <w:rPr>
          <w:spacing w:val="2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地方</w:t>
      </w:r>
      <w:r>
        <w:rPr>
          <w:spacing w:val="2"/>
          <w:rFonts w:ascii="QhZznecx+FZFSK" w:hAnsi="QhZznecx+FZFSK" w:eastAsia="QhZznecx+FZFSK"/>
          <w:color w:val="000000"/>
          <w:sz w:val="32"/>
        </w:rPr>
        <w:t>综</w:t>
      </w:r>
      <w:r>
        <w:rPr>
          <w:rFonts w:ascii="QhZznecx+FZFSK" w:hAnsi="QhZznecx+FZFSK" w:eastAsia="QhZznecx+FZFSK"/>
          <w:color w:val="000000"/>
          <w:sz w:val="32"/>
        </w:rPr>
        <w:t>合贡</w:t>
      </w:r>
      <w:r>
        <w:rPr>
          <w:spacing w:val="2"/>
          <w:rFonts w:ascii="QhZznecx+FZFSK" w:hAnsi="QhZznecx+FZFSK" w:eastAsia="QhZznecx+FZFSK"/>
          <w:color w:val="000000"/>
          <w:sz w:val="32"/>
        </w:rPr>
        <w:t>献</w:t>
      </w:r>
      <w:r>
        <w:rPr>
          <w:rFonts w:ascii="QhZznecx+FZFSK" w:hAnsi="QhZznecx+FZFSK" w:eastAsia="QhZznecx+FZFSK"/>
          <w:color w:val="000000"/>
          <w:sz w:val="32"/>
        </w:rPr>
        <w:t>度</w:t>
      </w:r>
      <w:r>
        <w:rPr>
          <w:spacing w:val="4"/>
          <w:rFonts w:ascii="QhZznecx+FZFSK" w:hAnsi="QhZznecx+FZFSK" w:eastAsia="QhZznecx+FZFSK"/>
          <w:color w:val="000000"/>
          <w:sz w:val="32"/>
        </w:rPr>
        <w:t>为</w:t>
      </w:r>
      <w:r>
        <w:rPr>
          <w:rFonts w:ascii="QhZznecx+FZFSK" w:hAnsi="QhZznecx+FZFSK" w:eastAsia="QhZznecx+FZFSK"/>
          <w:color w:val="000000"/>
          <w:sz w:val="32"/>
        </w:rPr>
        <w:t>基数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环</w:t>
      </w:r>
      <w:r>
        <w:rPr>
          <w:spacing w:val="2"/>
          <w:rFonts w:ascii="QhZznecx+FZFSK" w:hAnsi="QhZznecx+FZFSK" w:eastAsia="QhZznecx+FZFSK"/>
          <w:color w:val="000000"/>
          <w:sz w:val="32"/>
        </w:rPr>
        <w:t>比</w:t>
      </w:r>
      <w:r>
        <w:rPr>
          <w:rFonts w:ascii="QhZznecx+FZFSK" w:hAnsi="QhZznecx+FZFSK" w:eastAsia="QhZznecx+FZFSK"/>
          <w:color w:val="000000"/>
          <w:sz w:val="32"/>
        </w:rPr>
        <w:t>增</w:t>
      </w:r>
      <w:r>
        <w:rPr>
          <w:spacing w:val="4"/>
          <w:rFonts w:ascii="QhZznecx+FZFSK" w:hAnsi="QhZznecx+FZFSK" w:eastAsia="QhZznecx+FZFSK"/>
          <w:color w:val="000000"/>
          <w:sz w:val="32"/>
        </w:rPr>
        <w:t>长</w:t>
      </w:r>
      <w:r>
        <w:rPr>
          <w:rFonts w:ascii="QhZznecx+FZFSK" w:hAnsi="QhZznecx+FZFSK" w:eastAsia="QhZznecx+FZFSK"/>
          <w:color w:val="000000"/>
          <w:sz w:val="32"/>
        </w:rPr>
        <w:t>超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%以上</w:t>
      </w:r>
      <w:r>
        <w:rPr>
          <w:rFonts w:ascii="QhZznecx+FZFSK" w:hAnsi="QhZznecx+FZFSK" w:eastAsia="QhZznecx+FZFSK"/>
          <w:color w:val="000000"/>
          <w:sz w:val="32"/>
        </w:rPr>
        <w:t>部</w:t>
      </w:r>
      <w:r>
        <w:rPr>
          <w:spacing w:val="4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2"/>
          <w:rFonts w:ascii="QhZznecx+FZFSK" w:hAnsi="QhZznecx+FZFSK" w:eastAsia="QhZznecx+FZFSK"/>
          <w:color w:val="000000"/>
          <w:sz w:val="32"/>
        </w:rPr>
        <w:t>别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spacing w:val="-2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8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4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（责</w:t>
      </w:r>
      <w:r>
        <w:rPr>
          <w:spacing w:val="4"/>
          <w:rFonts w:ascii="oWgGuaTQ+FZKTK" w:hAnsi="oWgGuaTQ+FZKTK" w:eastAsia="oWgGuaTQ+FZKTK"/>
          <w:color w:val="000000"/>
          <w:sz w:val="32"/>
        </w:rPr>
        <w:t>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</w:t>
      </w:r>
      <w:r>
        <w:rPr>
          <w:spacing w:val="-28"/>
          <w:rFonts w:ascii="oWgGuaTQ+FZKTK" w:hAnsi="oWgGuaTQ+FZKTK" w:eastAsia="oWgGuaTQ+FZKTK"/>
          <w:color w:val="000000"/>
          <w:sz w:val="32"/>
        </w:rPr>
        <w:t>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4"/>
          <w:rFonts w:ascii="oWgGuaTQ+FZKTK" w:hAnsi="oWgGuaTQ+FZKTK" w:eastAsia="oWgGuaTQ+FZKTK"/>
          <w:color w:val="000000"/>
          <w:sz w:val="32"/>
        </w:rPr>
        <w:t>经</w:t>
      </w:r>
      <w:r>
        <w:rPr>
          <w:rFonts w:ascii="oWgGuaTQ+FZKTK" w:hAnsi="oWgGuaTQ+FZKTK" w:eastAsia="oWgGuaTQ+FZKTK"/>
          <w:color w:val="000000"/>
          <w:sz w:val="32"/>
        </w:rPr>
        <w:t>信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TZq99STw+FZHTK" w:hAnsi="TZq99STw+FZHTK" w:eastAsia="TZq99STw+FZHTK"/>
          <w:color w:val="000000"/>
          <w:sz w:val="32"/>
        </w:rPr>
        <w:t>二</w:t>
      </w:r>
      <w:r>
        <w:rPr>
          <w:spacing w:val="2"/>
          <w:rFonts w:ascii="TZq99STw+FZHTK" w:hAnsi="TZq99STw+FZHTK" w:eastAsia="TZq99STw+FZHTK"/>
          <w:color w:val="000000"/>
          <w:sz w:val="32"/>
        </w:rPr>
        <w:t>、</w:t>
      </w:r>
      <w:r>
        <w:rPr>
          <w:rFonts w:ascii="TZq99STw+FZHTK" w:hAnsi="TZq99STw+FZHTK" w:eastAsia="TZq99STw+FZHTK"/>
          <w:color w:val="000000"/>
          <w:sz w:val="32"/>
        </w:rPr>
        <w:t>全</w:t>
      </w:r>
      <w:r>
        <w:rPr>
          <w:spacing w:val="2"/>
          <w:rFonts w:ascii="TZq99STw+FZHTK" w:hAnsi="TZq99STw+FZHTK" w:eastAsia="TZq99STw+FZHTK"/>
          <w:color w:val="000000"/>
          <w:sz w:val="32"/>
        </w:rPr>
        <w:t>面完</w:t>
      </w:r>
      <w:r>
        <w:rPr>
          <w:rFonts w:ascii="TZq99STw+FZHTK" w:hAnsi="TZq99STw+FZHTK" w:eastAsia="TZq99STw+FZHTK"/>
          <w:color w:val="000000"/>
          <w:sz w:val="32"/>
        </w:rPr>
        <w:t>善</w:t>
      </w:r>
      <w:r>
        <w:rPr>
          <w:spacing w:val="2"/>
          <w:rFonts w:ascii="TZq99STw+FZHTK" w:hAnsi="TZq99STw+FZHTK" w:eastAsia="TZq99STw+FZHTK"/>
          <w:color w:val="000000"/>
          <w:sz w:val="32"/>
        </w:rPr>
        <w:t>创新</w:t>
      </w:r>
      <w:r>
        <w:rPr>
          <w:rFonts w:ascii="TZq99STw+FZHTK" w:hAnsi="TZq99STw+FZHTK" w:eastAsia="TZq99STw+FZHTK"/>
          <w:color w:val="000000"/>
          <w:sz w:val="32"/>
        </w:rPr>
        <w:t>链</w:t>
      </w:r>
      <w:r>
        <w:rPr>
          <w:spacing w:val="2"/>
          <w:rFonts w:ascii="TZq99STw+FZHTK" w:hAnsi="TZq99STw+FZHTK" w:eastAsia="TZq99STw+FZHTK"/>
          <w:color w:val="000000"/>
          <w:sz w:val="32"/>
        </w:rPr>
        <w:t>，推</w:t>
      </w:r>
      <w:r>
        <w:rPr>
          <w:rFonts w:ascii="TZq99STw+FZHTK" w:hAnsi="TZq99STw+FZHTK" w:eastAsia="TZq99STw+FZHTK"/>
          <w:color w:val="000000"/>
          <w:sz w:val="32"/>
        </w:rPr>
        <w:t>进</w:t>
      </w:r>
      <w:r>
        <w:rPr>
          <w:spacing w:val="2"/>
          <w:rFonts w:ascii="TZq99STw+FZHTK" w:hAnsi="TZq99STw+FZHTK" w:eastAsia="TZq99STw+FZHTK"/>
          <w:color w:val="000000"/>
          <w:sz w:val="32"/>
        </w:rPr>
        <w:t>科技</w:t>
      </w:r>
      <w:r>
        <w:rPr>
          <w:rFonts w:ascii="TZq99STw+FZHTK" w:hAnsi="TZq99STw+FZHTK" w:eastAsia="TZq99STw+FZHTK"/>
          <w:color w:val="000000"/>
          <w:sz w:val="32"/>
        </w:rPr>
        <w:t>引</w:t>
      </w:r>
      <w:r>
        <w:rPr>
          <w:spacing w:val="2"/>
          <w:rFonts w:ascii="TZq99STw+FZHTK" w:hAnsi="TZq99STw+FZHTK" w:eastAsia="TZq99STw+FZHTK"/>
          <w:color w:val="000000"/>
          <w:sz w:val="32"/>
        </w:rPr>
        <w:t>领发</w:t>
      </w:r>
      <w:r>
        <w:rPr>
          <w:rFonts w:ascii="TZq99STw+FZHTK" w:hAnsi="TZq99STw+FZHTK" w:eastAsia="TZq99STw+FZHTK"/>
          <w:color w:val="000000"/>
          <w:sz w:val="32"/>
        </w:rPr>
        <w:t>展</w:t>
      </w:r>
      <w:r>
        <w:br/>
      </w:r>
      <w:r>
        <w:tab/>
      </w:r>
      <w:r>
        <w:rPr>
          <w:spacing w:val="2"/>
          <w:rFonts w:ascii="QhZznecx+FZFSK" w:hAnsi="QhZznecx+FZFSK" w:eastAsia="QhZznecx+FZFSK"/>
          <w:color w:val="000000"/>
          <w:sz w:val="32"/>
        </w:rPr>
        <w:t>7.</w:t>
      </w:r>
      <w:r>
        <w:rPr>
          <w:spacing w:val="6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</w:t>
      </w:r>
      <w:r>
        <w:rPr>
          <w:spacing w:val="6"/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6"/>
          <w:rFonts w:ascii="QhZznecx+FZFSK" w:hAnsi="QhZznecx+FZFSK" w:eastAsia="QhZznecx+FZFSK"/>
          <w:color w:val="000000"/>
          <w:sz w:val="32"/>
        </w:rPr>
        <w:t>争</w:t>
      </w:r>
      <w:r>
        <w:rPr>
          <w:spacing w:val="2"/>
          <w:rFonts w:ascii="QhZznecx+FZFSK" w:hAnsi="QhZznecx+FZFSK" w:eastAsia="QhZznecx+FZFSK"/>
          <w:color w:val="000000"/>
          <w:sz w:val="32"/>
        </w:rPr>
        <w:t>先</w:t>
      </w:r>
      <w:r>
        <w:rPr>
          <w:spacing w:val="4"/>
          <w:rFonts w:ascii="QhZznecx+FZFSK" w:hAnsi="QhZznecx+FZFSK" w:eastAsia="QhZznecx+FZFSK"/>
          <w:color w:val="000000"/>
          <w:sz w:val="32"/>
        </w:rPr>
        <w:t>创</w:t>
      </w:r>
      <w:r>
        <w:rPr>
          <w:spacing w:val="2"/>
          <w:rFonts w:ascii="QhZznecx+FZFSK" w:hAnsi="QhZznecx+FZFSK" w:eastAsia="QhZznecx+FZFSK"/>
          <w:color w:val="000000"/>
          <w:sz w:val="32"/>
        </w:rPr>
        <w:t>优</w:t>
      </w:r>
      <w:r>
        <w:rPr>
          <w:spacing w:val="4"/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新认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定的工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信部</w:t>
      </w:r>
      <w:r>
        <w:rPr>
          <w:spacing w:val="2"/>
          <w:rFonts w:ascii="QhZznecx+FZFSK" w:hAnsi="QhZznecx+FZFSK" w:eastAsia="QhZznecx+FZFSK"/>
          <w:color w:val="000000"/>
          <w:sz w:val="32"/>
        </w:rPr>
        <w:t>专精特</w:t>
      </w:r>
      <w:r>
        <w:rPr>
          <w:spacing w:val="6"/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“</w:t>
      </w:r>
      <w:r>
        <w:rPr>
          <w:rFonts w:ascii="QhZznecx+FZFSK" w:hAnsi="QhZznecx+FZFSK" w:eastAsia="QhZznecx+FZFSK"/>
          <w:color w:val="000000"/>
          <w:sz w:val="32"/>
        </w:rPr>
        <w:t>小</w:t>
      </w:r>
      <w:r>
        <w:rPr>
          <w:spacing w:val="2"/>
          <w:rFonts w:ascii="QhZznecx+FZFSK" w:hAnsi="QhZznecx+FZFSK" w:eastAsia="QhZznecx+FZFSK"/>
          <w:color w:val="000000"/>
          <w:sz w:val="32"/>
        </w:rPr>
        <w:t>巨人</w:t>
      </w:r>
      <w:r>
        <w:rPr>
          <w:rFonts w:ascii="QhZznecx+FZFSK" w:hAnsi="QhZznecx+FZFSK" w:eastAsia="QhZznecx+FZFSK"/>
          <w:color w:val="000000"/>
          <w:sz w:val="32"/>
        </w:rPr>
        <w:t>”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、</w:t>
      </w:r>
      <w:r>
        <w:rPr>
          <w:spacing w:val="2"/>
          <w:rFonts w:ascii="QhZznecx+FZFSK" w:hAnsi="QhZznecx+FZFSK" w:eastAsia="QhZznecx+FZFSK"/>
          <w:color w:val="000000"/>
          <w:sz w:val="32"/>
        </w:rPr>
        <w:t>工信</w:t>
      </w:r>
      <w:r>
        <w:rPr>
          <w:rFonts w:ascii="QhZznecx+FZFSK" w:hAnsi="QhZznecx+FZFSK" w:eastAsia="QhZznecx+FZFSK"/>
          <w:color w:val="000000"/>
          <w:sz w:val="32"/>
        </w:rPr>
        <w:t>部</w:t>
      </w:r>
      <w:r>
        <w:rPr>
          <w:spacing w:val="2"/>
          <w:rFonts w:ascii="QhZznecx+FZFSK" w:hAnsi="QhZznecx+FZFSK" w:eastAsia="QhZznecx+FZFSK"/>
          <w:color w:val="000000"/>
          <w:sz w:val="32"/>
        </w:rPr>
        <w:t>单项</w:t>
      </w:r>
      <w:r>
        <w:rPr>
          <w:rFonts w:ascii="QhZznecx+FZFSK" w:hAnsi="QhZznecx+FZFSK" w:eastAsia="QhZznecx+FZFSK"/>
          <w:color w:val="000000"/>
          <w:sz w:val="32"/>
        </w:rPr>
        <w:t>冠</w:t>
      </w:r>
      <w:r>
        <w:rPr>
          <w:spacing w:val="4"/>
          <w:rFonts w:ascii="QhZznecx+FZFSK" w:hAnsi="QhZznecx+FZFSK" w:eastAsia="QhZznecx+FZFSK"/>
          <w:color w:val="000000"/>
          <w:sz w:val="32"/>
        </w:rPr>
        <w:t>军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别给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对新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定的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2"/>
          <w:rFonts w:ascii="QhZznecx+FZFSK" w:hAnsi="QhZznecx+FZFSK" w:eastAsia="QhZznecx+FZFSK"/>
          <w:color w:val="000000"/>
          <w:sz w:val="32"/>
        </w:rPr>
        <w:t>家级</w:t>
      </w:r>
      <w:r>
        <w:rPr>
          <w:rFonts w:ascii="QhZznecx+FZFSK" w:hAnsi="QhZznecx+FZFSK" w:eastAsia="QhZznecx+FZFSK"/>
          <w:color w:val="000000"/>
          <w:sz w:val="32"/>
        </w:rPr>
        <w:t>智</w:t>
      </w:r>
      <w:r>
        <w:rPr>
          <w:spacing w:val="2"/>
          <w:rFonts w:ascii="QhZznecx+FZFSK" w:hAnsi="QhZznecx+FZFSK" w:eastAsia="QhZznecx+FZFSK"/>
          <w:color w:val="000000"/>
          <w:sz w:val="32"/>
        </w:rPr>
        <w:t>能化</w:t>
      </w:r>
      <w:r>
        <w:rPr>
          <w:rFonts w:ascii="QhZznecx+FZFSK" w:hAnsi="QhZznecx+FZFSK" w:eastAsia="QhZznecx+FZFSK"/>
          <w:color w:val="000000"/>
          <w:sz w:val="32"/>
        </w:rPr>
        <w:t>试</w:t>
      </w:r>
      <w:r>
        <w:rPr>
          <w:spacing w:val="4"/>
          <w:rFonts w:ascii="QhZznecx+FZFSK" w:hAnsi="QhZznecx+FZFSK" w:eastAsia="QhZznecx+FZFSK"/>
          <w:color w:val="000000"/>
          <w:sz w:val="32"/>
        </w:rPr>
        <w:t>点</w:t>
      </w:r>
      <w:r>
        <w:rPr>
          <w:rFonts w:ascii="QhZznecx+FZFSK" w:hAnsi="QhZznecx+FZFSK" w:eastAsia="QhZznecx+FZFSK"/>
          <w:color w:val="000000"/>
          <w:sz w:val="32"/>
        </w:rPr>
        <w:t>示范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spacing w:val="-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（项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目</w:t>
      </w:r>
      <w:r>
        <w:rPr>
          <w:spacing w:val="-6"/>
          <w:rFonts w:ascii="QhZznecx+FZFSK" w:hAnsi="QhZznecx+FZFSK" w:eastAsia="QhZznecx+FZFSK"/>
          <w:color w:val="000000"/>
          <w:sz w:val="32"/>
        </w:rPr>
        <w:t>）、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4"/>
          <w:rFonts w:ascii="QhZznecx+FZFSK" w:hAnsi="QhZznecx+FZFSK" w:eastAsia="QhZznecx+FZFSK"/>
          <w:color w:val="000000"/>
          <w:sz w:val="32"/>
        </w:rPr>
        <w:t>家级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业技</w:t>
      </w:r>
      <w:r>
        <w:rPr>
          <w:rFonts w:ascii="QhZznecx+FZFSK" w:hAnsi="QhZznecx+FZFSK" w:eastAsia="QhZznecx+FZFSK"/>
          <w:color w:val="000000"/>
          <w:sz w:val="32"/>
        </w:rPr>
        <w:t>术</w:t>
      </w:r>
      <w:r>
        <w:rPr>
          <w:spacing w:val="4"/>
          <w:rFonts w:ascii="QhZznecx+FZFSK" w:hAnsi="QhZznecx+FZFSK" w:eastAsia="QhZznecx+FZFSK"/>
          <w:color w:val="000000"/>
          <w:sz w:val="32"/>
        </w:rPr>
        <w:t>中</w:t>
      </w:r>
      <w:r>
        <w:rPr>
          <w:rFonts w:ascii="QhZznecx+FZFSK" w:hAnsi="QhZznecx+FZFSK" w:eastAsia="QhZznecx+FZFSK"/>
          <w:color w:val="000000"/>
          <w:sz w:val="32"/>
        </w:rPr>
        <w:t>心、</w:t>
      </w:r>
      <w:r>
        <w:rPr>
          <w:spacing w:val="4"/>
          <w:rFonts w:ascii="QhZznecx+FZFSK" w:hAnsi="QhZznecx+FZFSK" w:eastAsia="QhZznecx+FZFSK"/>
          <w:color w:val="000000"/>
          <w:sz w:val="32"/>
        </w:rPr>
        <w:t>国</w:t>
      </w:r>
      <w:r>
        <w:rPr>
          <w:rFonts w:ascii="QhZznecx+FZFSK" w:hAnsi="QhZznecx+FZFSK" w:eastAsia="QhZznecx+FZFSK"/>
          <w:color w:val="000000"/>
          <w:sz w:val="32"/>
        </w:rPr>
        <w:t>家级</w:t>
      </w:r>
      <w:r>
        <w:rPr>
          <w:spacing w:val="4"/>
          <w:rFonts w:ascii="QhZznecx+FZFSK" w:hAnsi="QhZznecx+FZFSK" w:eastAsia="QhZznecx+FZFSK"/>
          <w:color w:val="000000"/>
          <w:sz w:val="32"/>
        </w:rPr>
        <w:t>工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设</w:t>
      </w:r>
      <w:r>
        <w:rPr>
          <w:rFonts w:ascii="QhZznecx+FZFSK" w:hAnsi="QhZznecx+FZFSK" w:eastAsia="QhZznecx+FZFSK"/>
          <w:color w:val="000000"/>
          <w:sz w:val="32"/>
        </w:rPr>
        <w:t>计中</w:t>
      </w:r>
      <w:r>
        <w:rPr>
          <w:spacing w:val="2"/>
          <w:rFonts w:ascii="QhZznecx+FZFSK" w:hAnsi="QhZznecx+FZFSK" w:eastAsia="QhZznecx+FZFSK"/>
          <w:color w:val="000000"/>
          <w:sz w:val="32"/>
        </w:rPr>
        <w:t>心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4"/>
          <w:rFonts w:ascii="QhZznecx+FZFSK" w:hAnsi="QhZznecx+FZFSK" w:eastAsia="QhZznecx+FZFSK"/>
          <w:color w:val="000000"/>
          <w:sz w:val="32"/>
        </w:rPr>
        <w:t>别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78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对新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定的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2"/>
          <w:rFonts w:ascii="QhZznecx+FZFSK" w:hAnsi="QhZznecx+FZFSK" w:eastAsia="QhZznecx+FZFSK"/>
          <w:color w:val="000000"/>
          <w:sz w:val="32"/>
        </w:rPr>
        <w:t>家级</w:t>
      </w:r>
      <w:r>
        <w:rPr>
          <w:rFonts w:ascii="QhZznecx+FZFSK" w:hAnsi="QhZznecx+FZFSK" w:eastAsia="QhZznecx+FZFSK"/>
          <w:color w:val="000000"/>
          <w:sz w:val="32"/>
        </w:rPr>
        <w:t>绿</w:t>
      </w:r>
      <w:r>
        <w:rPr>
          <w:spacing w:val="2"/>
          <w:rFonts w:ascii="QhZznecx+FZFSK" w:hAnsi="QhZznecx+FZFSK" w:eastAsia="QhZznecx+FZFSK"/>
          <w:color w:val="000000"/>
          <w:sz w:val="32"/>
        </w:rPr>
        <w:t>色工</w:t>
      </w:r>
      <w:r>
        <w:rPr>
          <w:rFonts w:ascii="QhZznecx+FZFSK" w:hAnsi="QhZznecx+FZFSK" w:eastAsia="QhZznecx+FZFSK"/>
          <w:color w:val="000000"/>
          <w:sz w:val="32"/>
        </w:rPr>
        <w:t>厂</w:t>
      </w:r>
      <w:r>
        <w:rPr>
          <w:spacing w:val="-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绿</w:t>
      </w:r>
      <w:r>
        <w:rPr>
          <w:spacing w:val="2"/>
          <w:rFonts w:ascii="QhZznecx+FZFSK" w:hAnsi="QhZznecx+FZFSK" w:eastAsia="QhZznecx+FZFSK"/>
          <w:color w:val="000000"/>
          <w:sz w:val="32"/>
        </w:rPr>
        <w:t>色</w:t>
      </w:r>
      <w:r>
        <w:rPr>
          <w:rFonts w:ascii="QhZznecx+FZFSK" w:hAnsi="QhZznecx+FZFSK" w:eastAsia="QhZznecx+FZFSK"/>
          <w:color w:val="000000"/>
          <w:sz w:val="32"/>
        </w:rPr>
        <w:t>供</w:t>
      </w:r>
      <w:r>
        <w:rPr>
          <w:spacing w:val="2"/>
          <w:rFonts w:ascii="QhZznecx+FZFSK" w:hAnsi="QhZznecx+FZFSK" w:eastAsia="QhZznecx+FZFSK"/>
          <w:color w:val="000000"/>
          <w:sz w:val="32"/>
        </w:rPr>
        <w:t>应链</w:t>
      </w:r>
      <w:r>
        <w:rPr>
          <w:rFonts w:ascii="QhZznecx+FZFSK" w:hAnsi="QhZznecx+FZFSK" w:eastAsia="QhZznecx+FZFSK"/>
          <w:color w:val="000000"/>
          <w:sz w:val="32"/>
        </w:rPr>
        <w:t>管</w:t>
      </w:r>
      <w:r>
        <w:rPr>
          <w:spacing w:val="2"/>
          <w:rFonts w:ascii="QhZznecx+FZFSK" w:hAnsi="QhZznecx+FZFSK" w:eastAsia="QhZznecx+FZFSK"/>
          <w:color w:val="000000"/>
          <w:sz w:val="32"/>
        </w:rPr>
        <w:t>理企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绿</w:t>
      </w:r>
      <w:r>
        <w:rPr>
          <w:spacing w:val="4"/>
          <w:rFonts w:ascii="QhZznecx+FZFSK" w:hAnsi="QhZznecx+FZFSK" w:eastAsia="QhZznecx+FZFSK"/>
          <w:color w:val="000000"/>
          <w:sz w:val="32"/>
        </w:rPr>
        <w:t>色</w:t>
      </w:r>
      <w:r>
        <w:rPr>
          <w:rFonts w:ascii="QhZznecx+FZFSK" w:hAnsi="QhZznecx+FZFSK" w:eastAsia="QhZznecx+FZFSK"/>
          <w:color w:val="000000"/>
          <w:sz w:val="32"/>
        </w:rPr>
        <w:t>设</w:t>
      </w:r>
      <w:r>
        <w:rPr>
          <w:spacing w:val="2"/>
          <w:rFonts w:ascii="QhZznecx+FZFSK" w:hAnsi="QhZznecx+FZFSK" w:eastAsia="QhZznecx+FZFSK"/>
          <w:color w:val="000000"/>
          <w:sz w:val="32"/>
        </w:rPr>
        <w:t>计产</w:t>
      </w:r>
      <w:r>
        <w:rPr>
          <w:rFonts w:ascii="QhZznecx+FZFSK" w:hAnsi="QhZznecx+FZFSK" w:eastAsia="QhZznecx+FZFSK"/>
          <w:color w:val="000000"/>
          <w:sz w:val="32"/>
        </w:rPr>
        <w:t>品</w:t>
      </w:r>
      <w:r>
        <w:rPr>
          <w:spacing w:val="2"/>
          <w:rFonts w:ascii="QhZznecx+FZFSK" w:hAnsi="QhZznecx+FZFSK" w:eastAsia="QhZznecx+FZFSK"/>
          <w:color w:val="000000"/>
          <w:sz w:val="32"/>
        </w:rPr>
        <w:t>的分</w:t>
      </w:r>
      <w:r>
        <w:rPr>
          <w:rFonts w:ascii="QhZznecx+FZFSK" w:hAnsi="QhZznecx+FZFSK" w:eastAsia="QhZznecx+FZFSK"/>
          <w:color w:val="000000"/>
          <w:sz w:val="32"/>
        </w:rPr>
        <w:t>别</w:t>
      </w:r>
      <w:r>
        <w:rPr>
          <w:spacing w:val="4"/>
          <w:rFonts w:ascii="QhZznecx+FZFSK" w:hAnsi="QhZznecx+FZFSK" w:eastAsia="QhZznecx+FZFSK"/>
          <w:color w:val="000000"/>
          <w:sz w:val="32"/>
        </w:rPr>
        <w:t>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6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、4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定的</w:t>
      </w:r>
      <w:r>
        <w:rPr>
          <w:rFonts w:ascii="QhZznecx+FZFSK" w:hAnsi="QhZznecx+FZFSK" w:eastAsia="QhZznecx+FZFSK"/>
          <w:color w:val="000000"/>
          <w:sz w:val="32"/>
        </w:rPr>
        <w:t>省</w:t>
      </w:r>
      <w:r>
        <w:rPr>
          <w:spacing w:val="2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“未</w:t>
      </w:r>
      <w:r>
        <w:rPr>
          <w:spacing w:val="4"/>
          <w:rFonts w:ascii="QhZznecx+FZFSK" w:hAnsi="QhZznecx+FZFSK" w:eastAsia="QhZznecx+FZFSK"/>
          <w:color w:val="000000"/>
          <w:sz w:val="32"/>
        </w:rPr>
        <w:t>来</w:t>
      </w:r>
      <w:r>
        <w:rPr>
          <w:rFonts w:ascii="QhZznecx+FZFSK" w:hAnsi="QhZznecx+FZFSK" w:eastAsia="QhZznecx+FZFSK"/>
          <w:color w:val="000000"/>
          <w:sz w:val="32"/>
        </w:rPr>
        <w:t>工厂”企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元奖励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认定的</w:t>
      </w:r>
      <w:r>
        <w:rPr>
          <w:spacing w:val="2"/>
          <w:rFonts w:ascii="QhZznecx+FZFSK" w:hAnsi="QhZznecx+FZFSK" w:eastAsia="QhZznecx+FZFSK"/>
          <w:color w:val="000000"/>
          <w:sz w:val="32"/>
        </w:rPr>
        <w:t>省隐</w:t>
      </w:r>
      <w:r>
        <w:rPr>
          <w:rFonts w:ascii="QhZznecx+FZFSK" w:hAnsi="QhZznecx+FZFSK" w:eastAsia="QhZznecx+FZFSK"/>
          <w:color w:val="000000"/>
          <w:sz w:val="32"/>
        </w:rPr>
        <w:t>形</w:t>
      </w:r>
      <w:r>
        <w:rPr>
          <w:spacing w:val="2"/>
          <w:rFonts w:ascii="QhZznecx+FZFSK" w:hAnsi="QhZznecx+FZFSK" w:eastAsia="QhZznecx+FZFSK"/>
          <w:color w:val="000000"/>
          <w:sz w:val="32"/>
        </w:rPr>
        <w:t>冠军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spacing w:val="-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列</w:t>
      </w:r>
      <w:r>
        <w:rPr>
          <w:spacing w:val="2"/>
          <w:rFonts w:ascii="QhZznecx+FZFSK" w:hAnsi="QhZznecx+FZFSK" w:eastAsia="QhZznecx+FZFSK"/>
          <w:color w:val="000000"/>
          <w:sz w:val="32"/>
        </w:rPr>
        <w:t>入</w:t>
      </w:r>
      <w:r>
        <w:rPr>
          <w:rFonts w:ascii="QhZznecx+FZFSK" w:hAnsi="QhZznecx+FZFSK" w:eastAsia="QhZznecx+FZFSK"/>
          <w:color w:val="000000"/>
          <w:sz w:val="32"/>
        </w:rPr>
        <w:t>省</w:t>
      </w:r>
      <w:r>
        <w:rPr>
          <w:spacing w:val="4"/>
          <w:rFonts w:ascii="QhZznecx+FZFSK" w:hAnsi="QhZznecx+FZFSK" w:eastAsia="QhZznecx+FZFSK"/>
          <w:color w:val="000000"/>
          <w:sz w:val="32"/>
        </w:rPr>
        <w:t>单</w:t>
      </w:r>
      <w:r>
        <w:rPr>
          <w:rFonts w:ascii="QhZznecx+FZFSK" w:hAnsi="QhZznecx+FZFSK" w:eastAsia="QhZznecx+FZFSK"/>
          <w:color w:val="000000"/>
          <w:sz w:val="32"/>
        </w:rPr>
        <w:t>项冠</w:t>
      </w:r>
      <w:r>
        <w:rPr>
          <w:spacing w:val="4"/>
          <w:rFonts w:ascii="QhZznecx+FZFSK" w:hAnsi="QhZznecx+FZFSK" w:eastAsia="QhZznecx+FZFSK"/>
          <w:color w:val="000000"/>
          <w:sz w:val="32"/>
        </w:rPr>
        <w:t>军</w:t>
      </w:r>
      <w:r>
        <w:rPr>
          <w:rFonts w:ascii="QhZznecx+FZFSK" w:hAnsi="QhZznecx+FZFSK" w:eastAsia="QhZznecx+FZFSK"/>
          <w:color w:val="000000"/>
          <w:sz w:val="32"/>
        </w:rPr>
        <w:t>培</w:t>
      </w:r>
      <w:r>
        <w:rPr>
          <w:spacing w:val="8"/>
          <w:rFonts w:ascii="QhZznecx+FZFSK" w:hAnsi="QhZznecx+FZFSK" w:eastAsia="QhZznecx+FZFSK"/>
          <w:color w:val="000000"/>
          <w:sz w:val="32"/>
        </w:rPr>
        <w:t>育</w:t>
      </w:r>
      <w:r>
        <w:rPr>
          <w:spacing w:val="6"/>
          <w:rFonts w:ascii="QhZznecx+FZFSK" w:hAnsi="QhZznecx+FZFSK" w:eastAsia="QhZznecx+FZFSK"/>
          <w:color w:val="000000"/>
          <w:sz w:val="32"/>
        </w:rPr>
        <w:t>的</w:t>
      </w:r>
      <w:r>
        <w:rPr>
          <w:spacing w:val="8"/>
          <w:rFonts w:ascii="QhZznecx+FZFSK" w:hAnsi="QhZznecx+FZFSK" w:eastAsia="QhZznecx+FZFSK"/>
          <w:color w:val="000000"/>
          <w:sz w:val="32"/>
        </w:rPr>
        <w:t>企业给</w:t>
      </w:r>
      <w:r>
        <w:rPr>
          <w:rFonts w:ascii="QhZznecx+FZFSK" w:hAnsi="QhZznecx+FZFSK" w:eastAsia="QhZznecx+FZFSK"/>
          <w:color w:val="000000"/>
          <w:sz w:val="32"/>
        </w:rPr>
        <w:t>予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88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8"/>
          <w:rFonts w:ascii="QhZznecx+FZFSK" w:hAnsi="QhZznecx+FZFSK" w:eastAsia="QhZznecx+FZFSK"/>
          <w:color w:val="000000"/>
          <w:sz w:val="32"/>
        </w:rPr>
        <w:t>奖励。对</w:t>
      </w:r>
      <w:r>
        <w:rPr>
          <w:spacing w:val="6"/>
          <w:rFonts w:ascii="QhZznecx+FZFSK" w:hAnsi="QhZznecx+FZFSK" w:eastAsia="QhZznecx+FZFSK"/>
          <w:color w:val="000000"/>
          <w:sz w:val="32"/>
        </w:rPr>
        <w:t>新</w:t>
      </w:r>
      <w:r>
        <w:rPr>
          <w:spacing w:val="8"/>
          <w:rFonts w:ascii="QhZznecx+FZFSK" w:hAnsi="QhZznecx+FZFSK" w:eastAsia="QhZznecx+FZFSK"/>
          <w:color w:val="000000"/>
          <w:sz w:val="32"/>
        </w:rPr>
        <w:t>认定的省</w:t>
      </w:r>
      <w:r>
        <w:rPr>
          <w:spacing w:val="6"/>
          <w:rFonts w:ascii="QhZznecx+FZFSK" w:hAnsi="QhZznecx+FZFSK" w:eastAsia="QhZznecx+FZFSK"/>
          <w:color w:val="000000"/>
          <w:sz w:val="32"/>
        </w:rPr>
        <w:t>级</w:t>
      </w:r>
      <w:r>
        <w:rPr>
          <w:spacing w:val="10"/>
          <w:rFonts w:ascii="QhZznecx+FZFSK" w:hAnsi="QhZznecx+FZFSK" w:eastAsia="QhZznecx+FZFSK"/>
          <w:color w:val="000000"/>
          <w:sz w:val="32"/>
        </w:rPr>
        <w:t>智</w:t>
      </w:r>
      <w:r>
        <w:rPr>
          <w:spacing w:val="8"/>
          <w:rFonts w:ascii="QhZznecx+FZFSK" w:hAnsi="QhZznecx+FZFSK" w:eastAsia="QhZznecx+FZFSK"/>
          <w:color w:val="000000"/>
          <w:sz w:val="32"/>
        </w:rPr>
        <w:t>能工</w:t>
      </w:r>
      <w:r>
        <w:rPr>
          <w:spacing w:val="6"/>
          <w:rFonts w:ascii="QhZznecx+FZFSK" w:hAnsi="QhZznecx+FZFSK" w:eastAsia="QhZznecx+FZFSK"/>
          <w:color w:val="000000"/>
          <w:sz w:val="32"/>
        </w:rPr>
        <w:t>厂</w:t>
      </w:r>
      <w:r>
        <w:rPr>
          <w:spacing w:val="8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数</w:t>
      </w:r>
      <w:r>
        <w:rPr>
          <w:spacing w:val="8"/>
          <w:rFonts w:ascii="QhZznecx+FZFSK" w:hAnsi="QhZznecx+FZFSK" w:eastAsia="QhZznecx+FZFSK"/>
          <w:color w:val="000000"/>
          <w:sz w:val="32"/>
        </w:rPr>
        <w:t>字</w:t>
      </w:r>
      <w:r>
        <w:rPr>
          <w:spacing w:val="6"/>
          <w:rFonts w:ascii="QhZznecx+FZFSK" w:hAnsi="QhZznecx+FZFSK" w:eastAsia="QhZznecx+FZFSK"/>
          <w:color w:val="000000"/>
          <w:sz w:val="32"/>
        </w:rPr>
        <w:t>化</w:t>
      </w:r>
      <w:r>
        <w:rPr>
          <w:spacing w:val="8"/>
          <w:rFonts w:ascii="QhZznecx+FZFSK" w:hAnsi="QhZznecx+FZFSK" w:eastAsia="QhZznecx+FZFSK"/>
          <w:color w:val="000000"/>
          <w:sz w:val="32"/>
        </w:rPr>
        <w:t>车间）给</w:t>
      </w:r>
      <w:r>
        <w:rPr>
          <w:spacing w:val="86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spacing w:val="6"/>
          <w:rFonts w:ascii="QhZznecx+FZFSK" w:hAnsi="QhZznecx+FZFSK" w:eastAsia="QhZznecx+FZFSK"/>
          <w:color w:val="000000"/>
          <w:sz w:val="32"/>
        </w:rPr>
        <w:t>万</w:t>
      </w:r>
      <w:r>
        <w:rPr>
          <w:spacing w:val="8"/>
          <w:rFonts w:ascii="QhZznecx+FZFSK" w:hAnsi="QhZznecx+FZFSK" w:eastAsia="QhZznecx+FZFSK"/>
          <w:color w:val="000000"/>
          <w:sz w:val="32"/>
        </w:rPr>
        <w:t>元奖励。</w:t>
      </w:r>
      <w:r>
        <w:rPr>
          <w:spacing w:val="6"/>
          <w:rFonts w:ascii="QhZznecx+FZFSK" w:hAnsi="QhZznecx+FZFSK" w:eastAsia="QhZznecx+FZFSK"/>
          <w:color w:val="000000"/>
          <w:sz w:val="32"/>
        </w:rPr>
        <w:t>对</w:t>
      </w:r>
      <w:r>
        <w:rPr>
          <w:spacing w:val="8"/>
          <w:rFonts w:ascii="QhZznecx+FZFSK" w:hAnsi="QhZznecx+FZFSK" w:eastAsia="QhZznecx+FZFSK"/>
          <w:color w:val="000000"/>
          <w:sz w:val="32"/>
        </w:rPr>
        <w:t>新认定的</w:t>
      </w:r>
      <w:r>
        <w:rPr>
          <w:spacing w:val="6"/>
          <w:rFonts w:ascii="QhZznecx+FZFSK" w:hAnsi="QhZznecx+FZFSK" w:eastAsia="QhZznecx+FZFSK"/>
          <w:color w:val="000000"/>
          <w:sz w:val="32"/>
        </w:rPr>
        <w:t>省</w:t>
      </w:r>
      <w:r>
        <w:rPr>
          <w:spacing w:val="8"/>
          <w:rFonts w:ascii="QhZznecx+FZFSK" w:hAnsi="QhZznecx+FZFSK" w:eastAsia="QhZznecx+FZFSK"/>
          <w:color w:val="000000"/>
          <w:sz w:val="32"/>
        </w:rPr>
        <w:t>专</w:t>
      </w:r>
      <w:r>
        <w:rPr>
          <w:spacing w:val="10"/>
          <w:rFonts w:ascii="QhZznecx+FZFSK" w:hAnsi="QhZznecx+FZFSK" w:eastAsia="QhZznecx+FZFSK"/>
          <w:color w:val="000000"/>
          <w:sz w:val="32"/>
        </w:rPr>
        <w:t>精</w:t>
      </w:r>
      <w:r>
        <w:rPr>
          <w:spacing w:val="8"/>
          <w:rFonts w:ascii="QhZznecx+FZFSK" w:hAnsi="QhZznecx+FZFSK" w:eastAsia="QhZznecx+FZFSK"/>
          <w:color w:val="000000"/>
          <w:sz w:val="32"/>
        </w:rPr>
        <w:t>特</w:t>
      </w:r>
      <w:r>
        <w:rPr>
          <w:spacing w:val="6"/>
          <w:rFonts w:ascii="QhZznecx+FZFSK" w:hAnsi="QhZznecx+FZFSK" w:eastAsia="QhZznecx+FZFSK"/>
          <w:color w:val="000000"/>
          <w:sz w:val="32"/>
        </w:rPr>
        <w:t>新</w:t>
      </w:r>
      <w:r>
        <w:rPr>
          <w:spacing w:val="8"/>
          <w:rFonts w:ascii="QhZznecx+FZFSK" w:hAnsi="QhZznecx+FZFSK" w:eastAsia="QhZznecx+FZFSK"/>
          <w:color w:val="000000"/>
          <w:sz w:val="32"/>
        </w:rPr>
        <w:t>中</w:t>
      </w:r>
      <w:r>
        <w:rPr>
          <w:rFonts w:ascii="QhZznecx+FZFSK" w:hAnsi="QhZznecx+FZFSK" w:eastAsia="QhZznecx+FZFSK"/>
          <w:color w:val="000000"/>
          <w:sz w:val="32"/>
        </w:rPr>
        <w:t>小</w:t>
      </w:r>
      <w:r>
        <w:rPr>
          <w:spacing w:val="10"/>
          <w:rFonts w:ascii="QhZznecx+FZFSK" w:hAnsi="QhZznecx+FZFSK" w:eastAsia="QhZznecx+FZFSK"/>
          <w:color w:val="000000"/>
          <w:sz w:val="32"/>
        </w:rPr>
        <w:t>企</w:t>
      </w:r>
      <w:r>
        <w:rPr>
          <w:spacing w:val="12"/>
          <w:rFonts w:ascii="QhZznecx+FZFSK" w:hAnsi="QhZznecx+FZFSK" w:eastAsia="QhZznecx+FZFSK"/>
          <w:color w:val="000000"/>
          <w:sz w:val="32"/>
        </w:rPr>
        <w:t>业</w:t>
      </w:r>
      <w:r>
        <w:rPr>
          <w:spacing w:val="10"/>
          <w:rFonts w:ascii="QhZznecx+FZFSK" w:hAnsi="QhZznecx+FZFSK" w:eastAsia="QhZznecx+FZFSK"/>
          <w:color w:val="000000"/>
          <w:sz w:val="32"/>
        </w:rPr>
        <w:t>、省级企</w:t>
      </w:r>
      <w:r>
        <w:rPr>
          <w:spacing w:val="12"/>
          <w:rFonts w:ascii="QhZznecx+FZFSK" w:hAnsi="QhZznecx+FZFSK" w:eastAsia="QhZznecx+FZFSK"/>
          <w:color w:val="000000"/>
          <w:sz w:val="32"/>
        </w:rPr>
        <w:t>业</w:t>
      </w:r>
      <w:r>
        <w:rPr>
          <w:spacing w:val="10"/>
          <w:rFonts w:ascii="QhZznecx+FZFSK" w:hAnsi="QhZznecx+FZFSK" w:eastAsia="QhZznecx+FZFSK"/>
          <w:color w:val="000000"/>
          <w:sz w:val="32"/>
        </w:rPr>
        <w:t>技术</w:t>
      </w:r>
      <w:r>
        <w:rPr>
          <w:spacing w:val="14"/>
          <w:rFonts w:ascii="QhZznecx+FZFSK" w:hAnsi="QhZznecx+FZFSK" w:eastAsia="QhZznecx+FZFSK"/>
          <w:color w:val="000000"/>
          <w:sz w:val="32"/>
        </w:rPr>
        <w:t>中</w:t>
      </w:r>
      <w:r>
        <w:rPr>
          <w:spacing w:val="10"/>
          <w:rFonts w:ascii="QhZznecx+FZFSK" w:hAnsi="QhZznecx+FZFSK" w:eastAsia="QhZznecx+FZFSK"/>
          <w:color w:val="000000"/>
          <w:sz w:val="32"/>
        </w:rPr>
        <w:t>心、</w:t>
      </w:r>
      <w:r>
        <w:rPr>
          <w:spacing w:val="12"/>
          <w:rFonts w:ascii="QhZznecx+FZFSK" w:hAnsi="QhZznecx+FZFSK" w:eastAsia="QhZznecx+FZFSK"/>
          <w:color w:val="000000"/>
          <w:sz w:val="32"/>
        </w:rPr>
        <w:t>省</w:t>
      </w:r>
      <w:r>
        <w:rPr>
          <w:spacing w:val="10"/>
          <w:rFonts w:ascii="QhZznecx+FZFSK" w:hAnsi="QhZznecx+FZFSK" w:eastAsia="QhZznecx+FZFSK"/>
          <w:color w:val="000000"/>
          <w:sz w:val="32"/>
        </w:rPr>
        <w:t>级工</w:t>
      </w:r>
      <w:r>
        <w:rPr>
          <w:spacing w:val="12"/>
          <w:rFonts w:ascii="QhZznecx+FZFSK" w:hAnsi="QhZznecx+FZFSK" w:eastAsia="QhZznecx+FZFSK"/>
          <w:color w:val="000000"/>
          <w:sz w:val="32"/>
        </w:rPr>
        <w:t>业</w:t>
      </w:r>
      <w:r>
        <w:rPr>
          <w:spacing w:val="10"/>
          <w:rFonts w:ascii="QhZznecx+FZFSK" w:hAnsi="QhZznecx+FZFSK" w:eastAsia="QhZznecx+FZFSK"/>
          <w:color w:val="000000"/>
          <w:sz w:val="32"/>
        </w:rPr>
        <w:t>设计</w:t>
      </w:r>
      <w:r>
        <w:rPr>
          <w:spacing w:val="12"/>
          <w:rFonts w:ascii="QhZznecx+FZFSK" w:hAnsi="QhZznecx+FZFSK" w:eastAsia="QhZznecx+FZFSK"/>
          <w:color w:val="000000"/>
          <w:sz w:val="32"/>
        </w:rPr>
        <w:t>中</w:t>
      </w:r>
      <w:r>
        <w:rPr>
          <w:spacing w:val="10"/>
          <w:rFonts w:ascii="QhZznecx+FZFSK" w:hAnsi="QhZznecx+FZFSK" w:eastAsia="QhZznecx+FZFSK"/>
          <w:color w:val="000000"/>
          <w:sz w:val="32"/>
        </w:rPr>
        <w:t>心分</w:t>
      </w:r>
      <w:r>
        <w:rPr>
          <w:spacing w:val="12"/>
          <w:rFonts w:ascii="QhZznecx+FZFSK" w:hAnsi="QhZznecx+FZFSK" w:eastAsia="QhZznecx+FZFSK"/>
          <w:color w:val="000000"/>
          <w:sz w:val="32"/>
        </w:rPr>
        <w:t>别</w:t>
      </w:r>
      <w:r>
        <w:rPr>
          <w:spacing w:val="10"/>
          <w:rFonts w:ascii="QhZznecx+FZFSK" w:hAnsi="QhZznecx+FZFSK" w:eastAsia="QhZznecx+FZFSK"/>
          <w:color w:val="000000"/>
          <w:sz w:val="32"/>
        </w:rPr>
        <w:t>给</w:t>
      </w:r>
      <w:r>
        <w:rPr>
          <w:rFonts w:ascii="QhZznecx+FZFSK" w:hAnsi="QhZznecx+FZFSK" w:eastAsia="QhZznecx+FZFSK"/>
          <w:color w:val="000000"/>
          <w:sz w:val="32"/>
        </w:rPr>
        <w:t>予</w:t>
      </w:r>
      <w:r>
        <w:rPr>
          <w:spacing w:val="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30</w:t>
      </w:r>
    </w:p>
    <w:p>
      <w:pPr>
        <w:autoSpaceDN w:val="0"/>
        <w:autoSpaceDE w:val="0"/>
        <w:widowControl/>
        <w:spacing w:line="348" w:lineRule="exact" w:before="324" w:after="0"/>
        <w:ind w:left="360" w:right="0" w:firstLine="0"/>
        <w:jc w:val="lef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4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4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tabs>
          <w:tab w:pos="976" w:val="left"/>
          <w:tab w:pos="1000" w:val="left"/>
        </w:tabs>
        <w:autoSpaceDE w:val="0"/>
        <w:widowControl/>
        <w:spacing w:line="570" w:lineRule="exact" w:before="0" w:after="0"/>
        <w:ind w:left="360" w:right="144" w:firstLine="0"/>
        <w:jc w:val="left"/>
      </w:pPr>
      <w:r>
        <w:rPr>
          <w:spacing w:val="2"/>
          <w:rFonts w:ascii="QhZznecx+FZFSK" w:hAnsi="QhZznecx+FZFSK" w:eastAsia="QhZznecx+FZFSK"/>
          <w:color w:val="000000"/>
          <w:sz w:val="32"/>
        </w:rPr>
        <w:t>万元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5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同</w:t>
      </w:r>
      <w:r>
        <w:rPr>
          <w:spacing w:val="4"/>
          <w:rFonts w:ascii="QhZznecx+FZFSK" w:hAnsi="QhZznecx+FZFSK" w:eastAsia="QhZznecx+FZFSK"/>
          <w:color w:val="000000"/>
          <w:sz w:val="32"/>
        </w:rPr>
        <w:t>一</w:t>
      </w:r>
      <w:r>
        <w:rPr>
          <w:rFonts w:ascii="QhZznecx+FZFSK" w:hAnsi="QhZznecx+FZFSK" w:eastAsia="QhZznecx+FZFSK"/>
          <w:color w:val="000000"/>
          <w:sz w:val="32"/>
        </w:rPr>
        <w:t>事项</w:t>
      </w:r>
      <w:r>
        <w:rPr>
          <w:spacing w:val="4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档奖</w:t>
      </w:r>
      <w:r>
        <w:rPr>
          <w:spacing w:val="4"/>
          <w:rFonts w:ascii="QhZznecx+FZFSK" w:hAnsi="QhZznecx+FZFSK" w:eastAsia="QhZznecx+FZFSK"/>
          <w:color w:val="000000"/>
          <w:sz w:val="32"/>
        </w:rPr>
        <w:t>补</w:t>
      </w:r>
      <w:r>
        <w:rPr>
          <w:rFonts w:ascii="QhZznecx+FZFSK" w:hAnsi="QhZznecx+FZFSK" w:eastAsia="QhZznecx+FZFSK"/>
          <w:color w:val="000000"/>
          <w:sz w:val="32"/>
        </w:rPr>
        <w:t>的实</w:t>
      </w:r>
      <w:r>
        <w:rPr>
          <w:spacing w:val="4"/>
          <w:rFonts w:ascii="QhZznecx+FZFSK" w:hAnsi="QhZznecx+FZFSK" w:eastAsia="QhZznecx+FZFSK"/>
          <w:color w:val="000000"/>
          <w:sz w:val="32"/>
        </w:rPr>
        <w:t>行</w:t>
      </w:r>
      <w:r>
        <w:rPr>
          <w:rFonts w:ascii="QhZznecx+FZFSK" w:hAnsi="QhZznecx+FZFSK" w:eastAsia="QhZznecx+FZFSK"/>
          <w:color w:val="000000"/>
          <w:sz w:val="32"/>
        </w:rPr>
        <w:t>进档</w:t>
      </w:r>
      <w:r>
        <w:rPr>
          <w:spacing w:val="4"/>
          <w:rFonts w:ascii="QhZznecx+FZFSK" w:hAnsi="QhZznecx+FZFSK" w:eastAsia="QhZznecx+FZFSK"/>
          <w:color w:val="000000"/>
          <w:sz w:val="32"/>
        </w:rPr>
        <w:t>补</w:t>
      </w:r>
      <w:r>
        <w:rPr>
          <w:rFonts w:ascii="QhZznecx+FZFSK" w:hAnsi="QhZznecx+FZFSK" w:eastAsia="QhZznecx+FZFSK"/>
          <w:color w:val="000000"/>
          <w:sz w:val="32"/>
        </w:rPr>
        <w:t>差</w:t>
      </w:r>
      <w:r>
        <w:rPr>
          <w:spacing w:val="-11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（责</w:t>
      </w:r>
      <w:r>
        <w:rPr>
          <w:spacing w:val="4"/>
          <w:rFonts w:ascii="oWgGuaTQ+FZKTK" w:hAnsi="oWgGuaTQ+FZKTK" w:eastAsia="oWgGuaTQ+FZKTK"/>
          <w:color w:val="000000"/>
          <w:sz w:val="32"/>
        </w:rPr>
        <w:t>任</w:t>
      </w:r>
      <w:r>
        <w:rPr>
          <w:rFonts w:ascii="oWgGuaTQ+FZKTK" w:hAnsi="oWgGuaTQ+FZKTK" w:eastAsia="oWgGuaTQ+FZKTK"/>
          <w:color w:val="000000"/>
          <w:sz w:val="32"/>
        </w:rPr>
        <w:t>单位：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市经</w:t>
      </w:r>
      <w:r>
        <w:rPr>
          <w:rFonts w:ascii="oWgGuaTQ+FZKTK" w:hAnsi="oWgGuaTQ+FZKTK" w:eastAsia="oWgGuaTQ+FZKTK"/>
          <w:color w:val="000000"/>
          <w:sz w:val="32"/>
        </w:rPr>
        <w:t>信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8</w:t>
      </w:r>
      <w:r>
        <w:rPr>
          <w:spacing w:val="2"/>
          <w:rFonts w:ascii="QhZznecx+FZFSK" w:hAnsi="QhZznecx+FZFSK" w:eastAsia="QhZznecx+FZFSK"/>
          <w:color w:val="000000"/>
          <w:sz w:val="32"/>
        </w:rPr>
        <w:t>.</w:t>
      </w:r>
      <w:r>
        <w:rPr>
          <w:spacing w:val="4"/>
          <w:rFonts w:ascii="QhZznecx+FZFSK" w:hAnsi="QhZznecx+FZFSK" w:eastAsia="QhZznecx+FZFSK"/>
          <w:color w:val="000000"/>
          <w:sz w:val="32"/>
        </w:rPr>
        <w:t>支持企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科技创新。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对</w:t>
      </w:r>
      <w:r>
        <w:rPr>
          <w:spacing w:val="6"/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度研</w:t>
      </w:r>
      <w:r>
        <w:rPr>
          <w:spacing w:val="2"/>
          <w:rFonts w:ascii="QhZznecx+FZFSK" w:hAnsi="QhZznecx+FZFSK" w:eastAsia="QhZznecx+FZFSK"/>
          <w:color w:val="000000"/>
          <w:sz w:val="32"/>
        </w:rPr>
        <w:t>发</w:t>
      </w:r>
      <w:r>
        <w:rPr>
          <w:spacing w:val="4"/>
          <w:rFonts w:ascii="QhZznecx+FZFSK" w:hAnsi="QhZznecx+FZFSK" w:eastAsia="QhZznecx+FZFSK"/>
          <w:color w:val="000000"/>
          <w:sz w:val="32"/>
        </w:rPr>
        <w:t>经</w:t>
      </w:r>
      <w:r>
        <w:rPr>
          <w:spacing w:val="2"/>
          <w:rFonts w:ascii="QhZznecx+FZFSK" w:hAnsi="QhZznecx+FZFSK" w:eastAsia="QhZznecx+FZFSK"/>
          <w:color w:val="000000"/>
          <w:sz w:val="32"/>
        </w:rPr>
        <w:t>费投</w:t>
      </w:r>
      <w:r>
        <w:rPr>
          <w:spacing w:val="86"/>
          <w:rFonts w:ascii="QhZznecx+FZFSK" w:hAnsi="QhZznecx+FZFSK" w:eastAsia="QhZznecx+FZFSK"/>
          <w:color w:val="000000"/>
          <w:sz w:val="32"/>
        </w:rPr>
        <w:t>入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</w:t>
      </w:r>
      <w:r>
        <w:rPr>
          <w:spacing w:val="6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spacing w:val="6"/>
          <w:rFonts w:ascii="QhZznecx+FZFSK" w:hAnsi="QhZznecx+FZFSK" w:eastAsia="QhZznecx+FZFSK"/>
          <w:color w:val="000000"/>
          <w:sz w:val="32"/>
        </w:rPr>
        <w:t>、</w:t>
      </w:r>
      <w:r>
        <w:rPr>
          <w:spacing w:val="4"/>
          <w:rFonts w:ascii="QhZznecx+FZFSK" w:hAnsi="QhZznecx+FZFSK" w:eastAsia="QhZznecx+FZFSK"/>
          <w:color w:val="000000"/>
          <w:sz w:val="32"/>
        </w:rPr>
        <w:t>同</w:t>
      </w:r>
      <w:r>
        <w:rPr>
          <w:spacing w:val="6"/>
          <w:rFonts w:ascii="QhZznecx+FZFSK" w:hAnsi="QhZznecx+FZFSK" w:eastAsia="QhZznecx+FZFSK"/>
          <w:color w:val="000000"/>
          <w:sz w:val="32"/>
        </w:rPr>
        <w:t>比</w:t>
      </w:r>
      <w:r>
        <w:rPr>
          <w:spacing w:val="2"/>
          <w:rFonts w:ascii="QhZznecx+FZFSK" w:hAnsi="QhZznecx+FZFSK" w:eastAsia="QhZznecx+FZFSK"/>
          <w:color w:val="000000"/>
          <w:sz w:val="32"/>
        </w:rPr>
        <w:t>增</w:t>
      </w:r>
      <w:r>
        <w:rPr>
          <w:spacing w:val="84"/>
          <w:rFonts w:ascii="QhZznecx+FZFSK" w:hAnsi="QhZznecx+FZFSK" w:eastAsia="QhZznecx+FZFSK"/>
          <w:color w:val="000000"/>
          <w:sz w:val="32"/>
        </w:rPr>
        <w:t>长</w:t>
      </w:r>
      <w:r>
        <w:rPr>
          <w:rFonts w:ascii="QhZznecx+FZFSK" w:hAnsi="QhZznecx+FZFSK" w:eastAsia="QhZznecx+FZFSK"/>
          <w:color w:val="000000"/>
          <w:sz w:val="32"/>
        </w:rPr>
        <w:t>20</w:t>
      </w:r>
      <w:r>
        <w:rPr>
          <w:spacing w:val="6"/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spacing w:val="2"/>
          <w:rFonts w:ascii="QhZznecx+FZFSK" w:hAnsi="QhZznecx+FZFSK" w:eastAsia="QhZznecx+FZFSK"/>
          <w:color w:val="000000"/>
          <w:sz w:val="32"/>
        </w:rPr>
        <w:t>的企</w:t>
      </w:r>
      <w:r>
        <w:rPr>
          <w:spacing w:val="6"/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spacing w:val="6"/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统</w:t>
      </w:r>
      <w:r>
        <w:rPr>
          <w:spacing w:val="6"/>
          <w:rFonts w:ascii="QhZznecx+FZFSK" w:hAnsi="QhZznecx+FZFSK" w:eastAsia="QhZznecx+FZFSK"/>
          <w:color w:val="000000"/>
          <w:sz w:val="32"/>
        </w:rPr>
        <w:t>计</w:t>
      </w:r>
      <w:r>
        <w:rPr>
          <w:spacing w:val="2"/>
          <w:rFonts w:ascii="QhZznecx+FZFSK" w:hAnsi="QhZznecx+FZFSK" w:eastAsia="QhZznecx+FZFSK"/>
          <w:color w:val="000000"/>
          <w:sz w:val="32"/>
        </w:rPr>
        <w:t>年报</w:t>
      </w:r>
      <w:r>
        <w:rPr>
          <w:spacing w:val="4"/>
          <w:rFonts w:ascii="QhZznecx+FZFSK" w:hAnsi="QhZznecx+FZFSK" w:eastAsia="QhZznecx+FZFSK"/>
          <w:color w:val="000000"/>
          <w:sz w:val="32"/>
        </w:rPr>
        <w:t>为</w:t>
      </w:r>
      <w:r>
        <w:rPr>
          <w:spacing w:val="2"/>
          <w:rFonts w:ascii="QhZznecx+FZFSK" w:hAnsi="QhZznecx+FZFSK" w:eastAsia="QhZznecx+FZFSK"/>
          <w:color w:val="000000"/>
          <w:sz w:val="32"/>
        </w:rPr>
        <w:t>准</w:t>
      </w:r>
      <w:r>
        <w:rPr>
          <w:spacing w:val="6"/>
          <w:rFonts w:ascii="QhZznecx+FZFSK" w:hAnsi="QhZznecx+FZFSK" w:eastAsia="QhZznecx+FZFSK"/>
          <w:color w:val="000000"/>
          <w:sz w:val="32"/>
        </w:rPr>
        <w:t>）</w:t>
      </w:r>
      <w:r>
        <w:rPr>
          <w:spacing w:val="4"/>
          <w:rFonts w:ascii="QhZznecx+FZFSK" w:hAnsi="QhZznecx+FZFSK" w:eastAsia="QhZznecx+FZFSK"/>
          <w:color w:val="000000"/>
          <w:sz w:val="32"/>
        </w:rPr>
        <w:t>，在</w:t>
      </w:r>
      <w:r>
        <w:rPr>
          <w:spacing w:val="2"/>
          <w:rFonts w:ascii="QhZznecx+FZFSK" w:hAnsi="QhZznecx+FZFSK" w:eastAsia="QhZznecx+FZFSK"/>
          <w:color w:val="000000"/>
          <w:sz w:val="32"/>
        </w:rPr>
        <w:t>研</w:t>
      </w:r>
      <w:r>
        <w:rPr>
          <w:rFonts w:ascii="QhZznecx+FZFSK" w:hAnsi="QhZznecx+FZFSK" w:eastAsia="QhZznecx+FZFSK"/>
          <w:color w:val="000000"/>
          <w:sz w:val="32"/>
        </w:rPr>
        <w:t>发</w:t>
      </w:r>
      <w:r>
        <w:rPr>
          <w:spacing w:val="10"/>
          <w:rFonts w:ascii="QhZznecx+FZFSK" w:hAnsi="QhZznecx+FZFSK" w:eastAsia="QhZznecx+FZFSK"/>
          <w:color w:val="000000"/>
          <w:sz w:val="32"/>
        </w:rPr>
        <w:t>经</w:t>
      </w:r>
      <w:r>
        <w:rPr>
          <w:spacing w:val="12"/>
          <w:rFonts w:ascii="QhZznecx+FZFSK" w:hAnsi="QhZznecx+FZFSK" w:eastAsia="QhZznecx+FZFSK"/>
          <w:color w:val="000000"/>
          <w:sz w:val="32"/>
        </w:rPr>
        <w:t>费</w:t>
      </w:r>
      <w:r>
        <w:rPr>
          <w:spacing w:val="10"/>
          <w:rFonts w:ascii="QhZznecx+FZFSK" w:hAnsi="QhZznecx+FZFSK" w:eastAsia="QhZznecx+FZFSK"/>
          <w:color w:val="000000"/>
          <w:sz w:val="32"/>
        </w:rPr>
        <w:t>投</w:t>
      </w:r>
      <w:r>
        <w:rPr>
          <w:spacing w:val="12"/>
          <w:rFonts w:ascii="QhZznecx+FZFSK" w:hAnsi="QhZznecx+FZFSK" w:eastAsia="QhZznecx+FZFSK"/>
          <w:color w:val="000000"/>
          <w:sz w:val="32"/>
        </w:rPr>
        <w:t>入</w:t>
      </w:r>
      <w:r>
        <w:rPr>
          <w:spacing w:val="10"/>
          <w:rFonts w:ascii="QhZznecx+FZFSK" w:hAnsi="QhZznecx+FZFSK" w:eastAsia="QhZznecx+FZFSK"/>
          <w:color w:val="000000"/>
          <w:sz w:val="32"/>
        </w:rPr>
        <w:t>占营</w:t>
      </w:r>
      <w:r>
        <w:rPr>
          <w:spacing w:val="12"/>
          <w:rFonts w:ascii="QhZznecx+FZFSK" w:hAnsi="QhZznecx+FZFSK" w:eastAsia="QhZznecx+FZFSK"/>
          <w:color w:val="000000"/>
          <w:sz w:val="32"/>
        </w:rPr>
        <w:t>业</w:t>
      </w:r>
      <w:r>
        <w:rPr>
          <w:spacing w:val="10"/>
          <w:rFonts w:ascii="QhZznecx+FZFSK" w:hAnsi="QhZznecx+FZFSK" w:eastAsia="QhZznecx+FZFSK"/>
          <w:color w:val="000000"/>
          <w:sz w:val="32"/>
        </w:rPr>
        <w:t>收</w:t>
      </w:r>
      <w:r>
        <w:rPr>
          <w:spacing w:val="12"/>
          <w:rFonts w:ascii="QhZznecx+FZFSK" w:hAnsi="QhZznecx+FZFSK" w:eastAsia="QhZznecx+FZFSK"/>
          <w:color w:val="000000"/>
          <w:sz w:val="32"/>
        </w:rPr>
        <w:t>入</w:t>
      </w:r>
      <w:r>
        <w:rPr>
          <w:spacing w:val="10"/>
          <w:rFonts w:ascii="QhZznecx+FZFSK" w:hAnsi="QhZznecx+FZFSK" w:eastAsia="QhZznecx+FZFSK"/>
          <w:color w:val="000000"/>
          <w:sz w:val="32"/>
        </w:rPr>
        <w:t>比</w:t>
      </w:r>
      <w:r>
        <w:rPr>
          <w:spacing w:val="12"/>
          <w:rFonts w:ascii="QhZznecx+FZFSK" w:hAnsi="QhZznecx+FZFSK" w:eastAsia="QhZznecx+FZFSK"/>
          <w:color w:val="000000"/>
          <w:sz w:val="32"/>
        </w:rPr>
        <w:t>重</w:t>
      </w:r>
      <w:r>
        <w:rPr>
          <w:spacing w:val="88"/>
          <w:rFonts w:ascii="QhZznecx+FZFSK" w:hAnsi="QhZznecx+FZFSK" w:eastAsia="QhZznecx+FZFSK"/>
          <w:color w:val="000000"/>
          <w:sz w:val="32"/>
        </w:rPr>
        <w:t>达</w:t>
      </w:r>
      <w:r>
        <w:rPr>
          <w:rFonts w:ascii="QhZznecx+FZFSK" w:hAnsi="QhZznecx+FZFSK" w:eastAsia="QhZznecx+FZFSK"/>
          <w:color w:val="000000"/>
          <w:sz w:val="32"/>
        </w:rPr>
        <w:t>3.</w:t>
      </w:r>
      <w:r>
        <w:rPr>
          <w:spacing w:val="2"/>
          <w:rFonts w:ascii="QhZznecx+FZFSK" w:hAnsi="QhZznecx+FZFSK" w:eastAsia="QhZznecx+FZFSK"/>
          <w:color w:val="000000"/>
          <w:sz w:val="32"/>
        </w:rPr>
        <w:t>5</w:t>
      </w:r>
      <w:r>
        <w:rPr>
          <w:spacing w:val="12"/>
          <w:rFonts w:ascii="QhZznecx+FZFSK" w:hAnsi="QhZznecx+FZFSK" w:eastAsia="QhZznecx+FZFSK"/>
          <w:color w:val="000000"/>
          <w:sz w:val="32"/>
        </w:rPr>
        <w:t>%</w:t>
      </w:r>
      <w:r>
        <w:rPr>
          <w:spacing w:val="10"/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4</w:t>
      </w:r>
      <w:r>
        <w:rPr>
          <w:rFonts w:ascii="QhZznecx+FZFSK" w:hAnsi="QhZznecx+FZFSK" w:eastAsia="QhZznecx+FZFSK"/>
          <w:color w:val="000000"/>
          <w:sz w:val="32"/>
        </w:rPr>
        <w:t>.5</w:t>
      </w:r>
      <w:r>
        <w:rPr>
          <w:spacing w:val="12"/>
          <w:rFonts w:ascii="QhZznecx+FZFSK" w:hAnsi="QhZznecx+FZFSK" w:eastAsia="QhZznecx+FZFSK"/>
          <w:color w:val="000000"/>
          <w:sz w:val="32"/>
        </w:rPr>
        <w:t>%</w:t>
      </w:r>
      <w:r>
        <w:rPr>
          <w:spacing w:val="10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.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14"/>
          <w:rFonts w:ascii="QhZznecx+FZFSK" w:hAnsi="QhZznecx+FZFSK" w:eastAsia="QhZznecx+FZFSK"/>
          <w:color w:val="000000"/>
          <w:sz w:val="32"/>
        </w:rPr>
        <w:t>%</w:t>
      </w:r>
      <w:r>
        <w:rPr>
          <w:spacing w:val="8"/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6.</w:t>
      </w:r>
      <w:r>
        <w:rPr>
          <w:spacing w:val="2"/>
          <w:rFonts w:ascii="QhZznecx+FZFSK" w:hAnsi="QhZznecx+FZFSK" w:eastAsia="QhZznecx+FZFSK"/>
          <w:color w:val="000000"/>
          <w:sz w:val="32"/>
        </w:rPr>
        <w:t>5</w:t>
      </w:r>
      <w:r>
        <w:rPr>
          <w:spacing w:val="12"/>
          <w:rFonts w:ascii="QhZznecx+FZFSK" w:hAnsi="QhZznecx+FZFSK" w:eastAsia="QhZznecx+FZFSK"/>
          <w:color w:val="000000"/>
          <w:sz w:val="32"/>
        </w:rPr>
        <w:t>%</w:t>
      </w:r>
      <w:r>
        <w:rPr>
          <w:spacing w:val="10"/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7</w:t>
      </w:r>
      <w:r>
        <w:rPr>
          <w:spacing w:val="2"/>
          <w:rFonts w:ascii="QhZznecx+FZFSK" w:hAnsi="QhZznecx+FZFSK" w:eastAsia="QhZznecx+FZFSK"/>
          <w:color w:val="000000"/>
          <w:sz w:val="32"/>
        </w:rPr>
        <w:t>.</w:t>
      </w:r>
      <w:r>
        <w:rPr>
          <w:rFonts w:ascii="QhZznecx+FZFSK" w:hAnsi="QhZznecx+FZFSK" w:eastAsia="QhZznecx+FZFSK"/>
          <w:color w:val="000000"/>
          <w:sz w:val="32"/>
        </w:rPr>
        <w:t>5%</w:t>
      </w:r>
      <w:r>
        <w:rPr>
          <w:spacing w:val="2"/>
          <w:rFonts w:ascii="QhZznecx+FZFSK" w:hAnsi="QhZznecx+FZFSK" w:eastAsia="QhZznecx+FZFSK"/>
          <w:color w:val="000000"/>
          <w:sz w:val="32"/>
        </w:rPr>
        <w:t>以上</w:t>
      </w:r>
      <w:r>
        <w:rPr>
          <w:rFonts w:ascii="QhZznecx+FZFSK" w:hAnsi="QhZznecx+FZFSK" w:eastAsia="QhZznecx+FZFSK"/>
          <w:color w:val="000000"/>
          <w:sz w:val="32"/>
        </w:rPr>
        <w:t>时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2"/>
          <w:rFonts w:ascii="QhZznecx+FZFSK" w:hAnsi="QhZznecx+FZFSK" w:eastAsia="QhZznecx+FZFSK"/>
          <w:color w:val="000000"/>
          <w:sz w:val="32"/>
        </w:rPr>
        <w:t>别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2"/>
          <w:rFonts w:ascii="QhZznecx+FZFSK" w:hAnsi="QhZznecx+FZFSK" w:eastAsia="QhZznecx+FZFSK"/>
          <w:color w:val="000000"/>
          <w:sz w:val="32"/>
        </w:rPr>
        <w:t>予研</w:t>
      </w:r>
      <w:r>
        <w:rPr>
          <w:rFonts w:ascii="QhZznecx+FZFSK" w:hAnsi="QhZznecx+FZFSK" w:eastAsia="QhZznecx+FZFSK"/>
          <w:color w:val="000000"/>
          <w:sz w:val="32"/>
        </w:rPr>
        <w:t>发</w:t>
      </w:r>
      <w:r>
        <w:rPr>
          <w:spacing w:val="2"/>
          <w:rFonts w:ascii="QhZznecx+FZFSK" w:hAnsi="QhZznecx+FZFSK" w:eastAsia="QhZznecx+FZFSK"/>
          <w:color w:val="000000"/>
          <w:sz w:val="32"/>
        </w:rPr>
        <w:t>投入</w:t>
      </w:r>
      <w:r>
        <w:rPr>
          <w:rFonts w:ascii="QhZznecx+FZFSK" w:hAnsi="QhZznecx+FZFSK" w:eastAsia="QhZznecx+FZFSK"/>
          <w:color w:val="000000"/>
          <w:sz w:val="32"/>
        </w:rPr>
        <w:t>总</w:t>
      </w:r>
      <w:r>
        <w:rPr>
          <w:spacing w:val="-4"/>
          <w:rFonts w:ascii="QhZznecx+FZFSK" w:hAnsi="QhZznecx+FZFSK" w:eastAsia="QhZznecx+FZFSK"/>
          <w:color w:val="000000"/>
          <w:sz w:val="32"/>
        </w:rPr>
        <w:t>额</w:t>
      </w:r>
      <w:r>
        <w:rPr>
          <w:rFonts w:ascii="QhZznecx+FZFSK" w:hAnsi="QhZznecx+FZFSK" w:eastAsia="QhZznecx+FZFSK"/>
          <w:color w:val="000000"/>
          <w:sz w:val="32"/>
        </w:rPr>
        <w:t>（以</w:t>
      </w:r>
      <w:r>
        <w:rPr>
          <w:spacing w:val="2"/>
          <w:rFonts w:ascii="QhZznecx+FZFSK" w:hAnsi="QhZznecx+FZFSK" w:eastAsia="QhZznecx+FZFSK"/>
          <w:color w:val="000000"/>
          <w:sz w:val="32"/>
        </w:rPr>
        <w:t>税</w:t>
      </w:r>
      <w:r>
        <w:rPr>
          <w:rFonts w:ascii="QhZznecx+FZFSK" w:hAnsi="QhZznecx+FZFSK" w:eastAsia="QhZznecx+FZFSK"/>
          <w:color w:val="000000"/>
          <w:sz w:val="32"/>
        </w:rPr>
        <w:t>务确</w:t>
      </w:r>
      <w:r>
        <w:rPr>
          <w:spacing w:val="2"/>
          <w:rFonts w:ascii="QhZznecx+FZFSK" w:hAnsi="QhZznecx+FZFSK" w:eastAsia="QhZznecx+FZFSK"/>
          <w:color w:val="000000"/>
          <w:sz w:val="32"/>
        </w:rPr>
        <w:t>认</w:t>
      </w:r>
      <w:r>
        <w:rPr>
          <w:rFonts w:ascii="QhZznecx+FZFSK" w:hAnsi="QhZznecx+FZFSK" w:eastAsia="QhZznecx+FZFSK"/>
          <w:color w:val="000000"/>
          <w:sz w:val="32"/>
        </w:rPr>
        <w:t>的研</w:t>
      </w:r>
      <w:r>
        <w:rPr>
          <w:spacing w:val="2"/>
          <w:rFonts w:ascii="QhZznecx+FZFSK" w:hAnsi="QhZznecx+FZFSK" w:eastAsia="QhZznecx+FZFSK"/>
          <w:color w:val="000000"/>
          <w:sz w:val="32"/>
        </w:rPr>
        <w:t>发</w:t>
      </w:r>
      <w:r>
        <w:rPr>
          <w:rFonts w:ascii="QhZznecx+FZFSK" w:hAnsi="QhZznecx+FZFSK" w:eastAsia="QhZznecx+FZFSK"/>
          <w:color w:val="000000"/>
          <w:sz w:val="32"/>
        </w:rPr>
        <w:t>数据为</w:t>
      </w:r>
      <w:r>
        <w:rPr>
          <w:spacing w:val="2"/>
          <w:rFonts w:ascii="QhZznecx+FZFSK" w:hAnsi="QhZznecx+FZFSK" w:eastAsia="QhZznecx+FZFSK"/>
          <w:color w:val="000000"/>
          <w:sz w:val="32"/>
        </w:rPr>
        <w:t>准</w:t>
      </w:r>
      <w:r>
        <w:rPr>
          <w:spacing w:val="-10"/>
          <w:rFonts w:ascii="QhZznecx+FZFSK" w:hAnsi="QhZznecx+FZFSK" w:eastAsia="QhZznecx+FZFSK"/>
          <w:color w:val="000000"/>
          <w:sz w:val="32"/>
        </w:rPr>
        <w:t>）</w:t>
      </w:r>
      <w:r>
        <w:rPr>
          <w:spacing w:val="8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-2"/>
          <w:rFonts w:ascii="QhZznecx+FZFSK" w:hAnsi="QhZznecx+FZFSK" w:eastAsia="QhZznecx+FZFSK"/>
          <w:color w:val="000000"/>
          <w:sz w:val="32"/>
        </w:rPr>
        <w:t>%</w:t>
      </w:r>
      <w:r>
        <w:rPr>
          <w:spacing w:val="-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4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spacing w:val="-10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spacing w:val="-10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6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spacing w:val="-10"/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7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补</w:t>
      </w:r>
      <w:r>
        <w:rPr>
          <w:spacing w:val="2"/>
          <w:rFonts w:ascii="QhZznecx+FZFSK" w:hAnsi="QhZznecx+FZFSK" w:eastAsia="QhZznecx+FZFSK"/>
          <w:color w:val="000000"/>
          <w:sz w:val="32"/>
        </w:rPr>
        <w:t>助</w:t>
      </w:r>
      <w:r>
        <w:rPr>
          <w:spacing w:val="-1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同</w:t>
      </w:r>
      <w:r>
        <w:rPr>
          <w:spacing w:val="2"/>
          <w:rFonts w:ascii="QhZznecx+FZFSK" w:hAnsi="QhZznecx+FZFSK" w:eastAsia="QhZznecx+FZFSK"/>
          <w:color w:val="000000"/>
          <w:sz w:val="32"/>
        </w:rPr>
        <w:t>比</w:t>
      </w:r>
      <w:r>
        <w:rPr>
          <w:rFonts w:ascii="QhZznecx+FZFSK" w:hAnsi="QhZznecx+FZFSK" w:eastAsia="QhZznecx+FZFSK"/>
          <w:color w:val="000000"/>
          <w:sz w:val="32"/>
        </w:rPr>
        <w:t>增</w:t>
      </w:r>
      <w:r>
        <w:rPr>
          <w:spacing w:val="82"/>
          <w:rFonts w:ascii="QhZznecx+FZFSK" w:hAnsi="QhZznecx+FZFSK" w:eastAsia="QhZznecx+FZFSK"/>
          <w:color w:val="000000"/>
          <w:sz w:val="32"/>
        </w:rPr>
        <w:t>长</w:t>
      </w:r>
      <w:r>
        <w:rPr>
          <w:rFonts w:ascii="QhZznecx+FZFSK" w:hAnsi="QhZznecx+FZFSK" w:eastAsia="QhZznecx+FZFSK"/>
          <w:color w:val="000000"/>
          <w:sz w:val="32"/>
        </w:rPr>
        <w:t>50</w:t>
      </w:r>
      <w:r>
        <w:rPr>
          <w:spacing w:val="4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1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励比</w:t>
      </w:r>
      <w:r>
        <w:rPr>
          <w:rFonts w:ascii="QhZznecx+FZFSK" w:hAnsi="QhZznecx+FZFSK" w:eastAsia="QhZznecx+FZFSK"/>
          <w:color w:val="000000"/>
          <w:sz w:val="32"/>
        </w:rPr>
        <w:t>例</w:t>
      </w:r>
      <w:r>
        <w:rPr>
          <w:spacing w:val="4"/>
          <w:rFonts w:ascii="QhZznecx+FZFSK" w:hAnsi="QhZznecx+FZFSK" w:eastAsia="QhZznecx+FZFSK"/>
          <w:color w:val="000000"/>
          <w:sz w:val="32"/>
        </w:rPr>
        <w:t>相</w:t>
      </w:r>
      <w:r>
        <w:rPr>
          <w:rFonts w:ascii="QhZznecx+FZFSK" w:hAnsi="QhZznecx+FZFSK" w:eastAsia="QhZznecx+FZFSK"/>
          <w:color w:val="000000"/>
          <w:sz w:val="32"/>
        </w:rPr>
        <w:t>应</w:t>
      </w:r>
      <w:r>
        <w:rPr>
          <w:spacing w:val="2"/>
          <w:rFonts w:ascii="QhZznecx+FZFSK" w:hAnsi="QhZznecx+FZFSK" w:eastAsia="QhZznecx+FZFSK"/>
          <w:color w:val="000000"/>
          <w:sz w:val="32"/>
        </w:rPr>
        <w:t>提</w:t>
      </w:r>
      <w:r>
        <w:rPr>
          <w:spacing w:val="78"/>
          <w:rFonts w:ascii="QhZznecx+FZFSK" w:hAnsi="QhZznecx+FZFSK" w:eastAsia="QhZznecx+FZFSK"/>
          <w:color w:val="000000"/>
          <w:sz w:val="32"/>
        </w:rPr>
        <w:t>高</w:t>
      </w:r>
      <w:r>
        <w:rPr>
          <w:spacing w:val="82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个</w:t>
      </w:r>
      <w:r>
        <w:rPr>
          <w:spacing w:val="2"/>
          <w:rFonts w:ascii="QhZznecx+FZFSK" w:hAnsi="QhZznecx+FZFSK" w:eastAsia="QhZznecx+FZFSK"/>
          <w:color w:val="000000"/>
          <w:sz w:val="32"/>
        </w:rPr>
        <w:t>百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4"/>
          <w:rFonts w:ascii="QhZznecx+FZFSK" w:hAnsi="QhZznecx+FZFSK" w:eastAsia="QhZznecx+FZFSK"/>
          <w:color w:val="000000"/>
          <w:sz w:val="32"/>
        </w:rPr>
        <w:t>点</w:t>
      </w:r>
      <w:r>
        <w:rPr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最</w:t>
      </w:r>
      <w:r>
        <w:rPr>
          <w:spacing w:val="78"/>
          <w:rFonts w:ascii="QhZznecx+FZFSK" w:hAnsi="QhZznecx+FZFSK" w:eastAsia="QhZznecx+FZFSK"/>
          <w:color w:val="000000"/>
          <w:sz w:val="32"/>
        </w:rPr>
        <w:t>高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2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4"/>
          <w:rFonts w:ascii="oWgGuaTQ+FZKTK" w:hAnsi="oWgGuaTQ+FZKTK" w:eastAsia="oWgGuaTQ+FZKTK"/>
          <w:color w:val="000000"/>
          <w:sz w:val="32"/>
        </w:rPr>
        <w:t>单</w:t>
      </w:r>
      <w:r>
        <w:rPr>
          <w:rFonts w:ascii="oWgGuaTQ+FZKTK" w:hAnsi="oWgGuaTQ+FZKTK" w:eastAsia="oWgGuaTQ+FZKTK"/>
          <w:color w:val="000000"/>
          <w:sz w:val="32"/>
        </w:rPr>
        <w:t>位：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市科</w:t>
      </w:r>
      <w:r>
        <w:rPr>
          <w:rFonts w:ascii="oWgGuaTQ+FZKTK" w:hAnsi="oWgGuaTQ+FZKTK" w:eastAsia="oWgGuaTQ+FZKTK"/>
          <w:color w:val="000000"/>
          <w:sz w:val="32"/>
        </w:rPr>
        <w:t>技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spacing w:val="2"/>
          <w:rFonts w:ascii="QhZznecx+FZFSK" w:hAnsi="QhZznecx+FZFSK" w:eastAsia="QhZznecx+FZFSK"/>
          <w:color w:val="000000"/>
          <w:sz w:val="32"/>
        </w:rPr>
        <w:t>9</w:t>
      </w:r>
      <w:r>
        <w:rPr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持开</w:t>
      </w:r>
      <w:r>
        <w:rPr>
          <w:spacing w:val="2"/>
          <w:rFonts w:ascii="QhZznecx+FZFSK" w:hAnsi="QhZznecx+FZFSK" w:eastAsia="QhZznecx+FZFSK"/>
          <w:color w:val="000000"/>
          <w:sz w:val="32"/>
        </w:rPr>
        <w:t>展科技</w:t>
      </w:r>
      <w:r>
        <w:rPr>
          <w:spacing w:val="4"/>
          <w:rFonts w:ascii="QhZznecx+FZFSK" w:hAnsi="QhZznecx+FZFSK" w:eastAsia="QhZznecx+FZFSK"/>
          <w:color w:val="000000"/>
          <w:sz w:val="32"/>
        </w:rPr>
        <w:t>攻</w:t>
      </w:r>
      <w:r>
        <w:rPr>
          <w:rFonts w:ascii="QhZznecx+FZFSK" w:hAnsi="QhZznecx+FZFSK" w:eastAsia="QhZznecx+FZFSK"/>
          <w:color w:val="000000"/>
          <w:sz w:val="32"/>
        </w:rPr>
        <w:t>关</w:t>
      </w:r>
      <w:r>
        <w:rPr>
          <w:spacing w:val="-4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设</w:t>
      </w:r>
      <w:r>
        <w:rPr>
          <w:spacing w:val="84"/>
          <w:rFonts w:ascii="QhZznecx+FZFSK" w:hAnsi="QhZznecx+FZFSK" w:eastAsia="QhZznecx+FZFSK"/>
          <w:color w:val="000000"/>
          <w:sz w:val="32"/>
        </w:rPr>
        <w:t>立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科</w:t>
      </w:r>
      <w:r>
        <w:rPr>
          <w:spacing w:val="4"/>
          <w:rFonts w:ascii="QhZznecx+FZFSK" w:hAnsi="QhZznecx+FZFSK" w:eastAsia="QhZznecx+FZFSK"/>
          <w:color w:val="000000"/>
          <w:sz w:val="32"/>
        </w:rPr>
        <w:t>技</w:t>
      </w:r>
      <w:r>
        <w:rPr>
          <w:rFonts w:ascii="QhZznecx+FZFSK" w:hAnsi="QhZznecx+FZFSK" w:eastAsia="QhZznecx+FZFSK"/>
          <w:color w:val="000000"/>
          <w:sz w:val="32"/>
        </w:rPr>
        <w:t>创</w:t>
      </w:r>
      <w:r>
        <w:rPr>
          <w:spacing w:val="2"/>
          <w:rFonts w:ascii="QhZznecx+FZFSK" w:hAnsi="QhZznecx+FZFSK" w:eastAsia="QhZznecx+FZFSK"/>
          <w:color w:val="000000"/>
          <w:sz w:val="32"/>
        </w:rPr>
        <w:t>新专项</w:t>
      </w:r>
      <w:r>
        <w:rPr>
          <w:spacing w:val="-4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用</w:t>
      </w:r>
      <w:r>
        <w:rPr>
          <w:spacing w:val="2"/>
          <w:rFonts w:ascii="QhZznecx+FZFSK" w:hAnsi="QhZznecx+FZFSK" w:eastAsia="QhZznecx+FZFSK"/>
          <w:color w:val="000000"/>
          <w:sz w:val="32"/>
        </w:rPr>
        <w:t>于实</w:t>
      </w:r>
      <w:r>
        <w:rPr>
          <w:rFonts w:ascii="QhZznecx+FZFSK" w:hAnsi="QhZznecx+FZFSK" w:eastAsia="QhZznecx+FZFSK"/>
          <w:color w:val="000000"/>
          <w:sz w:val="32"/>
        </w:rPr>
        <w:t>施</w:t>
      </w:r>
      <w:r>
        <w:rPr>
          <w:spacing w:val="2"/>
          <w:rFonts w:ascii="QhZznecx+FZFSK" w:hAnsi="QhZznecx+FZFSK" w:eastAsia="QhZznecx+FZFSK"/>
          <w:color w:val="000000"/>
          <w:sz w:val="32"/>
        </w:rPr>
        <w:t>关键</w:t>
      </w:r>
      <w:r>
        <w:rPr>
          <w:rFonts w:ascii="QhZznecx+FZFSK" w:hAnsi="QhZznecx+FZFSK" w:eastAsia="QhZznecx+FZFSK"/>
          <w:color w:val="000000"/>
          <w:sz w:val="32"/>
        </w:rPr>
        <w:t>核</w:t>
      </w:r>
      <w:r>
        <w:rPr>
          <w:spacing w:val="2"/>
          <w:rFonts w:ascii="QhZznecx+FZFSK" w:hAnsi="QhZznecx+FZFSK" w:eastAsia="QhZznecx+FZFSK"/>
          <w:color w:val="000000"/>
          <w:sz w:val="32"/>
        </w:rPr>
        <w:t>心技</w:t>
      </w:r>
      <w:r>
        <w:rPr>
          <w:rFonts w:ascii="QhZznecx+FZFSK" w:hAnsi="QhZznecx+FZFSK" w:eastAsia="QhZznecx+FZFSK"/>
          <w:color w:val="000000"/>
          <w:sz w:val="32"/>
        </w:rPr>
        <w:t>术</w:t>
      </w:r>
      <w:r>
        <w:rPr>
          <w:spacing w:val="2"/>
          <w:rFonts w:ascii="QhZznecx+FZFSK" w:hAnsi="QhZznecx+FZFSK" w:eastAsia="QhZznecx+FZFSK"/>
          <w:color w:val="000000"/>
          <w:sz w:val="32"/>
        </w:rPr>
        <w:t>攻关</w:t>
      </w:r>
      <w:r>
        <w:rPr>
          <w:rFonts w:ascii="QhZznecx+FZFSK" w:hAnsi="QhZznecx+FZFSK" w:eastAsia="QhZznecx+FZFSK"/>
          <w:color w:val="000000"/>
          <w:sz w:val="32"/>
        </w:rPr>
        <w:t>和</w:t>
      </w:r>
      <w:r>
        <w:rPr>
          <w:spacing w:val="2"/>
          <w:rFonts w:ascii="QhZznecx+FZFSK" w:hAnsi="QhZznecx+FZFSK" w:eastAsia="QhZznecx+FZFSK"/>
          <w:color w:val="000000"/>
          <w:sz w:val="32"/>
        </w:rPr>
        <w:t>产品</w:t>
      </w:r>
      <w:r>
        <w:rPr>
          <w:rFonts w:ascii="QhZznecx+FZFSK" w:hAnsi="QhZznecx+FZFSK" w:eastAsia="QhZznecx+FZFSK"/>
          <w:color w:val="000000"/>
          <w:sz w:val="32"/>
        </w:rPr>
        <w:t>智</w:t>
      </w:r>
      <w:r>
        <w:rPr>
          <w:spacing w:val="2"/>
          <w:rFonts w:ascii="QhZznecx+FZFSK" w:hAnsi="QhZznecx+FZFSK" w:eastAsia="QhZznecx+FZFSK"/>
          <w:color w:val="000000"/>
          <w:sz w:val="32"/>
        </w:rPr>
        <w:t>能化</w:t>
      </w:r>
      <w:r>
        <w:rPr>
          <w:rFonts w:ascii="QhZznecx+FZFSK" w:hAnsi="QhZznecx+FZFSK" w:eastAsia="QhZznecx+FZFSK"/>
          <w:color w:val="000000"/>
          <w:sz w:val="32"/>
        </w:rPr>
        <w:t>专</w:t>
      </w:r>
      <w:r>
        <w:rPr>
          <w:spacing w:val="2"/>
          <w:rFonts w:ascii="QhZznecx+FZFSK" w:hAnsi="QhZznecx+FZFSK" w:eastAsia="QhZznecx+FZFSK"/>
          <w:color w:val="000000"/>
          <w:sz w:val="32"/>
        </w:rPr>
        <w:t>项</w:t>
      </w:r>
      <w:r>
        <w:rPr>
          <w:spacing w:val="-1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碳</w:t>
      </w:r>
      <w:r>
        <w:rPr>
          <w:spacing w:val="4"/>
          <w:rFonts w:ascii="QhZznecx+FZFSK" w:hAnsi="QhZznecx+FZFSK" w:eastAsia="QhZznecx+FZFSK"/>
          <w:color w:val="000000"/>
          <w:sz w:val="32"/>
        </w:rPr>
        <w:t>达</w:t>
      </w:r>
      <w:r>
        <w:rPr>
          <w:rFonts w:ascii="QhZznecx+FZFSK" w:hAnsi="QhZznecx+FZFSK" w:eastAsia="QhZznecx+FZFSK"/>
          <w:color w:val="000000"/>
          <w:sz w:val="32"/>
        </w:rPr>
        <w:t>峰碳</w:t>
      </w:r>
      <w:r>
        <w:rPr>
          <w:spacing w:val="4"/>
          <w:rFonts w:ascii="QhZznecx+FZFSK" w:hAnsi="QhZznecx+FZFSK" w:eastAsia="QhZznecx+FZFSK"/>
          <w:color w:val="000000"/>
          <w:sz w:val="32"/>
        </w:rPr>
        <w:t>中</w:t>
      </w:r>
      <w:r>
        <w:rPr>
          <w:rFonts w:ascii="QhZznecx+FZFSK" w:hAnsi="QhZznecx+FZFSK" w:eastAsia="QhZznecx+FZFSK"/>
          <w:color w:val="000000"/>
          <w:sz w:val="32"/>
        </w:rPr>
        <w:t>和</w:t>
      </w:r>
      <w:r>
        <w:rPr>
          <w:spacing w:val="2"/>
          <w:rFonts w:ascii="QhZznecx+FZFSK" w:hAnsi="QhZznecx+FZFSK" w:eastAsia="QhZznecx+FZFSK"/>
          <w:color w:val="000000"/>
          <w:sz w:val="32"/>
        </w:rPr>
        <w:t>科技</w:t>
      </w:r>
      <w:r>
        <w:rPr>
          <w:rFonts w:ascii="QhZznecx+FZFSK" w:hAnsi="QhZznecx+FZFSK" w:eastAsia="QhZznecx+FZFSK"/>
          <w:color w:val="000000"/>
          <w:sz w:val="32"/>
        </w:rPr>
        <w:t>专</w:t>
      </w:r>
      <w:r>
        <w:rPr>
          <w:spacing w:val="2"/>
          <w:rFonts w:ascii="QhZznecx+FZFSK" w:hAnsi="QhZznecx+FZFSK" w:eastAsia="QhZznecx+FZFSK"/>
          <w:color w:val="000000"/>
          <w:sz w:val="32"/>
        </w:rPr>
        <w:t>项、</w:t>
      </w:r>
      <w:r>
        <w:rPr>
          <w:rFonts w:ascii="QhZznecx+FZFSK" w:hAnsi="QhZznecx+FZFSK" w:eastAsia="QhZznecx+FZFSK"/>
          <w:color w:val="000000"/>
          <w:sz w:val="32"/>
        </w:rPr>
        <w:t>小</w:t>
      </w:r>
      <w:r>
        <w:rPr>
          <w:spacing w:val="2"/>
          <w:rFonts w:ascii="QhZznecx+FZFSK" w:hAnsi="QhZznecx+FZFSK" w:eastAsia="QhZznecx+FZFSK"/>
          <w:color w:val="000000"/>
          <w:sz w:val="32"/>
        </w:rPr>
        <w:t>微企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技术</w:t>
      </w:r>
      <w:r>
        <w:rPr>
          <w:rFonts w:ascii="QhZznecx+FZFSK" w:hAnsi="QhZznecx+FZFSK" w:eastAsia="QhZznecx+FZFSK"/>
          <w:color w:val="000000"/>
          <w:sz w:val="32"/>
        </w:rPr>
        <w:t>创</w:t>
      </w:r>
      <w:r>
        <w:rPr>
          <w:spacing w:val="2"/>
          <w:rFonts w:ascii="QhZznecx+FZFSK" w:hAnsi="QhZznecx+FZFSK" w:eastAsia="QhZznecx+FZFSK"/>
          <w:color w:val="000000"/>
          <w:sz w:val="32"/>
        </w:rPr>
        <w:t>新专</w:t>
      </w:r>
      <w:r>
        <w:rPr>
          <w:rFonts w:ascii="QhZznecx+FZFSK" w:hAnsi="QhZznecx+FZFSK" w:eastAsia="QhZznecx+FZFSK"/>
          <w:color w:val="000000"/>
          <w:sz w:val="32"/>
        </w:rPr>
        <w:t>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等，</w:t>
      </w:r>
      <w:r>
        <w:rPr>
          <w:rFonts w:ascii="QhZznecx+FZFSK" w:hAnsi="QhZznecx+FZFSK" w:eastAsia="QhZznecx+FZFSK"/>
          <w:color w:val="000000"/>
          <w:sz w:val="32"/>
        </w:rPr>
        <w:t>具</w:t>
      </w:r>
      <w:r>
        <w:rPr>
          <w:spacing w:val="2"/>
          <w:rFonts w:ascii="QhZznecx+FZFSK" w:hAnsi="QhZznecx+FZFSK" w:eastAsia="QhZznecx+FZFSK"/>
          <w:color w:val="000000"/>
          <w:sz w:val="32"/>
        </w:rPr>
        <w:t>体办</w:t>
      </w:r>
      <w:r>
        <w:rPr>
          <w:rFonts w:ascii="QhZznecx+FZFSK" w:hAnsi="QhZznecx+FZFSK" w:eastAsia="QhZznecx+FZFSK"/>
          <w:color w:val="000000"/>
          <w:sz w:val="32"/>
        </w:rPr>
        <w:t>法另</w:t>
      </w:r>
      <w:r>
        <w:rPr>
          <w:spacing w:val="2"/>
          <w:rFonts w:ascii="QhZznecx+FZFSK" w:hAnsi="QhZznecx+FZFSK" w:eastAsia="QhZznecx+FZFSK"/>
          <w:color w:val="000000"/>
          <w:sz w:val="32"/>
        </w:rPr>
        <w:t>行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2"/>
          <w:rFonts w:ascii="QhZznecx+FZFSK" w:hAnsi="QhZznecx+FZFSK" w:eastAsia="QhZznecx+FZFSK"/>
          <w:color w:val="000000"/>
          <w:sz w:val="32"/>
        </w:rPr>
        <w:t>定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对新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定的</w:t>
      </w:r>
      <w:r>
        <w:rPr>
          <w:rFonts w:ascii="QhZznecx+FZFSK" w:hAnsi="QhZznecx+FZFSK" w:eastAsia="QhZznecx+FZFSK"/>
          <w:color w:val="000000"/>
          <w:sz w:val="32"/>
        </w:rPr>
        <w:t>省</w:t>
      </w:r>
      <w:r>
        <w:rPr>
          <w:spacing w:val="2"/>
          <w:rFonts w:ascii="QhZznecx+FZFSK" w:hAnsi="QhZznecx+FZFSK" w:eastAsia="QhZznecx+FZFSK"/>
          <w:color w:val="000000"/>
          <w:sz w:val="32"/>
        </w:rPr>
        <w:t>科技</w:t>
      </w:r>
      <w:r>
        <w:rPr>
          <w:rFonts w:ascii="QhZznecx+FZFSK" w:hAnsi="QhZznecx+FZFSK" w:eastAsia="QhZznecx+FZFSK"/>
          <w:color w:val="000000"/>
          <w:sz w:val="32"/>
        </w:rPr>
        <w:t>领</w:t>
      </w:r>
      <w:r>
        <w:rPr>
          <w:spacing w:val="4"/>
          <w:rFonts w:ascii="QhZznecx+FZFSK" w:hAnsi="QhZznecx+FZFSK" w:eastAsia="QhZznecx+FZFSK"/>
          <w:color w:val="000000"/>
          <w:sz w:val="32"/>
        </w:rPr>
        <w:t>军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认定的</w:t>
      </w:r>
      <w:r>
        <w:rPr>
          <w:spacing w:val="8"/>
          <w:rFonts w:ascii="QhZznecx+FZFSK" w:hAnsi="QhZznecx+FZFSK" w:eastAsia="QhZznecx+FZFSK"/>
          <w:color w:val="000000"/>
          <w:sz w:val="32"/>
        </w:rPr>
        <w:t>省</w:t>
      </w:r>
      <w:r>
        <w:rPr>
          <w:spacing w:val="6"/>
          <w:rFonts w:ascii="QhZznecx+FZFSK" w:hAnsi="QhZznecx+FZFSK" w:eastAsia="QhZznecx+FZFSK"/>
          <w:color w:val="000000"/>
          <w:sz w:val="32"/>
        </w:rPr>
        <w:t>科</w:t>
      </w:r>
      <w:r>
        <w:rPr>
          <w:spacing w:val="8"/>
          <w:rFonts w:ascii="QhZznecx+FZFSK" w:hAnsi="QhZznecx+FZFSK" w:eastAsia="QhZznecx+FZFSK"/>
          <w:color w:val="000000"/>
          <w:sz w:val="32"/>
        </w:rPr>
        <w:t>技小巨</w:t>
      </w:r>
      <w:r>
        <w:rPr>
          <w:spacing w:val="10"/>
          <w:rFonts w:ascii="QhZznecx+FZFSK" w:hAnsi="QhZznecx+FZFSK" w:eastAsia="QhZznecx+FZFSK"/>
          <w:color w:val="000000"/>
          <w:sz w:val="32"/>
        </w:rPr>
        <w:t>人</w:t>
      </w:r>
      <w:r>
        <w:rPr>
          <w:spacing w:val="8"/>
          <w:rFonts w:ascii="QhZznecx+FZFSK" w:hAnsi="QhZznecx+FZFSK" w:eastAsia="QhZznecx+FZFSK"/>
          <w:color w:val="000000"/>
          <w:sz w:val="32"/>
        </w:rPr>
        <w:t>企业给</w:t>
      </w:r>
      <w:r>
        <w:rPr>
          <w:spacing w:val="88"/>
          <w:rFonts w:ascii="QhZznecx+FZFSK" w:hAnsi="QhZznecx+FZFSK" w:eastAsia="QhZznecx+FZFSK"/>
          <w:color w:val="000000"/>
          <w:sz w:val="32"/>
        </w:rPr>
        <w:t>予</w:t>
      </w:r>
      <w:r>
        <w:rPr>
          <w:spacing w:val="-2"/>
          <w:rFonts w:ascii="QhZznecx+FZFSK" w:hAnsi="QhZznecx+FZFSK" w:eastAsia="QhZznecx+FZFSK"/>
          <w:color w:val="000000"/>
          <w:sz w:val="32"/>
        </w:rPr>
        <w:t>9</w:t>
      </w:r>
      <w:r>
        <w:rPr>
          <w:spacing w:val="88"/>
          <w:rFonts w:ascii="QhZznecx+FZFSK" w:hAnsi="QhZznecx+FZFSK" w:eastAsia="QhZznecx+FZFSK"/>
          <w:color w:val="000000"/>
          <w:sz w:val="32"/>
        </w:rPr>
        <w:t>0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万元奖</w:t>
      </w:r>
      <w:r>
        <w:rPr>
          <w:spacing w:val="6"/>
          <w:rFonts w:ascii="QhZznecx+FZFSK" w:hAnsi="QhZznecx+FZFSK" w:eastAsia="QhZznecx+FZFSK"/>
          <w:color w:val="000000"/>
          <w:sz w:val="32"/>
        </w:rPr>
        <w:t>励</w:t>
      </w:r>
      <w:r>
        <w:rPr>
          <w:spacing w:val="8"/>
          <w:rFonts w:ascii="QhZznecx+FZFSK" w:hAnsi="QhZznecx+FZFSK" w:eastAsia="QhZznecx+FZFSK"/>
          <w:color w:val="000000"/>
          <w:sz w:val="32"/>
        </w:rPr>
        <w:t>。</w:t>
      </w:r>
      <w:r>
        <w:rPr>
          <w:spacing w:val="10"/>
          <w:rFonts w:ascii="QhZznecx+FZFSK" w:hAnsi="QhZznecx+FZFSK" w:eastAsia="QhZznecx+FZFSK"/>
          <w:color w:val="000000"/>
          <w:sz w:val="32"/>
        </w:rPr>
        <w:t>对</w:t>
      </w:r>
      <w:r>
        <w:rPr>
          <w:spacing w:val="8"/>
          <w:rFonts w:ascii="QhZznecx+FZFSK" w:hAnsi="QhZznecx+FZFSK" w:eastAsia="QhZznecx+FZFSK"/>
          <w:color w:val="000000"/>
          <w:sz w:val="32"/>
        </w:rPr>
        <w:t>新</w:t>
      </w:r>
      <w:r>
        <w:rPr>
          <w:spacing w:val="6"/>
          <w:rFonts w:ascii="QhZznecx+FZFSK" w:hAnsi="QhZznecx+FZFSK" w:eastAsia="QhZznecx+FZFSK"/>
          <w:color w:val="000000"/>
          <w:sz w:val="32"/>
        </w:rPr>
        <w:t>认</w:t>
      </w:r>
      <w:r>
        <w:rPr>
          <w:spacing w:val="8"/>
          <w:rFonts w:ascii="QhZznecx+FZFSK" w:hAnsi="QhZznecx+FZFSK" w:eastAsia="QhZznecx+FZFSK"/>
          <w:color w:val="000000"/>
          <w:sz w:val="32"/>
        </w:rPr>
        <w:t>定的国家</w:t>
      </w:r>
      <w:r>
        <w:rPr>
          <w:spacing w:val="6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技术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元奖</w:t>
      </w:r>
      <w:r>
        <w:rPr>
          <w:rFonts w:ascii="QhZznecx+FZFSK" w:hAnsi="QhZznecx+FZFSK" w:eastAsia="QhZznecx+FZFSK"/>
          <w:color w:val="000000"/>
          <w:sz w:val="32"/>
        </w:rPr>
        <w:t>励</w:t>
      </w:r>
      <w:r>
        <w:rPr>
          <w:spacing w:val="2"/>
          <w:rFonts w:ascii="QhZznecx+FZFSK" w:hAnsi="QhZznecx+FZFSK" w:eastAsia="QhZznecx+FZFSK"/>
          <w:color w:val="000000"/>
          <w:sz w:val="32"/>
        </w:rPr>
        <w:t>，重新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定的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奖励。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对新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4"/>
          <w:rFonts w:ascii="QhZznecx+FZFSK" w:hAnsi="QhZznecx+FZFSK" w:eastAsia="QhZznecx+FZFSK"/>
          <w:color w:val="000000"/>
          <w:sz w:val="32"/>
        </w:rPr>
        <w:t>定</w:t>
      </w:r>
      <w:r>
        <w:rPr>
          <w:rFonts w:ascii="QhZznecx+FZFSK" w:hAnsi="QhZznecx+FZFSK" w:eastAsia="QhZznecx+FZFSK"/>
          <w:color w:val="000000"/>
          <w:sz w:val="32"/>
        </w:rPr>
        <w:t>的省</w:t>
      </w:r>
      <w:r>
        <w:rPr>
          <w:spacing w:val="4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重点</w:t>
      </w:r>
      <w:r>
        <w:rPr>
          <w:spacing w:val="4"/>
          <w:rFonts w:ascii="QhZznecx+FZFSK" w:hAnsi="QhZznecx+FZFSK" w:eastAsia="QhZznecx+FZFSK"/>
          <w:color w:val="000000"/>
          <w:sz w:val="32"/>
        </w:rPr>
        <w:t>实</w:t>
      </w:r>
      <w:r>
        <w:rPr>
          <w:rFonts w:ascii="QhZznecx+FZFSK" w:hAnsi="QhZznecx+FZFSK" w:eastAsia="QhZznecx+FZFSK"/>
          <w:color w:val="000000"/>
          <w:sz w:val="32"/>
        </w:rPr>
        <w:t>验</w:t>
      </w:r>
      <w:r>
        <w:rPr>
          <w:spacing w:val="2"/>
          <w:rFonts w:ascii="QhZznecx+FZFSK" w:hAnsi="QhZznecx+FZFSK" w:eastAsia="QhZznecx+FZFSK"/>
          <w:color w:val="000000"/>
          <w:sz w:val="32"/>
        </w:rPr>
        <w:t>室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rFonts w:ascii="QhZznecx+FZFSK" w:hAnsi="QhZznecx+FZFSK" w:eastAsia="QhZznecx+FZFSK"/>
          <w:color w:val="000000"/>
          <w:sz w:val="32"/>
        </w:rPr>
        <w:t>。对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认定的</w:t>
      </w:r>
      <w:r>
        <w:rPr>
          <w:spacing w:val="8"/>
          <w:rFonts w:ascii="QhZznecx+FZFSK" w:hAnsi="QhZznecx+FZFSK" w:eastAsia="QhZznecx+FZFSK"/>
          <w:color w:val="000000"/>
          <w:sz w:val="32"/>
        </w:rPr>
        <w:t>省</w:t>
      </w:r>
      <w:r>
        <w:rPr>
          <w:spacing w:val="6"/>
          <w:rFonts w:ascii="QhZznecx+FZFSK" w:hAnsi="QhZznecx+FZFSK" w:eastAsia="QhZznecx+FZFSK"/>
          <w:color w:val="000000"/>
          <w:sz w:val="32"/>
        </w:rPr>
        <w:t>级</w:t>
      </w:r>
      <w:r>
        <w:rPr>
          <w:spacing w:val="8"/>
          <w:rFonts w:ascii="QhZznecx+FZFSK" w:hAnsi="QhZznecx+FZFSK" w:eastAsia="QhZznecx+FZFSK"/>
          <w:color w:val="000000"/>
          <w:sz w:val="32"/>
        </w:rPr>
        <w:t>重点企业</w:t>
      </w:r>
      <w:r>
        <w:rPr>
          <w:spacing w:val="6"/>
          <w:rFonts w:ascii="QhZznecx+FZFSK" w:hAnsi="QhZznecx+FZFSK" w:eastAsia="QhZznecx+FZFSK"/>
          <w:color w:val="000000"/>
          <w:sz w:val="32"/>
        </w:rPr>
        <w:t>研</w:t>
      </w:r>
      <w:r>
        <w:rPr>
          <w:spacing w:val="8"/>
          <w:rFonts w:ascii="QhZznecx+FZFSK" w:hAnsi="QhZznecx+FZFSK" w:eastAsia="QhZznecx+FZFSK"/>
          <w:color w:val="000000"/>
          <w:sz w:val="32"/>
        </w:rPr>
        <w:t>究院给</w:t>
      </w:r>
      <w:r>
        <w:rPr>
          <w:rFonts w:ascii="QhZznecx+FZFSK" w:hAnsi="QhZznecx+FZFSK" w:eastAsia="QhZznecx+FZFSK"/>
          <w:color w:val="000000"/>
          <w:sz w:val="32"/>
        </w:rPr>
        <w:t>予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6</w:t>
      </w:r>
      <w:r>
        <w:rPr>
          <w:spacing w:val="88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8"/>
          <w:rFonts w:ascii="QhZznecx+FZFSK" w:hAnsi="QhZznecx+FZFSK" w:eastAsia="QhZznecx+FZFSK"/>
          <w:color w:val="000000"/>
          <w:sz w:val="32"/>
        </w:rPr>
        <w:t>奖励。对</w:t>
      </w:r>
      <w:r>
        <w:rPr>
          <w:spacing w:val="6"/>
          <w:rFonts w:ascii="QhZznecx+FZFSK" w:hAnsi="QhZznecx+FZFSK" w:eastAsia="QhZznecx+FZFSK"/>
          <w:color w:val="000000"/>
          <w:sz w:val="32"/>
        </w:rPr>
        <w:t>新</w:t>
      </w:r>
      <w:r>
        <w:rPr>
          <w:spacing w:val="8"/>
          <w:rFonts w:ascii="QhZznecx+FZFSK" w:hAnsi="QhZznecx+FZFSK" w:eastAsia="QhZznecx+FZFSK"/>
          <w:color w:val="000000"/>
          <w:sz w:val="32"/>
        </w:rPr>
        <w:t>认定的省</w:t>
      </w:r>
      <w:r>
        <w:rPr>
          <w:spacing w:val="6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8"/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研</w:t>
      </w:r>
      <w:r>
        <w:rPr>
          <w:spacing w:val="6"/>
          <w:rFonts w:ascii="QhZznecx+FZFSK" w:hAnsi="QhZznecx+FZFSK" w:eastAsia="QhZznecx+FZFSK"/>
          <w:color w:val="000000"/>
          <w:sz w:val="32"/>
        </w:rPr>
        <w:t>究</w:t>
      </w:r>
      <w:r>
        <w:rPr>
          <w:spacing w:val="8"/>
          <w:rFonts w:ascii="QhZznecx+FZFSK" w:hAnsi="QhZznecx+FZFSK" w:eastAsia="QhZznecx+FZFSK"/>
          <w:color w:val="000000"/>
          <w:sz w:val="32"/>
        </w:rPr>
        <w:t>院给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4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spacing w:val="8"/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6"/>
          <w:rFonts w:ascii="QhZznecx+FZFSK" w:hAnsi="QhZznecx+FZFSK" w:eastAsia="QhZznecx+FZFSK"/>
          <w:color w:val="000000"/>
          <w:sz w:val="32"/>
        </w:rPr>
        <w:t>奖</w:t>
      </w:r>
      <w:r>
        <w:rPr>
          <w:spacing w:val="8"/>
          <w:rFonts w:ascii="QhZznecx+FZFSK" w:hAnsi="QhZznecx+FZFSK" w:eastAsia="QhZznecx+FZFSK"/>
          <w:color w:val="000000"/>
          <w:sz w:val="32"/>
        </w:rPr>
        <w:t>励。</w:t>
      </w:r>
      <w:r>
        <w:rPr>
          <w:spacing w:val="6"/>
          <w:rFonts w:ascii="QhZznecx+FZFSK" w:hAnsi="QhZznecx+FZFSK" w:eastAsia="QhZznecx+FZFSK"/>
          <w:color w:val="000000"/>
          <w:sz w:val="32"/>
        </w:rPr>
        <w:t>对</w:t>
      </w:r>
      <w:r>
        <w:rPr>
          <w:spacing w:val="8"/>
          <w:rFonts w:ascii="QhZznecx+FZFSK" w:hAnsi="QhZznecx+FZFSK" w:eastAsia="QhZznecx+FZFSK"/>
          <w:color w:val="000000"/>
          <w:sz w:val="32"/>
        </w:rPr>
        <w:t>新认</w:t>
      </w:r>
      <w:r>
        <w:rPr>
          <w:spacing w:val="6"/>
          <w:rFonts w:ascii="QhZznecx+FZFSK" w:hAnsi="QhZznecx+FZFSK" w:eastAsia="QhZznecx+FZFSK"/>
          <w:color w:val="000000"/>
          <w:sz w:val="32"/>
        </w:rPr>
        <w:t>定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spacing w:val="8"/>
          <w:rFonts w:ascii="QhZznecx+FZFSK" w:hAnsi="QhZznecx+FZFSK" w:eastAsia="QhZznecx+FZFSK"/>
          <w:color w:val="000000"/>
          <w:sz w:val="32"/>
        </w:rPr>
        <w:t>省高新</w:t>
      </w:r>
      <w:r>
        <w:rPr>
          <w:spacing w:val="6"/>
          <w:rFonts w:ascii="QhZznecx+FZFSK" w:hAnsi="QhZznecx+FZFSK" w:eastAsia="QhZznecx+FZFSK"/>
          <w:color w:val="000000"/>
          <w:sz w:val="32"/>
        </w:rPr>
        <w:t>技</w:t>
      </w:r>
      <w:r>
        <w:rPr>
          <w:spacing w:val="8"/>
          <w:rFonts w:ascii="QhZznecx+FZFSK" w:hAnsi="QhZznecx+FZFSK" w:eastAsia="QhZznecx+FZFSK"/>
          <w:color w:val="000000"/>
          <w:sz w:val="32"/>
        </w:rPr>
        <w:t>术</w:t>
      </w:r>
      <w:r>
        <w:rPr>
          <w:spacing w:val="6"/>
          <w:rFonts w:ascii="QhZznecx+FZFSK" w:hAnsi="QhZznecx+FZFSK" w:eastAsia="QhZznecx+FZFSK"/>
          <w:color w:val="000000"/>
          <w:sz w:val="32"/>
        </w:rPr>
        <w:t>企</w:t>
      </w:r>
      <w:r>
        <w:rPr>
          <w:spacing w:val="8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研</w:t>
      </w:r>
      <w:r>
        <w:rPr>
          <w:spacing w:val="8"/>
          <w:rFonts w:ascii="QhZznecx+FZFSK" w:hAnsi="QhZznecx+FZFSK" w:eastAsia="QhZznecx+FZFSK"/>
          <w:color w:val="000000"/>
          <w:sz w:val="32"/>
        </w:rPr>
        <w:t>究</w:t>
      </w:r>
      <w:r>
        <w:rPr>
          <w:spacing w:val="6"/>
          <w:rFonts w:ascii="QhZznecx+FZFSK" w:hAnsi="QhZznecx+FZFSK" w:eastAsia="QhZznecx+FZFSK"/>
          <w:color w:val="000000"/>
          <w:sz w:val="32"/>
        </w:rPr>
        <w:t>开</w:t>
      </w:r>
      <w:r>
        <w:rPr>
          <w:spacing w:val="8"/>
          <w:rFonts w:ascii="QhZznecx+FZFSK" w:hAnsi="QhZznecx+FZFSK" w:eastAsia="QhZznecx+FZFSK"/>
          <w:color w:val="000000"/>
          <w:sz w:val="32"/>
        </w:rPr>
        <w:t>发中心给</w:t>
      </w:r>
      <w:r>
        <w:rPr>
          <w:spacing w:val="86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万元奖励</w:t>
      </w:r>
      <w:r>
        <w:rPr>
          <w:spacing w:val="6"/>
          <w:rFonts w:ascii="QhZznecx+FZFSK" w:hAnsi="QhZznecx+FZFSK" w:eastAsia="QhZznecx+FZFSK"/>
          <w:color w:val="000000"/>
          <w:sz w:val="32"/>
        </w:rPr>
        <w:t>。</w:t>
      </w:r>
      <w:r>
        <w:rPr>
          <w:spacing w:val="8"/>
          <w:rFonts w:ascii="QhZznecx+FZFSK" w:hAnsi="QhZznecx+FZFSK" w:eastAsia="QhZznecx+FZFSK"/>
          <w:color w:val="000000"/>
          <w:sz w:val="32"/>
        </w:rPr>
        <w:t>对新</w:t>
      </w:r>
      <w:r>
        <w:rPr>
          <w:spacing w:val="6"/>
          <w:rFonts w:ascii="QhZznecx+FZFSK" w:hAnsi="QhZznecx+FZFSK" w:eastAsia="QhZznecx+FZFSK"/>
          <w:color w:val="000000"/>
          <w:sz w:val="32"/>
        </w:rPr>
        <w:t>认</w:t>
      </w:r>
      <w:r>
        <w:rPr>
          <w:spacing w:val="10"/>
          <w:rFonts w:ascii="QhZznecx+FZFSK" w:hAnsi="QhZznecx+FZFSK" w:eastAsia="QhZznecx+FZFSK"/>
          <w:color w:val="000000"/>
          <w:sz w:val="32"/>
        </w:rPr>
        <w:t>定</w:t>
      </w:r>
      <w:r>
        <w:rPr>
          <w:spacing w:val="6"/>
          <w:rFonts w:ascii="QhZznecx+FZFSK" w:hAnsi="QhZznecx+FZFSK" w:eastAsia="QhZznecx+FZFSK"/>
          <w:color w:val="000000"/>
          <w:sz w:val="32"/>
        </w:rPr>
        <w:t>的</w:t>
      </w:r>
      <w:r>
        <w:rPr>
          <w:spacing w:val="8"/>
          <w:rFonts w:ascii="QhZznecx+FZFSK" w:hAnsi="QhZznecx+FZFSK" w:eastAsia="QhZznecx+FZFSK"/>
          <w:color w:val="000000"/>
          <w:sz w:val="32"/>
        </w:rPr>
        <w:t>国家级、</w:t>
      </w:r>
      <w:r>
        <w:rPr>
          <w:spacing w:val="6"/>
          <w:rFonts w:ascii="QhZznecx+FZFSK" w:hAnsi="QhZznecx+FZFSK" w:eastAsia="QhZznecx+FZFSK"/>
          <w:color w:val="000000"/>
          <w:sz w:val="32"/>
        </w:rPr>
        <w:t>省</w:t>
      </w:r>
      <w:r>
        <w:rPr>
          <w:spacing w:val="8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科</w:t>
      </w:r>
      <w:r>
        <w:rPr>
          <w:spacing w:val="2"/>
          <w:rFonts w:ascii="QhZznecx+FZFSK" w:hAnsi="QhZznecx+FZFSK" w:eastAsia="QhZznecx+FZFSK"/>
          <w:color w:val="000000"/>
          <w:sz w:val="32"/>
        </w:rPr>
        <w:t>技企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孵化</w:t>
      </w:r>
      <w:r>
        <w:rPr>
          <w:rFonts w:ascii="QhZznecx+FZFSK" w:hAnsi="QhZznecx+FZFSK" w:eastAsia="QhZznecx+FZFSK"/>
          <w:color w:val="000000"/>
          <w:sz w:val="32"/>
        </w:rPr>
        <w:t>器</w:t>
      </w:r>
      <w:r>
        <w:rPr>
          <w:spacing w:val="-2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2"/>
          <w:rFonts w:ascii="QhZznecx+FZFSK" w:hAnsi="QhZznecx+FZFSK" w:eastAsia="QhZznecx+FZFSK"/>
          <w:color w:val="000000"/>
          <w:sz w:val="32"/>
        </w:rPr>
        <w:t>别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-20"/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spacing w:val="-2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2"/>
          <w:rFonts w:ascii="QhZznecx+FZFSK" w:hAnsi="QhZznecx+FZFSK" w:eastAsia="QhZznecx+FZFSK"/>
          <w:color w:val="000000"/>
          <w:sz w:val="32"/>
        </w:rPr>
        <w:t>通过</w:t>
      </w:r>
      <w:r>
        <w:rPr>
          <w:rFonts w:ascii="QhZznecx+FZFSK" w:hAnsi="QhZznecx+FZFSK" w:eastAsia="QhZznecx+FZFSK"/>
          <w:color w:val="000000"/>
          <w:sz w:val="32"/>
        </w:rPr>
        <w:t>备</w:t>
      </w:r>
      <w:r>
        <w:rPr>
          <w:spacing w:val="6"/>
          <w:rFonts w:ascii="QhZznecx+FZFSK" w:hAnsi="QhZznecx+FZFSK" w:eastAsia="QhZznecx+FZFSK"/>
          <w:color w:val="000000"/>
          <w:sz w:val="32"/>
        </w:rPr>
        <w:t>案的</w:t>
      </w:r>
      <w:r>
        <w:rPr>
          <w:spacing w:val="4"/>
          <w:rFonts w:ascii="QhZznecx+FZFSK" w:hAnsi="QhZznecx+FZFSK" w:eastAsia="QhZznecx+FZFSK"/>
          <w:color w:val="000000"/>
          <w:sz w:val="32"/>
        </w:rPr>
        <w:t>国</w:t>
      </w:r>
      <w:r>
        <w:rPr>
          <w:spacing w:val="6"/>
          <w:rFonts w:ascii="QhZznecx+FZFSK" w:hAnsi="QhZznecx+FZFSK" w:eastAsia="QhZznecx+FZFSK"/>
          <w:color w:val="000000"/>
          <w:sz w:val="32"/>
        </w:rPr>
        <w:t>家级、省</w:t>
      </w:r>
      <w:r>
        <w:rPr>
          <w:spacing w:val="4"/>
          <w:rFonts w:ascii="QhZznecx+FZFSK" w:hAnsi="QhZznecx+FZFSK" w:eastAsia="QhZznecx+FZFSK"/>
          <w:color w:val="000000"/>
          <w:sz w:val="32"/>
        </w:rPr>
        <w:t>级</w:t>
      </w:r>
      <w:r>
        <w:rPr>
          <w:spacing w:val="6"/>
          <w:rFonts w:ascii="QhZznecx+FZFSK" w:hAnsi="QhZznecx+FZFSK" w:eastAsia="QhZznecx+FZFSK"/>
          <w:color w:val="000000"/>
          <w:sz w:val="32"/>
        </w:rPr>
        <w:t>众创空间，</w:t>
      </w:r>
      <w:r>
        <w:rPr>
          <w:spacing w:val="2"/>
          <w:rFonts w:ascii="QhZznecx+FZFSK" w:hAnsi="QhZznecx+FZFSK" w:eastAsia="QhZznecx+FZFSK"/>
          <w:color w:val="000000"/>
          <w:sz w:val="32"/>
        </w:rPr>
        <w:t>分</w:t>
      </w:r>
      <w:r>
        <w:rPr>
          <w:spacing w:val="4"/>
          <w:rFonts w:ascii="QhZznecx+FZFSK" w:hAnsi="QhZznecx+FZFSK" w:eastAsia="QhZznecx+FZFSK"/>
          <w:color w:val="000000"/>
          <w:sz w:val="32"/>
        </w:rPr>
        <w:t>别给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万元、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同</w:t>
      </w:r>
      <w:r>
        <w:rPr>
          <w:spacing w:val="2"/>
          <w:rFonts w:ascii="QhZznecx+FZFSK" w:hAnsi="QhZznecx+FZFSK" w:eastAsia="QhZznecx+FZFSK"/>
          <w:color w:val="000000"/>
          <w:sz w:val="32"/>
        </w:rPr>
        <w:t>一</w:t>
      </w:r>
      <w:r>
        <w:rPr>
          <w:rFonts w:ascii="QhZznecx+FZFSK" w:hAnsi="QhZznecx+FZFSK" w:eastAsia="QhZznecx+FZFSK"/>
          <w:color w:val="000000"/>
          <w:sz w:val="32"/>
        </w:rPr>
        <w:t>事</w:t>
      </w:r>
      <w:r>
        <w:rPr>
          <w:spacing w:val="2"/>
          <w:rFonts w:ascii="QhZznecx+FZFSK" w:hAnsi="QhZznecx+FZFSK" w:eastAsia="QhZznecx+FZFSK"/>
          <w:color w:val="000000"/>
          <w:sz w:val="32"/>
        </w:rPr>
        <w:t>项分</w:t>
      </w:r>
      <w:r>
        <w:rPr>
          <w:rFonts w:ascii="QhZznecx+FZFSK" w:hAnsi="QhZznecx+FZFSK" w:eastAsia="QhZznecx+FZFSK"/>
          <w:color w:val="000000"/>
          <w:sz w:val="32"/>
        </w:rPr>
        <w:t>档</w:t>
      </w:r>
      <w:r>
        <w:rPr>
          <w:spacing w:val="4"/>
          <w:rFonts w:ascii="QhZznecx+FZFSK" w:hAnsi="QhZznecx+FZFSK" w:eastAsia="QhZznecx+FZFSK"/>
          <w:color w:val="000000"/>
          <w:sz w:val="32"/>
        </w:rPr>
        <w:t>奖</w:t>
      </w:r>
      <w:r>
        <w:rPr>
          <w:rFonts w:ascii="QhZznecx+FZFSK" w:hAnsi="QhZznecx+FZFSK" w:eastAsia="QhZznecx+FZFSK"/>
          <w:color w:val="000000"/>
          <w:sz w:val="32"/>
        </w:rPr>
        <w:t>补的</w:t>
      </w:r>
      <w:r>
        <w:rPr>
          <w:spacing w:val="4"/>
          <w:rFonts w:ascii="QhZznecx+FZFSK" w:hAnsi="QhZznecx+FZFSK" w:eastAsia="QhZznecx+FZFSK"/>
          <w:color w:val="000000"/>
          <w:sz w:val="32"/>
        </w:rPr>
        <w:t>实</w:t>
      </w:r>
      <w:r>
        <w:rPr>
          <w:rFonts w:ascii="QhZznecx+FZFSK" w:hAnsi="QhZznecx+FZFSK" w:eastAsia="QhZznecx+FZFSK"/>
          <w:color w:val="000000"/>
          <w:sz w:val="32"/>
        </w:rPr>
        <w:t>行进</w:t>
      </w:r>
      <w:r>
        <w:rPr>
          <w:spacing w:val="4"/>
          <w:rFonts w:ascii="QhZznecx+FZFSK" w:hAnsi="QhZznecx+FZFSK" w:eastAsia="QhZznecx+FZFSK"/>
          <w:color w:val="000000"/>
          <w:sz w:val="32"/>
        </w:rPr>
        <w:t>档</w:t>
      </w:r>
      <w:r>
        <w:rPr>
          <w:rFonts w:ascii="QhZznecx+FZFSK" w:hAnsi="QhZznecx+FZFSK" w:eastAsia="QhZznecx+FZFSK"/>
          <w:color w:val="000000"/>
          <w:sz w:val="32"/>
        </w:rPr>
        <w:t>补差</w:t>
      </w:r>
      <w:r>
        <w:rPr>
          <w:spacing w:val="-6"/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oWgGuaTQ+FZKTK" w:hAnsi="oWgGuaTQ+FZKTK" w:eastAsia="oWgGuaTQ+FZKTK"/>
          <w:color w:val="000000"/>
          <w:sz w:val="32"/>
        </w:rPr>
        <w:t>（</w:t>
      </w:r>
      <w:r>
        <w:rPr>
          <w:rFonts w:ascii="oWgGuaTQ+FZKTK" w:hAnsi="oWgGuaTQ+FZKTK" w:eastAsia="oWgGuaTQ+FZKTK"/>
          <w:color w:val="000000"/>
          <w:sz w:val="32"/>
        </w:rPr>
        <w:t>责</w:t>
      </w:r>
      <w:r>
        <w:rPr>
          <w:spacing w:val="2"/>
          <w:rFonts w:ascii="oWgGuaTQ+FZKTK" w:hAnsi="oWgGuaTQ+FZKTK" w:eastAsia="oWgGuaTQ+FZKTK"/>
          <w:color w:val="000000"/>
          <w:sz w:val="32"/>
        </w:rPr>
        <w:t>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</w:t>
      </w:r>
      <w:r>
        <w:rPr>
          <w:spacing w:val="-2"/>
          <w:rFonts w:ascii="oWgGuaTQ+FZKTK" w:hAnsi="oWgGuaTQ+FZKTK" w:eastAsia="oWgGuaTQ+FZKTK"/>
          <w:color w:val="000000"/>
          <w:sz w:val="32"/>
        </w:rPr>
        <w:t>：</w:t>
      </w:r>
      <w:r>
        <w:rPr>
          <w:rFonts w:ascii="oWgGuaTQ+FZKTK" w:hAnsi="oWgGuaTQ+FZKTK" w:eastAsia="oWgGuaTQ+FZKTK"/>
          <w:color w:val="000000"/>
          <w:sz w:val="32"/>
        </w:rPr>
        <w:t>市科</w:t>
      </w:r>
      <w:r>
        <w:rPr>
          <w:spacing w:val="2"/>
          <w:rFonts w:ascii="oWgGuaTQ+FZKTK" w:hAnsi="oWgGuaTQ+FZKTK" w:eastAsia="oWgGuaTQ+FZKTK"/>
          <w:color w:val="000000"/>
          <w:sz w:val="32"/>
        </w:rPr>
        <w:t>技局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认定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省</w:t>
      </w:r>
      <w:r>
        <w:rPr>
          <w:spacing w:val="2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产品（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4"/>
          <w:rFonts w:ascii="QhZznecx+FZFSK" w:hAnsi="QhZznecx+FZFSK" w:eastAsia="QhZznecx+FZFSK"/>
          <w:color w:val="000000"/>
          <w:sz w:val="32"/>
        </w:rPr>
        <w:t>技</w:t>
      </w:r>
      <w:r>
        <w:rPr>
          <w:rFonts w:ascii="QhZznecx+FZFSK" w:hAnsi="QhZznecx+FZFSK" w:eastAsia="QhZznecx+FZFSK"/>
          <w:color w:val="000000"/>
          <w:sz w:val="32"/>
        </w:rPr>
        <w:t>术</w:t>
      </w:r>
      <w:r>
        <w:rPr>
          <w:spacing w:val="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，</w:t>
      </w:r>
      <w:r>
        <w:rPr>
          <w:spacing w:val="4"/>
          <w:rFonts w:ascii="QhZznecx+FZFSK" w:hAnsi="QhZznecx+FZFSK" w:eastAsia="QhZznecx+FZFSK"/>
          <w:color w:val="000000"/>
          <w:sz w:val="32"/>
        </w:rPr>
        <w:t>每</w:t>
      </w:r>
      <w:r>
        <w:rPr>
          <w:spacing w:val="2"/>
          <w:rFonts w:ascii="QhZznecx+FZFSK" w:hAnsi="QhZznecx+FZFSK" w:eastAsia="QhZznecx+FZFSK"/>
          <w:color w:val="000000"/>
          <w:sz w:val="32"/>
        </w:rPr>
        <w:t>个产</w:t>
      </w:r>
      <w:r>
        <w:rPr>
          <w:rFonts w:ascii="QhZznecx+FZFSK" w:hAnsi="QhZznecx+FZFSK" w:eastAsia="QhZznecx+FZFSK"/>
          <w:color w:val="000000"/>
          <w:sz w:val="32"/>
        </w:rPr>
        <w:t>品</w:t>
      </w:r>
      <w:r>
        <w:rPr>
          <w:spacing w:val="4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项</w:t>
      </w:r>
    </w:p>
    <w:p>
      <w:pPr>
        <w:autoSpaceDN w:val="0"/>
        <w:autoSpaceDE w:val="0"/>
        <w:widowControl/>
        <w:spacing w:line="348" w:lineRule="exact" w:before="324" w:after="0"/>
        <w:ind w:left="0" w:right="356" w:firstLine="0"/>
        <w:jc w:val="righ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5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4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tabs>
          <w:tab w:pos="976" w:val="left"/>
          <w:tab w:pos="1000" w:val="left"/>
        </w:tabs>
        <w:autoSpaceDE w:val="0"/>
        <w:widowControl/>
        <w:spacing w:line="570" w:lineRule="exact" w:before="0" w:after="0"/>
        <w:ind w:left="360" w:right="144" w:firstLine="0"/>
        <w:jc w:val="left"/>
      </w:pPr>
      <w:r>
        <w:rPr>
          <w:spacing w:val="2"/>
          <w:rFonts w:ascii="QhZznecx+FZFSK" w:hAnsi="QhZznecx+FZFSK" w:eastAsia="QhZznecx+FZFSK"/>
          <w:color w:val="000000"/>
          <w:sz w:val="32"/>
        </w:rPr>
        <w:t>目</w:t>
      </w:r>
      <w:r>
        <w:rPr>
          <w:rFonts w:ascii="QhZznecx+FZFSK" w:hAnsi="QhZznecx+FZFSK" w:eastAsia="QhZznecx+FZFSK"/>
          <w:color w:val="000000"/>
          <w:sz w:val="32"/>
        </w:rPr>
        <w:t>）给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元奖励</w:t>
      </w:r>
      <w:r>
        <w:rPr>
          <w:rFonts w:ascii="QhZznecx+FZFSK" w:hAnsi="QhZznecx+FZFSK" w:eastAsia="QhZznecx+FZFSK"/>
          <w:color w:val="000000"/>
          <w:sz w:val="32"/>
        </w:rPr>
        <w:t>。对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定的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4"/>
          <w:rFonts w:ascii="QhZznecx+FZFSK" w:hAnsi="QhZznecx+FZFSK" w:eastAsia="QhZznecx+FZFSK"/>
          <w:color w:val="000000"/>
          <w:sz w:val="32"/>
        </w:rPr>
        <w:t>家</w:t>
      </w:r>
      <w:r>
        <w:rPr>
          <w:rFonts w:ascii="QhZznecx+FZFSK" w:hAnsi="QhZznecx+FZFSK" w:eastAsia="QhZznecx+FZFSK"/>
          <w:color w:val="000000"/>
          <w:sz w:val="32"/>
        </w:rPr>
        <w:t>级、省</w:t>
      </w:r>
      <w:r>
        <w:rPr>
          <w:spacing w:val="2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首</w:t>
      </w:r>
      <w:r>
        <w:rPr>
          <w:spacing w:val="2"/>
          <w:rFonts w:ascii="QhZznecx+FZFSK" w:hAnsi="QhZznecx+FZFSK" w:eastAsia="QhZznecx+FZFSK"/>
          <w:color w:val="000000"/>
          <w:sz w:val="32"/>
        </w:rPr>
        <w:t>台</w:t>
      </w:r>
      <w:r>
        <w:rPr>
          <w:rFonts w:ascii="QhZznecx+FZFSK" w:hAnsi="QhZznecx+FZFSK" w:eastAsia="QhZznecx+FZFSK"/>
          <w:color w:val="000000"/>
          <w:sz w:val="32"/>
        </w:rPr>
        <w:t>（</w:t>
      </w:r>
      <w:r>
        <w:rPr>
          <w:spacing w:val="2"/>
          <w:rFonts w:ascii="QhZznecx+FZFSK" w:hAnsi="QhZznecx+FZFSK" w:eastAsia="QhZznecx+FZFSK"/>
          <w:color w:val="000000"/>
          <w:sz w:val="32"/>
        </w:rPr>
        <w:t>套</w:t>
      </w:r>
      <w:r>
        <w:rPr>
          <w:rFonts w:ascii="QhZznecx+FZFSK" w:hAnsi="QhZznecx+FZFSK" w:eastAsia="QhZznecx+FZFSK"/>
          <w:color w:val="000000"/>
          <w:sz w:val="32"/>
        </w:rPr>
        <w:t>）</w:t>
      </w:r>
      <w:r>
        <w:rPr>
          <w:spacing w:val="6"/>
          <w:rFonts w:ascii="QhZznecx+FZFSK" w:hAnsi="QhZznecx+FZFSK" w:eastAsia="QhZznecx+FZFSK"/>
          <w:color w:val="000000"/>
          <w:sz w:val="32"/>
        </w:rPr>
        <w:t>装备</w:t>
      </w:r>
      <w:r>
        <w:rPr>
          <w:spacing w:val="4"/>
          <w:rFonts w:ascii="QhZznecx+FZFSK" w:hAnsi="QhZznecx+FZFSK" w:eastAsia="QhZznecx+FZFSK"/>
          <w:color w:val="000000"/>
          <w:sz w:val="32"/>
        </w:rPr>
        <w:t>、</w:t>
      </w:r>
      <w:r>
        <w:rPr>
          <w:spacing w:val="6"/>
          <w:rFonts w:ascii="QhZznecx+FZFSK" w:hAnsi="QhZznecx+FZFSK" w:eastAsia="QhZznecx+FZFSK"/>
          <w:color w:val="000000"/>
          <w:sz w:val="32"/>
        </w:rPr>
        <w:t>首批次</w:t>
      </w:r>
      <w:r>
        <w:rPr>
          <w:spacing w:val="4"/>
          <w:rFonts w:ascii="QhZznecx+FZFSK" w:hAnsi="QhZznecx+FZFSK" w:eastAsia="QhZznecx+FZFSK"/>
          <w:color w:val="000000"/>
          <w:sz w:val="32"/>
        </w:rPr>
        <w:t>新</w:t>
      </w:r>
      <w:r>
        <w:rPr>
          <w:spacing w:val="6"/>
          <w:rFonts w:ascii="QhZznecx+FZFSK" w:hAnsi="QhZznecx+FZFSK" w:eastAsia="QhZznecx+FZFSK"/>
          <w:color w:val="000000"/>
          <w:sz w:val="32"/>
        </w:rPr>
        <w:t>材料分别</w:t>
      </w:r>
      <w:r>
        <w:rPr>
          <w:spacing w:val="2"/>
          <w:rFonts w:ascii="QhZznecx+FZFSK" w:hAnsi="QhZznecx+FZFSK" w:eastAsia="QhZznecx+FZFSK"/>
          <w:color w:val="000000"/>
          <w:sz w:val="32"/>
        </w:rPr>
        <w:t>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6"/>
          <w:rFonts w:ascii="QhZznecx+FZFSK" w:hAnsi="QhZznecx+FZFSK" w:eastAsia="QhZznecx+FZFSK"/>
          <w:color w:val="000000"/>
          <w:sz w:val="32"/>
        </w:rPr>
        <w:t>5</w:t>
      </w:r>
      <w:r>
        <w:rPr>
          <w:spacing w:val="6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spacing w:val="6"/>
          <w:rFonts w:ascii="QhZznecx+FZFSK" w:hAnsi="QhZznecx+FZFSK" w:eastAsia="QhZznecx+FZFSK"/>
          <w:color w:val="000000"/>
          <w:sz w:val="32"/>
        </w:rPr>
        <w:t>一次性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励；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新列</w:t>
      </w:r>
      <w:r>
        <w:rPr>
          <w:rFonts w:ascii="QhZznecx+FZFSK" w:hAnsi="QhZznecx+FZFSK" w:eastAsia="QhZznecx+FZFSK"/>
          <w:color w:val="000000"/>
          <w:sz w:val="32"/>
        </w:rPr>
        <w:t>入</w:t>
      </w:r>
      <w:r>
        <w:rPr>
          <w:spacing w:val="2"/>
          <w:rFonts w:ascii="QhZznecx+FZFSK" w:hAnsi="QhZznecx+FZFSK" w:eastAsia="QhZznecx+FZFSK"/>
          <w:color w:val="000000"/>
          <w:sz w:val="32"/>
        </w:rPr>
        <w:t>《浙</w:t>
      </w:r>
      <w:r>
        <w:rPr>
          <w:rFonts w:ascii="QhZznecx+FZFSK" w:hAnsi="QhZznecx+FZFSK" w:eastAsia="QhZznecx+FZFSK"/>
          <w:color w:val="000000"/>
          <w:sz w:val="32"/>
        </w:rPr>
        <w:t>江</w:t>
      </w:r>
      <w:r>
        <w:rPr>
          <w:spacing w:val="2"/>
          <w:rFonts w:ascii="QhZznecx+FZFSK" w:hAnsi="QhZznecx+FZFSK" w:eastAsia="QhZznecx+FZFSK"/>
          <w:color w:val="000000"/>
          <w:sz w:val="32"/>
        </w:rPr>
        <w:t>省首</w:t>
      </w:r>
      <w:r>
        <w:rPr>
          <w:rFonts w:ascii="QhZznecx+FZFSK" w:hAnsi="QhZznecx+FZFSK" w:eastAsia="QhZznecx+FZFSK"/>
          <w:color w:val="000000"/>
          <w:sz w:val="32"/>
        </w:rPr>
        <w:t>版</w:t>
      </w:r>
      <w:r>
        <w:rPr>
          <w:spacing w:val="2"/>
          <w:rFonts w:ascii="QhZznecx+FZFSK" w:hAnsi="QhZznecx+FZFSK" w:eastAsia="QhZznecx+FZFSK"/>
          <w:color w:val="000000"/>
          <w:sz w:val="32"/>
        </w:rPr>
        <w:t>次软</w:t>
      </w:r>
      <w:r>
        <w:rPr>
          <w:rFonts w:ascii="QhZznecx+FZFSK" w:hAnsi="QhZznecx+FZFSK" w:eastAsia="QhZznecx+FZFSK"/>
          <w:color w:val="000000"/>
          <w:sz w:val="32"/>
        </w:rPr>
        <w:t>件</w:t>
      </w:r>
      <w:r>
        <w:rPr>
          <w:spacing w:val="2"/>
          <w:rFonts w:ascii="QhZznecx+FZFSK" w:hAnsi="QhZznecx+FZFSK" w:eastAsia="QhZznecx+FZFSK"/>
          <w:color w:val="000000"/>
          <w:sz w:val="32"/>
        </w:rPr>
        <w:t>产品</w:t>
      </w:r>
      <w:r>
        <w:rPr>
          <w:rFonts w:ascii="QhZznecx+FZFSK" w:hAnsi="QhZznecx+FZFSK" w:eastAsia="QhZznecx+FZFSK"/>
          <w:color w:val="000000"/>
          <w:sz w:val="32"/>
        </w:rPr>
        <w:t>应</w:t>
      </w:r>
      <w:r>
        <w:rPr>
          <w:spacing w:val="2"/>
          <w:rFonts w:ascii="QhZznecx+FZFSK" w:hAnsi="QhZznecx+FZFSK" w:eastAsia="QhZznecx+FZFSK"/>
          <w:color w:val="000000"/>
          <w:sz w:val="32"/>
        </w:rPr>
        <w:t>用推</w:t>
      </w:r>
      <w:r>
        <w:rPr>
          <w:rFonts w:ascii="QhZznecx+FZFSK" w:hAnsi="QhZznecx+FZFSK" w:eastAsia="QhZznecx+FZFSK"/>
          <w:color w:val="000000"/>
          <w:sz w:val="32"/>
        </w:rPr>
        <w:t>广指</w:t>
      </w:r>
      <w:r>
        <w:rPr>
          <w:spacing w:val="2"/>
          <w:rFonts w:ascii="QhZznecx+FZFSK" w:hAnsi="QhZznecx+FZFSK" w:eastAsia="QhZznecx+FZFSK"/>
          <w:color w:val="000000"/>
          <w:sz w:val="32"/>
        </w:rPr>
        <w:t>导</w:t>
      </w:r>
      <w:r>
        <w:rPr>
          <w:rFonts w:ascii="QhZznecx+FZFSK" w:hAnsi="QhZznecx+FZFSK" w:eastAsia="QhZznecx+FZFSK"/>
          <w:color w:val="000000"/>
          <w:sz w:val="32"/>
        </w:rPr>
        <w:t>目</w:t>
      </w:r>
      <w:r>
        <w:rPr>
          <w:spacing w:val="2"/>
          <w:rFonts w:ascii="QhZznecx+FZFSK" w:hAnsi="QhZznecx+FZFSK" w:eastAsia="QhZznecx+FZFSK"/>
          <w:color w:val="000000"/>
          <w:sz w:val="32"/>
        </w:rPr>
        <w:t>录</w:t>
      </w:r>
      <w:r>
        <w:rPr>
          <w:rFonts w:ascii="QhZznecx+FZFSK" w:hAnsi="QhZznecx+FZFSK" w:eastAsia="QhZznecx+FZFSK"/>
          <w:color w:val="000000"/>
          <w:sz w:val="32"/>
        </w:rPr>
        <w:t>》</w:t>
      </w:r>
      <w:r>
        <w:rPr>
          <w:spacing w:val="8"/>
          <w:rFonts w:ascii="QhZznecx+FZFSK" w:hAnsi="QhZznecx+FZFSK" w:eastAsia="QhZznecx+FZFSK"/>
          <w:color w:val="000000"/>
          <w:sz w:val="32"/>
        </w:rPr>
        <w:t>的</w:t>
      </w:r>
      <w:r>
        <w:rPr>
          <w:spacing w:val="6"/>
          <w:rFonts w:ascii="QhZznecx+FZFSK" w:hAnsi="QhZznecx+FZFSK" w:eastAsia="QhZznecx+FZFSK"/>
          <w:color w:val="000000"/>
          <w:sz w:val="32"/>
        </w:rPr>
        <w:t>首</w:t>
      </w:r>
      <w:r>
        <w:rPr>
          <w:spacing w:val="8"/>
          <w:rFonts w:ascii="QhZznecx+FZFSK" w:hAnsi="QhZznecx+FZFSK" w:eastAsia="QhZznecx+FZFSK"/>
          <w:color w:val="000000"/>
          <w:sz w:val="32"/>
        </w:rPr>
        <w:t>版次软件</w:t>
      </w:r>
      <w:r>
        <w:rPr>
          <w:spacing w:val="6"/>
          <w:rFonts w:ascii="QhZznecx+FZFSK" w:hAnsi="QhZznecx+FZFSK" w:eastAsia="QhZznecx+FZFSK"/>
          <w:color w:val="000000"/>
          <w:sz w:val="32"/>
        </w:rPr>
        <w:t>给</w:t>
      </w:r>
      <w:r>
        <w:rPr>
          <w:spacing w:val="86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8"/>
          <w:rFonts w:ascii="QhZznecx+FZFSK" w:hAnsi="QhZznecx+FZFSK" w:eastAsia="QhZznecx+FZFSK"/>
          <w:color w:val="000000"/>
          <w:sz w:val="32"/>
        </w:rPr>
        <w:t>5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万元的</w:t>
      </w:r>
      <w:r>
        <w:rPr>
          <w:spacing w:val="6"/>
          <w:rFonts w:ascii="QhZznecx+FZFSK" w:hAnsi="QhZznecx+FZFSK" w:eastAsia="QhZznecx+FZFSK"/>
          <w:color w:val="000000"/>
          <w:sz w:val="32"/>
        </w:rPr>
        <w:t>一</w:t>
      </w:r>
      <w:r>
        <w:rPr>
          <w:spacing w:val="8"/>
          <w:rFonts w:ascii="QhZznecx+FZFSK" w:hAnsi="QhZznecx+FZFSK" w:eastAsia="QhZznecx+FZFSK"/>
          <w:color w:val="000000"/>
          <w:sz w:val="32"/>
        </w:rPr>
        <w:t>次性奖励</w:t>
      </w:r>
      <w:r>
        <w:rPr>
          <w:spacing w:val="6"/>
          <w:rFonts w:ascii="QhZznecx+FZFSK" w:hAnsi="QhZznecx+FZFSK" w:eastAsia="QhZznecx+FZFSK"/>
          <w:color w:val="000000"/>
          <w:sz w:val="32"/>
        </w:rPr>
        <w:t>。</w:t>
      </w:r>
      <w:r>
        <w:rPr>
          <w:spacing w:val="8"/>
          <w:rFonts w:ascii="QhZznecx+FZFSK" w:hAnsi="QhZznecx+FZFSK" w:eastAsia="QhZznecx+FZFSK"/>
          <w:color w:val="000000"/>
          <w:sz w:val="32"/>
        </w:rPr>
        <w:t>不含省补</w:t>
      </w:r>
      <w:r>
        <w:rPr>
          <w:spacing w:val="6"/>
          <w:rFonts w:ascii="QhZznecx+FZFSK" w:hAnsi="QhZznecx+FZFSK" w:eastAsia="QhZznecx+FZFSK"/>
          <w:color w:val="000000"/>
          <w:sz w:val="32"/>
        </w:rPr>
        <w:t>。</w:t>
      </w:r>
      <w:r>
        <w:rPr>
          <w:spacing w:val="8"/>
          <w:rFonts w:ascii="oWgGuaTQ+FZKTK" w:hAnsi="oWgGuaTQ+FZKTK" w:eastAsia="oWgGuaTQ+FZKTK"/>
          <w:color w:val="000000"/>
          <w:sz w:val="32"/>
        </w:rPr>
        <w:t>（</w:t>
      </w:r>
      <w:r>
        <w:rPr>
          <w:rFonts w:ascii="oWgGuaTQ+FZKTK" w:hAnsi="oWgGuaTQ+FZKTK" w:eastAsia="oWgGuaTQ+FZKTK"/>
          <w:color w:val="000000"/>
          <w:sz w:val="32"/>
        </w:rPr>
        <w:t>责</w:t>
      </w:r>
      <w:r>
        <w:rPr>
          <w:spacing w:val="2"/>
          <w:rFonts w:ascii="oWgGuaTQ+FZKTK" w:hAnsi="oWgGuaTQ+FZKTK" w:eastAsia="oWgGuaTQ+FZKTK"/>
          <w:color w:val="000000"/>
          <w:sz w:val="32"/>
        </w:rPr>
        <w:t>任单</w:t>
      </w:r>
      <w:r>
        <w:rPr>
          <w:rFonts w:ascii="oWgGuaTQ+FZKTK" w:hAnsi="oWgGuaTQ+FZKTK" w:eastAsia="oWgGuaTQ+FZKTK"/>
          <w:color w:val="000000"/>
          <w:sz w:val="32"/>
        </w:rPr>
        <w:t>位</w:t>
      </w:r>
      <w:r>
        <w:rPr>
          <w:spacing w:val="2"/>
          <w:rFonts w:ascii="oWgGuaTQ+FZKTK" w:hAnsi="oWgGuaTQ+FZKTK" w:eastAsia="oWgGuaTQ+FZKTK"/>
          <w:color w:val="000000"/>
          <w:sz w:val="32"/>
        </w:rPr>
        <w:t>：市</w:t>
      </w:r>
      <w:r>
        <w:rPr>
          <w:rFonts w:ascii="oWgGuaTQ+FZKTK" w:hAnsi="oWgGuaTQ+FZKTK" w:eastAsia="oWgGuaTQ+FZKTK"/>
          <w:color w:val="000000"/>
          <w:sz w:val="32"/>
        </w:rPr>
        <w:t>经</w:t>
      </w:r>
      <w:r>
        <w:rPr>
          <w:spacing w:val="2"/>
          <w:rFonts w:ascii="oWgGuaTQ+FZKTK" w:hAnsi="oWgGuaTQ+FZKTK" w:eastAsia="oWgGuaTQ+FZKTK"/>
          <w:color w:val="000000"/>
          <w:sz w:val="32"/>
        </w:rPr>
        <w:t>信局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持科</w:t>
      </w:r>
      <w:r>
        <w:rPr>
          <w:spacing w:val="2"/>
          <w:rFonts w:ascii="QhZznecx+FZFSK" w:hAnsi="QhZznecx+FZFSK" w:eastAsia="QhZznecx+FZFSK"/>
          <w:color w:val="000000"/>
          <w:sz w:val="32"/>
        </w:rPr>
        <w:t>技体制</w:t>
      </w:r>
      <w:r>
        <w:rPr>
          <w:spacing w:val="4"/>
          <w:rFonts w:ascii="QhZznecx+FZFSK" w:hAnsi="QhZznecx+FZFSK" w:eastAsia="QhZznecx+FZFSK"/>
          <w:color w:val="000000"/>
          <w:sz w:val="32"/>
        </w:rPr>
        <w:t>改革</w:t>
      </w:r>
      <w:r>
        <w:rPr>
          <w:spacing w:val="-7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市</w:t>
      </w:r>
      <w:r>
        <w:rPr>
          <w:spacing w:val="4"/>
          <w:rFonts w:ascii="QhZznecx+FZFSK" w:hAnsi="QhZznecx+FZFSK" w:eastAsia="QhZznecx+FZFSK"/>
          <w:color w:val="000000"/>
          <w:sz w:val="32"/>
        </w:rPr>
        <w:t>财</w:t>
      </w:r>
      <w:r>
        <w:rPr>
          <w:rFonts w:ascii="QhZznecx+FZFSK" w:hAnsi="QhZznecx+FZFSK" w:eastAsia="QhZznecx+FZFSK"/>
          <w:color w:val="000000"/>
          <w:sz w:val="32"/>
        </w:rPr>
        <w:t>政</w:t>
      </w:r>
      <w:r>
        <w:rPr>
          <w:spacing w:val="2"/>
          <w:rFonts w:ascii="QhZznecx+FZFSK" w:hAnsi="QhZznecx+FZFSK" w:eastAsia="QhZznecx+FZFSK"/>
          <w:color w:val="000000"/>
          <w:sz w:val="32"/>
        </w:rPr>
        <w:t>每年</w:t>
      </w:r>
      <w:r>
        <w:rPr>
          <w:rFonts w:ascii="QhZznecx+FZFSK" w:hAnsi="QhZznecx+FZFSK" w:eastAsia="QhZznecx+FZFSK"/>
          <w:color w:val="000000"/>
          <w:sz w:val="32"/>
        </w:rPr>
        <w:t>安</w:t>
      </w:r>
      <w:r>
        <w:rPr>
          <w:spacing w:val="82"/>
          <w:rFonts w:ascii="QhZznecx+FZFSK" w:hAnsi="QhZznecx+FZFSK" w:eastAsia="QhZznecx+FZFSK"/>
          <w:color w:val="000000"/>
          <w:sz w:val="32"/>
        </w:rPr>
        <w:t>排</w:t>
      </w:r>
      <w:r>
        <w:rPr>
          <w:rFonts w:ascii="QhZznecx+FZFSK" w:hAnsi="QhZznecx+FZFSK" w:eastAsia="QhZznecx+FZFSK"/>
          <w:color w:val="000000"/>
          <w:sz w:val="32"/>
        </w:rPr>
        <w:t>130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经费，</w:t>
      </w:r>
      <w:r>
        <w:rPr>
          <w:spacing w:val="6"/>
          <w:rFonts w:ascii="QhZznecx+FZFSK" w:hAnsi="QhZznecx+FZFSK" w:eastAsia="QhZznecx+FZFSK"/>
          <w:color w:val="000000"/>
          <w:sz w:val="32"/>
        </w:rPr>
        <w:t>推</w:t>
      </w:r>
      <w:r>
        <w:rPr>
          <w:spacing w:val="4"/>
          <w:rFonts w:ascii="QhZznecx+FZFSK" w:hAnsi="QhZznecx+FZFSK" w:eastAsia="QhZznecx+FZFSK"/>
          <w:color w:val="000000"/>
          <w:sz w:val="32"/>
        </w:rPr>
        <w:t>进</w:t>
      </w:r>
      <w:r>
        <w:rPr>
          <w:spacing w:val="6"/>
          <w:rFonts w:ascii="QhZznecx+FZFSK" w:hAnsi="QhZznecx+FZFSK" w:eastAsia="QhZznecx+FZFSK"/>
          <w:color w:val="000000"/>
          <w:sz w:val="32"/>
        </w:rPr>
        <w:t>科技体</w:t>
      </w:r>
      <w:r>
        <w:rPr>
          <w:spacing w:val="4"/>
          <w:rFonts w:ascii="QhZznecx+FZFSK" w:hAnsi="QhZznecx+FZFSK" w:eastAsia="QhZznecx+FZFSK"/>
          <w:color w:val="000000"/>
          <w:sz w:val="32"/>
        </w:rPr>
        <w:t>制</w:t>
      </w:r>
      <w:r>
        <w:rPr>
          <w:spacing w:val="6"/>
          <w:rFonts w:ascii="QhZznecx+FZFSK" w:hAnsi="QhZznecx+FZFSK" w:eastAsia="QhZznecx+FZFSK"/>
          <w:color w:val="000000"/>
          <w:sz w:val="32"/>
        </w:rPr>
        <w:t>改革</w:t>
      </w:r>
      <w:r>
        <w:rPr>
          <w:spacing w:val="2"/>
          <w:rFonts w:ascii="QhZznecx+FZFSK" w:hAnsi="QhZznecx+FZFSK" w:eastAsia="QhZznecx+FZFSK"/>
          <w:color w:val="000000"/>
          <w:sz w:val="32"/>
        </w:rPr>
        <w:t>。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6"/>
          <w:rFonts w:ascii="QhZznecx+FZFSK" w:hAnsi="QhZznecx+FZFSK" w:eastAsia="QhZznecx+FZFSK"/>
          <w:color w:val="000000"/>
          <w:sz w:val="32"/>
        </w:rPr>
        <w:t>用于设</w:t>
      </w:r>
      <w:r>
        <w:rPr>
          <w:spacing w:val="4"/>
          <w:rFonts w:ascii="QhZznecx+FZFSK" w:hAnsi="QhZznecx+FZFSK" w:eastAsia="QhZznecx+FZFSK"/>
          <w:color w:val="000000"/>
          <w:sz w:val="32"/>
        </w:rPr>
        <w:t>立</w:t>
      </w:r>
      <w:r>
        <w:rPr>
          <w:spacing w:val="6"/>
          <w:rFonts w:ascii="QhZznecx+FZFSK" w:hAnsi="QhZznecx+FZFSK" w:eastAsia="QhZznecx+FZFSK"/>
          <w:color w:val="000000"/>
          <w:sz w:val="32"/>
        </w:rPr>
        <w:t>科研人</w:t>
      </w:r>
      <w:r>
        <w:rPr>
          <w:spacing w:val="4"/>
          <w:rFonts w:ascii="QhZznecx+FZFSK" w:hAnsi="QhZznecx+FZFSK" w:eastAsia="QhZznecx+FZFSK"/>
          <w:color w:val="000000"/>
          <w:sz w:val="32"/>
        </w:rPr>
        <w:t>员</w:t>
      </w:r>
      <w:r>
        <w:rPr>
          <w:spacing w:val="6"/>
          <w:rFonts w:ascii="QhZznecx+FZFSK" w:hAnsi="QhZznecx+FZFSK" w:eastAsia="QhZznecx+FZFSK"/>
          <w:color w:val="000000"/>
          <w:sz w:val="32"/>
        </w:rPr>
        <w:t>科技项</w:t>
      </w:r>
      <w:r>
        <w:rPr>
          <w:spacing w:val="2"/>
          <w:rFonts w:ascii="QhZznecx+FZFSK" w:hAnsi="QhZznecx+FZFSK" w:eastAsia="QhZznecx+FZFSK"/>
          <w:color w:val="000000"/>
          <w:sz w:val="32"/>
        </w:rPr>
        <w:t>目</w:t>
      </w:r>
      <w:r>
        <w:rPr>
          <w:rFonts w:ascii="QhZznecx+FZFSK" w:hAnsi="QhZznecx+FZFSK" w:eastAsia="QhZznecx+FZFSK"/>
          <w:color w:val="000000"/>
          <w:sz w:val="32"/>
        </w:rPr>
        <w:t>专</w:t>
      </w:r>
      <w:r>
        <w:rPr>
          <w:spacing w:val="6"/>
          <w:rFonts w:ascii="QhZznecx+FZFSK" w:hAnsi="QhZznecx+FZFSK" w:eastAsia="QhZznecx+FZFSK"/>
          <w:color w:val="000000"/>
          <w:sz w:val="32"/>
        </w:rPr>
        <w:t>项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spacing w:val="6"/>
          <w:rFonts w:ascii="QhZznecx+FZFSK" w:hAnsi="QhZznecx+FZFSK" w:eastAsia="QhZznecx+FZFSK"/>
          <w:color w:val="000000"/>
          <w:sz w:val="32"/>
        </w:rPr>
        <w:t>对科研</w:t>
      </w:r>
      <w:r>
        <w:rPr>
          <w:spacing w:val="4"/>
          <w:rFonts w:ascii="QhZznecx+FZFSK" w:hAnsi="QhZznecx+FZFSK" w:eastAsia="QhZznecx+FZFSK"/>
          <w:color w:val="000000"/>
          <w:sz w:val="32"/>
        </w:rPr>
        <w:t>人</w:t>
      </w:r>
      <w:r>
        <w:rPr>
          <w:spacing w:val="6"/>
          <w:rFonts w:ascii="QhZznecx+FZFSK" w:hAnsi="QhZznecx+FZFSK" w:eastAsia="QhZznecx+FZFSK"/>
          <w:color w:val="000000"/>
          <w:sz w:val="32"/>
        </w:rPr>
        <w:t>员来江</w:t>
      </w:r>
      <w:r>
        <w:rPr>
          <w:spacing w:val="2"/>
          <w:rFonts w:ascii="QhZznecx+FZFSK" w:hAnsi="QhZznecx+FZFSK" w:eastAsia="QhZznecx+FZFSK"/>
          <w:color w:val="000000"/>
          <w:sz w:val="32"/>
        </w:rPr>
        <w:t>创</w:t>
      </w:r>
      <w:r>
        <w:rPr>
          <w:spacing w:val="4"/>
          <w:rFonts w:ascii="QhZznecx+FZFSK" w:hAnsi="QhZznecx+FZFSK" w:eastAsia="QhZznecx+FZFSK"/>
          <w:color w:val="000000"/>
          <w:sz w:val="32"/>
        </w:rPr>
        <w:t>新创业</w:t>
      </w:r>
      <w:r>
        <w:rPr>
          <w:spacing w:val="2"/>
          <w:rFonts w:ascii="QhZznecx+FZFSK" w:hAnsi="QhZznecx+FZFSK" w:eastAsia="QhZznecx+FZFSK"/>
          <w:color w:val="000000"/>
          <w:sz w:val="32"/>
        </w:rPr>
        <w:t>科</w:t>
      </w:r>
      <w:r>
        <w:rPr>
          <w:spacing w:val="4"/>
          <w:rFonts w:ascii="QhZznecx+FZFSK" w:hAnsi="QhZznecx+FZFSK" w:eastAsia="QhZznecx+FZFSK"/>
          <w:color w:val="000000"/>
          <w:sz w:val="32"/>
        </w:rPr>
        <w:t>技项目</w:t>
      </w:r>
      <w:r>
        <w:rPr>
          <w:spacing w:val="2"/>
          <w:rFonts w:ascii="QhZznecx+FZFSK" w:hAnsi="QhZznecx+FZFSK" w:eastAsia="QhZznecx+FZFSK"/>
          <w:color w:val="000000"/>
          <w:sz w:val="32"/>
        </w:rPr>
        <w:t>进</w:t>
      </w:r>
      <w:r>
        <w:rPr>
          <w:spacing w:val="6"/>
          <w:rFonts w:ascii="QhZznecx+FZFSK" w:hAnsi="QhZznecx+FZFSK" w:eastAsia="QhZznecx+FZFSK"/>
          <w:color w:val="000000"/>
          <w:sz w:val="32"/>
        </w:rPr>
        <w:t>行支持</w:t>
      </w:r>
      <w:r>
        <w:rPr>
          <w:spacing w:val="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</w:t>
      </w:r>
      <w:r>
        <w:rPr>
          <w:rFonts w:ascii="QhZznecx+FZFSK" w:hAnsi="QhZznecx+FZFSK" w:eastAsia="QhZznecx+FZFSK"/>
          <w:color w:val="000000"/>
          <w:sz w:val="32"/>
        </w:rPr>
        <w:t>元</w:t>
      </w:r>
      <w:r>
        <w:rPr>
          <w:spacing w:val="6"/>
          <w:rFonts w:ascii="QhZznecx+FZFSK" w:hAnsi="QhZznecx+FZFSK" w:eastAsia="QhZznecx+FZFSK"/>
          <w:color w:val="000000"/>
          <w:sz w:val="32"/>
        </w:rPr>
        <w:t>用</w:t>
      </w:r>
      <w:r>
        <w:rPr>
          <w:spacing w:val="4"/>
          <w:rFonts w:ascii="QhZznecx+FZFSK" w:hAnsi="QhZznecx+FZFSK" w:eastAsia="QhZznecx+FZFSK"/>
          <w:color w:val="000000"/>
          <w:sz w:val="32"/>
        </w:rPr>
        <w:t>于</w:t>
      </w:r>
      <w:r>
        <w:rPr>
          <w:spacing w:val="6"/>
          <w:rFonts w:ascii="QhZznecx+FZFSK" w:hAnsi="QhZznecx+FZFSK" w:eastAsia="QhZznecx+FZFSK"/>
          <w:color w:val="000000"/>
          <w:sz w:val="32"/>
        </w:rPr>
        <w:t>“科技</w:t>
      </w:r>
      <w:r>
        <w:rPr>
          <w:spacing w:val="4"/>
          <w:rFonts w:ascii="QhZznecx+FZFSK" w:hAnsi="QhZznecx+FZFSK" w:eastAsia="QhZznecx+FZFSK"/>
          <w:color w:val="000000"/>
          <w:sz w:val="32"/>
        </w:rPr>
        <w:t>金</w:t>
      </w:r>
      <w:r>
        <w:rPr>
          <w:spacing w:val="6"/>
          <w:rFonts w:ascii="QhZznecx+FZFSK" w:hAnsi="QhZznecx+FZFSK" w:eastAsia="QhZznecx+FZFSK"/>
          <w:color w:val="000000"/>
          <w:sz w:val="32"/>
        </w:rPr>
        <w:t>融”相关</w:t>
      </w:r>
      <w:r>
        <w:rPr>
          <w:spacing w:val="2"/>
          <w:rFonts w:ascii="QhZznecx+FZFSK" w:hAnsi="QhZznecx+FZFSK" w:eastAsia="QhZznecx+FZFSK"/>
          <w:color w:val="000000"/>
          <w:sz w:val="32"/>
        </w:rPr>
        <w:t>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作。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2"/>
          <w:rFonts w:ascii="QhZznecx+FZFSK" w:hAnsi="QhZznecx+FZFSK" w:eastAsia="QhZznecx+FZFSK"/>
          <w:color w:val="000000"/>
          <w:sz w:val="32"/>
        </w:rPr>
        <w:t>用</w:t>
      </w:r>
      <w:r>
        <w:rPr>
          <w:spacing w:val="6"/>
          <w:rFonts w:ascii="QhZznecx+FZFSK" w:hAnsi="QhZznecx+FZFSK" w:eastAsia="QhZznecx+FZFSK"/>
          <w:color w:val="000000"/>
          <w:sz w:val="32"/>
        </w:rPr>
        <w:t>于引进</w:t>
      </w:r>
      <w:r>
        <w:rPr>
          <w:spacing w:val="4"/>
          <w:rFonts w:ascii="QhZznecx+FZFSK" w:hAnsi="QhZznecx+FZFSK" w:eastAsia="QhZznecx+FZFSK"/>
          <w:color w:val="000000"/>
          <w:sz w:val="32"/>
        </w:rPr>
        <w:t>行</w:t>
      </w:r>
      <w:r>
        <w:rPr>
          <w:spacing w:val="6"/>
          <w:rFonts w:ascii="QhZznecx+FZFSK" w:hAnsi="QhZznecx+FZFSK" w:eastAsia="QhZznecx+FZFSK"/>
          <w:color w:val="000000"/>
          <w:sz w:val="32"/>
        </w:rPr>
        <w:t>业专家</w:t>
      </w:r>
      <w:r>
        <w:rPr>
          <w:rFonts w:ascii="QhZznecx+FZFSK" w:hAnsi="QhZznecx+FZFSK" w:eastAsia="QhZznecx+FZFSK"/>
          <w:color w:val="000000"/>
          <w:sz w:val="32"/>
        </w:rPr>
        <w:t>，</w:t>
      </w:r>
      <w:r>
        <w:rPr>
          <w:spacing w:val="6"/>
          <w:rFonts w:ascii="QhZznecx+FZFSK" w:hAnsi="QhZznecx+FZFSK" w:eastAsia="QhZznecx+FZFSK"/>
          <w:color w:val="000000"/>
          <w:sz w:val="32"/>
        </w:rPr>
        <w:t>组建</w:t>
      </w:r>
      <w:r>
        <w:rPr>
          <w:spacing w:val="4"/>
          <w:rFonts w:ascii="QhZznecx+FZFSK" w:hAnsi="QhZznecx+FZFSK" w:eastAsia="QhZznecx+FZFSK"/>
          <w:color w:val="000000"/>
          <w:sz w:val="32"/>
        </w:rPr>
        <w:t>五</w:t>
      </w:r>
      <w:r>
        <w:rPr>
          <w:spacing w:val="6"/>
          <w:rFonts w:ascii="QhZznecx+FZFSK" w:hAnsi="QhZznecx+FZFSK" w:eastAsia="QhZznecx+FZFSK"/>
          <w:color w:val="000000"/>
          <w:sz w:val="32"/>
        </w:rPr>
        <w:t>大产业</w:t>
      </w:r>
      <w:r>
        <w:rPr>
          <w:spacing w:val="4"/>
          <w:rFonts w:ascii="QhZznecx+FZFSK" w:hAnsi="QhZznecx+FZFSK" w:eastAsia="QhZznecx+FZFSK"/>
          <w:color w:val="000000"/>
          <w:sz w:val="32"/>
        </w:rPr>
        <w:t>专</w:t>
      </w:r>
      <w:r>
        <w:rPr>
          <w:spacing w:val="6"/>
          <w:rFonts w:ascii="QhZznecx+FZFSK" w:hAnsi="QhZznecx+FZFSK" w:eastAsia="QhZznecx+FZFSK"/>
          <w:color w:val="000000"/>
          <w:sz w:val="32"/>
        </w:rPr>
        <w:t>家智库团</w:t>
      </w:r>
      <w:r>
        <w:rPr>
          <w:spacing w:val="2"/>
          <w:rFonts w:ascii="QhZznecx+FZFSK" w:hAnsi="QhZznecx+FZFSK" w:eastAsia="QhZznecx+FZFSK"/>
          <w:color w:val="000000"/>
          <w:sz w:val="32"/>
        </w:rPr>
        <w:t>队</w:t>
      </w:r>
      <w:r>
        <w:rPr>
          <w:spacing w:val="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2"/>
          <w:rFonts w:ascii="QhZznecx+FZFSK" w:hAnsi="QhZznecx+FZFSK" w:eastAsia="QhZznecx+FZFSK"/>
          <w:color w:val="000000"/>
          <w:sz w:val="32"/>
        </w:rPr>
        <w:t>用</w:t>
      </w:r>
      <w:r>
        <w:rPr>
          <w:spacing w:val="6"/>
          <w:rFonts w:ascii="QhZznecx+FZFSK" w:hAnsi="QhZznecx+FZFSK" w:eastAsia="QhZznecx+FZFSK"/>
          <w:color w:val="000000"/>
          <w:sz w:val="32"/>
        </w:rPr>
        <w:t>于评选</w:t>
      </w:r>
      <w:r>
        <w:rPr>
          <w:spacing w:val="4"/>
          <w:rFonts w:ascii="QhZznecx+FZFSK" w:hAnsi="QhZznecx+FZFSK" w:eastAsia="QhZznecx+FZFSK"/>
          <w:color w:val="000000"/>
          <w:sz w:val="32"/>
        </w:rPr>
        <w:t>表</w:t>
      </w:r>
      <w:r>
        <w:rPr>
          <w:spacing w:val="6"/>
          <w:rFonts w:ascii="QhZznecx+FZFSK" w:hAnsi="QhZznecx+FZFSK" w:eastAsia="QhZznecx+FZFSK"/>
          <w:color w:val="000000"/>
          <w:sz w:val="32"/>
        </w:rPr>
        <w:t>彰研发</w:t>
      </w:r>
      <w:r>
        <w:rPr>
          <w:rFonts w:ascii="QhZznecx+FZFSK" w:hAnsi="QhZznecx+FZFSK" w:eastAsia="QhZznecx+FZFSK"/>
          <w:color w:val="000000"/>
          <w:sz w:val="32"/>
        </w:rPr>
        <w:t>投</w:t>
      </w:r>
      <w:r>
        <w:rPr>
          <w:spacing w:val="-26"/>
          <w:rFonts w:ascii="QhZznecx+FZFSK" w:hAnsi="QhZznecx+FZFSK" w:eastAsia="QhZznecx+FZFSK"/>
          <w:color w:val="000000"/>
          <w:sz w:val="32"/>
        </w:rPr>
        <w:t>入</w:t>
      </w:r>
      <w:r>
        <w:rPr>
          <w:rFonts w:ascii="QhZznecx+FZFSK" w:hAnsi="QhZznecx+FZFSK" w:eastAsia="QhZznecx+FZFSK"/>
          <w:color w:val="000000"/>
          <w:sz w:val="32"/>
        </w:rPr>
        <w:t>“十强</w:t>
      </w:r>
      <w:r>
        <w:rPr>
          <w:spacing w:val="-30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-2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创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突</w:t>
      </w:r>
      <w:r>
        <w:rPr>
          <w:spacing w:val="2"/>
          <w:rFonts w:ascii="QhZznecx+FZFSK" w:hAnsi="QhZznecx+FZFSK" w:eastAsia="QhZznecx+FZFSK"/>
          <w:color w:val="000000"/>
          <w:sz w:val="32"/>
        </w:rPr>
        <w:t>出贡</w:t>
      </w:r>
      <w:r>
        <w:rPr>
          <w:spacing w:val="-26"/>
          <w:rFonts w:ascii="QhZznecx+FZFSK" w:hAnsi="QhZznecx+FZFSK" w:eastAsia="QhZznecx+FZFSK"/>
          <w:color w:val="000000"/>
          <w:sz w:val="32"/>
        </w:rPr>
        <w:t>献</w:t>
      </w:r>
      <w:r>
        <w:rPr>
          <w:rFonts w:ascii="QhZznecx+FZFSK" w:hAnsi="QhZznecx+FZFSK" w:eastAsia="QhZznecx+FZFSK"/>
          <w:color w:val="000000"/>
          <w:sz w:val="32"/>
        </w:rPr>
        <w:t>“十</w:t>
      </w:r>
      <w:r>
        <w:rPr>
          <w:spacing w:val="2"/>
          <w:rFonts w:ascii="QhZznecx+FZFSK" w:hAnsi="QhZznecx+FZFSK" w:eastAsia="QhZznecx+FZFSK"/>
          <w:color w:val="000000"/>
          <w:sz w:val="32"/>
        </w:rPr>
        <w:t>强</w:t>
      </w:r>
      <w:r>
        <w:rPr>
          <w:spacing w:val="-26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研</w:t>
      </w:r>
      <w:r>
        <w:rPr>
          <w:spacing w:val="2"/>
          <w:rFonts w:ascii="QhZznecx+FZFSK" w:hAnsi="QhZznecx+FZFSK" w:eastAsia="QhZznecx+FZFSK"/>
          <w:color w:val="000000"/>
          <w:sz w:val="32"/>
        </w:rPr>
        <w:t>发</w:t>
      </w:r>
      <w:r>
        <w:rPr>
          <w:rFonts w:ascii="QhZznecx+FZFSK" w:hAnsi="QhZznecx+FZFSK" w:eastAsia="QhZznecx+FZFSK"/>
          <w:color w:val="000000"/>
          <w:sz w:val="32"/>
        </w:rPr>
        <w:t>团</w:t>
      </w:r>
      <w:r>
        <w:rPr>
          <w:spacing w:val="2"/>
          <w:rFonts w:ascii="QhZznecx+FZFSK" w:hAnsi="QhZznecx+FZFSK" w:eastAsia="QhZznecx+FZFSK"/>
          <w:color w:val="000000"/>
          <w:sz w:val="32"/>
        </w:rPr>
        <w:t>队</w:t>
      </w:r>
      <w:r>
        <w:rPr>
          <w:spacing w:val="-26"/>
          <w:rFonts w:ascii="QhZznecx+FZFSK" w:hAnsi="QhZznecx+FZFSK" w:eastAsia="QhZznecx+FZFSK"/>
          <w:color w:val="000000"/>
          <w:sz w:val="32"/>
        </w:rPr>
        <w:t>和</w:t>
      </w:r>
      <w:r>
        <w:rPr>
          <w:spacing w:val="-4"/>
          <w:rFonts w:ascii="QhZznecx+FZFSK" w:hAnsi="QhZznecx+FZFSK" w:eastAsia="QhZznecx+FZFSK"/>
          <w:color w:val="000000"/>
          <w:sz w:val="32"/>
        </w:rPr>
        <w:t>“</w:t>
      </w:r>
      <w:r>
        <w:rPr>
          <w:rFonts w:ascii="QhZznecx+FZFSK" w:hAnsi="QhZznecx+FZFSK" w:eastAsia="QhZznecx+FZFSK"/>
          <w:color w:val="000000"/>
          <w:sz w:val="32"/>
        </w:rPr>
        <w:t>十</w:t>
      </w:r>
      <w:r>
        <w:rPr>
          <w:spacing w:val="4"/>
          <w:rFonts w:ascii="QhZznecx+FZFSK" w:hAnsi="QhZznecx+FZFSK" w:eastAsia="QhZznecx+FZFSK"/>
          <w:color w:val="000000"/>
          <w:sz w:val="32"/>
        </w:rPr>
        <w:t>佳</w:t>
      </w:r>
      <w:r>
        <w:rPr>
          <w:rFonts w:ascii="QhZznecx+FZFSK" w:hAnsi="QhZznecx+FZFSK" w:eastAsia="QhZznecx+FZFSK"/>
          <w:color w:val="000000"/>
          <w:sz w:val="32"/>
        </w:rPr>
        <w:t>”</w:t>
      </w:r>
      <w:r>
        <w:rPr>
          <w:spacing w:val="6"/>
          <w:rFonts w:ascii="QhZznecx+FZFSK" w:hAnsi="QhZznecx+FZFSK" w:eastAsia="QhZznecx+FZFSK"/>
          <w:color w:val="000000"/>
          <w:sz w:val="32"/>
        </w:rPr>
        <w:t>研发</w:t>
      </w:r>
      <w:r>
        <w:rPr>
          <w:spacing w:val="4"/>
          <w:rFonts w:ascii="QhZznecx+FZFSK" w:hAnsi="QhZznecx+FZFSK" w:eastAsia="QhZznecx+FZFSK"/>
          <w:color w:val="000000"/>
          <w:sz w:val="32"/>
        </w:rPr>
        <w:t>人</w:t>
      </w:r>
      <w:r>
        <w:rPr>
          <w:spacing w:val="6"/>
          <w:rFonts w:ascii="QhZznecx+FZFSK" w:hAnsi="QhZznecx+FZFSK" w:eastAsia="QhZznecx+FZFSK"/>
          <w:color w:val="000000"/>
          <w:sz w:val="32"/>
        </w:rPr>
        <w:t>员。</w:t>
      </w:r>
      <w:r>
        <w:rPr>
          <w:spacing w:val="2"/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2"/>
          <w:rFonts w:ascii="QhZznecx+FZFSK" w:hAnsi="QhZznecx+FZFSK" w:eastAsia="QhZznecx+FZFSK"/>
          <w:color w:val="000000"/>
          <w:sz w:val="32"/>
        </w:rPr>
        <w:t>用</w:t>
      </w:r>
      <w:r>
        <w:rPr>
          <w:spacing w:val="4"/>
          <w:rFonts w:ascii="QhZznecx+FZFSK" w:hAnsi="QhZznecx+FZFSK" w:eastAsia="QhZznecx+FZFSK"/>
          <w:color w:val="000000"/>
          <w:sz w:val="32"/>
        </w:rPr>
        <w:t>于木门</w:t>
      </w:r>
      <w:r>
        <w:rPr>
          <w:spacing w:val="2"/>
          <w:rFonts w:ascii="QhZznecx+FZFSK" w:hAnsi="QhZznecx+FZFSK" w:eastAsia="QhZznecx+FZFSK"/>
          <w:color w:val="000000"/>
          <w:sz w:val="32"/>
        </w:rPr>
        <w:t>产</w:t>
      </w:r>
      <w:r>
        <w:rPr>
          <w:spacing w:val="6"/>
          <w:rFonts w:ascii="QhZznecx+FZFSK" w:hAnsi="QhZznecx+FZFSK" w:eastAsia="QhZznecx+FZFSK"/>
          <w:color w:val="000000"/>
          <w:sz w:val="32"/>
        </w:rPr>
        <w:t>业创新服</w:t>
      </w:r>
      <w:r>
        <w:rPr>
          <w:spacing w:val="4"/>
          <w:rFonts w:ascii="QhZznecx+FZFSK" w:hAnsi="QhZznecx+FZFSK" w:eastAsia="QhZznecx+FZFSK"/>
          <w:color w:val="000000"/>
          <w:sz w:val="32"/>
        </w:rPr>
        <w:t>务</w:t>
      </w:r>
      <w:r>
        <w:rPr>
          <w:spacing w:val="6"/>
          <w:rFonts w:ascii="QhZznecx+FZFSK" w:hAnsi="QhZznecx+FZFSK" w:eastAsia="QhZznecx+FZFSK"/>
          <w:color w:val="000000"/>
          <w:sz w:val="32"/>
        </w:rPr>
        <w:t>综合体</w:t>
      </w:r>
      <w:r>
        <w:rPr>
          <w:spacing w:val="4"/>
          <w:rFonts w:ascii="QhZznecx+FZFSK" w:hAnsi="QhZznecx+FZFSK" w:eastAsia="QhZznecx+FZFSK"/>
          <w:color w:val="000000"/>
          <w:sz w:val="32"/>
        </w:rPr>
        <w:t>管</w:t>
      </w:r>
      <w:r>
        <w:rPr>
          <w:spacing w:val="6"/>
          <w:rFonts w:ascii="QhZznecx+FZFSK" w:hAnsi="QhZznecx+FZFSK" w:eastAsia="QhZznecx+FZFSK"/>
          <w:color w:val="000000"/>
          <w:sz w:val="32"/>
        </w:rPr>
        <w:t>理运</w:t>
      </w:r>
      <w:r>
        <w:rPr>
          <w:rFonts w:ascii="QhZznecx+FZFSK" w:hAnsi="QhZznecx+FZFSK" w:eastAsia="QhZznecx+FZFSK"/>
          <w:color w:val="000000"/>
          <w:sz w:val="32"/>
        </w:rPr>
        <w:t>营</w:t>
      </w:r>
      <w:r>
        <w:rPr>
          <w:spacing w:val="2"/>
          <w:rFonts w:ascii="QhZznecx+FZFSK" w:hAnsi="QhZznecx+FZFSK" w:eastAsia="QhZznecx+FZFSK"/>
          <w:color w:val="000000"/>
          <w:sz w:val="32"/>
        </w:rPr>
        <w:t>经费</w:t>
      </w:r>
      <w:r>
        <w:rPr>
          <w:rFonts w:ascii="QhZznecx+FZFSK" w:hAnsi="QhZznecx+FZFSK" w:eastAsia="QhZznecx+FZFSK"/>
          <w:color w:val="000000"/>
          <w:sz w:val="32"/>
        </w:rPr>
        <w:t>支</w:t>
      </w:r>
      <w:r>
        <w:rPr>
          <w:spacing w:val="2"/>
          <w:rFonts w:ascii="QhZznecx+FZFSK" w:hAnsi="QhZznecx+FZFSK" w:eastAsia="QhZznecx+FZFSK"/>
          <w:color w:val="000000"/>
          <w:sz w:val="32"/>
        </w:rPr>
        <w:t>出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政</w:t>
      </w:r>
      <w:r>
        <w:rPr>
          <w:spacing w:val="2"/>
          <w:rFonts w:ascii="QhZznecx+FZFSK" w:hAnsi="QhZznecx+FZFSK" w:eastAsia="QhZznecx+FZFSK"/>
          <w:color w:val="000000"/>
          <w:sz w:val="32"/>
        </w:rPr>
        <w:t>策具</w:t>
      </w:r>
      <w:r>
        <w:rPr>
          <w:rFonts w:ascii="QhZznecx+FZFSK" w:hAnsi="QhZznecx+FZFSK" w:eastAsia="QhZznecx+FZFSK"/>
          <w:color w:val="000000"/>
          <w:sz w:val="32"/>
        </w:rPr>
        <w:t>体</w:t>
      </w:r>
      <w:r>
        <w:rPr>
          <w:spacing w:val="4"/>
          <w:rFonts w:ascii="QhZznecx+FZFSK" w:hAnsi="QhZznecx+FZFSK" w:eastAsia="QhZznecx+FZFSK"/>
          <w:color w:val="000000"/>
          <w:sz w:val="32"/>
        </w:rPr>
        <w:t>办</w:t>
      </w:r>
      <w:r>
        <w:rPr>
          <w:rFonts w:ascii="QhZznecx+FZFSK" w:hAnsi="QhZznecx+FZFSK" w:eastAsia="QhZznecx+FZFSK"/>
          <w:color w:val="000000"/>
          <w:sz w:val="32"/>
        </w:rPr>
        <w:t>法另</w:t>
      </w:r>
      <w:r>
        <w:rPr>
          <w:spacing w:val="4"/>
          <w:rFonts w:ascii="QhZznecx+FZFSK" w:hAnsi="QhZznecx+FZFSK" w:eastAsia="QhZznecx+FZFSK"/>
          <w:color w:val="000000"/>
          <w:sz w:val="32"/>
        </w:rPr>
        <w:t>行</w:t>
      </w:r>
      <w:r>
        <w:rPr>
          <w:rFonts w:ascii="QhZznecx+FZFSK" w:hAnsi="QhZznecx+FZFSK" w:eastAsia="QhZznecx+FZFSK"/>
          <w:color w:val="000000"/>
          <w:sz w:val="32"/>
        </w:rPr>
        <w:t>制定</w:t>
      </w:r>
      <w:r>
        <w:rPr>
          <w:spacing w:val="-6"/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oWgGuaTQ+FZKTK" w:hAnsi="oWgGuaTQ+FZKTK" w:eastAsia="oWgGuaTQ+FZKTK"/>
          <w:color w:val="000000"/>
          <w:sz w:val="32"/>
        </w:rPr>
        <w:t>（</w:t>
      </w:r>
      <w:r>
        <w:rPr>
          <w:rFonts w:ascii="oWgGuaTQ+FZKTK" w:hAnsi="oWgGuaTQ+FZKTK" w:eastAsia="oWgGuaTQ+FZKTK"/>
          <w:color w:val="000000"/>
          <w:sz w:val="32"/>
        </w:rPr>
        <w:t>责</w:t>
      </w:r>
      <w:r>
        <w:rPr>
          <w:spacing w:val="2"/>
          <w:rFonts w:ascii="oWgGuaTQ+FZKTK" w:hAnsi="oWgGuaTQ+FZKTK" w:eastAsia="oWgGuaTQ+FZKTK"/>
          <w:color w:val="000000"/>
          <w:sz w:val="32"/>
        </w:rPr>
        <w:t>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</w:t>
      </w:r>
      <w:r>
        <w:rPr>
          <w:spacing w:val="-2"/>
          <w:rFonts w:ascii="oWgGuaTQ+FZKTK" w:hAnsi="oWgGuaTQ+FZKTK" w:eastAsia="oWgGuaTQ+FZKTK"/>
          <w:color w:val="000000"/>
          <w:sz w:val="32"/>
        </w:rPr>
        <w:t>：</w:t>
      </w:r>
      <w:r>
        <w:rPr>
          <w:rFonts w:ascii="oWgGuaTQ+FZKTK" w:hAnsi="oWgGuaTQ+FZKTK" w:eastAsia="oWgGuaTQ+FZKTK"/>
          <w:color w:val="000000"/>
          <w:sz w:val="32"/>
        </w:rPr>
        <w:t>市科</w:t>
      </w:r>
      <w:r>
        <w:rPr>
          <w:spacing w:val="2"/>
          <w:rFonts w:ascii="oWgGuaTQ+FZKTK" w:hAnsi="oWgGuaTQ+FZKTK" w:eastAsia="oWgGuaTQ+FZKTK"/>
          <w:color w:val="000000"/>
          <w:sz w:val="32"/>
        </w:rPr>
        <w:t>技局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spacing w:val="2"/>
          <w:rFonts w:ascii="QhZznecx+FZFSK" w:hAnsi="QhZznecx+FZFSK" w:eastAsia="QhZznecx+FZFSK"/>
          <w:color w:val="000000"/>
          <w:sz w:val="32"/>
        </w:rPr>
        <w:t>优</w:t>
      </w:r>
      <w:r>
        <w:rPr>
          <w:rFonts w:ascii="QhZznecx+FZFSK" w:hAnsi="QhZznecx+FZFSK" w:eastAsia="QhZznecx+FZFSK"/>
          <w:color w:val="000000"/>
          <w:sz w:val="32"/>
        </w:rPr>
        <w:t>化</w:t>
      </w:r>
      <w:r>
        <w:rPr>
          <w:spacing w:val="4"/>
          <w:rFonts w:ascii="QhZznecx+FZFSK" w:hAnsi="QhZznecx+FZFSK" w:eastAsia="QhZznecx+FZFSK"/>
          <w:color w:val="000000"/>
          <w:sz w:val="32"/>
        </w:rPr>
        <w:t>科</w:t>
      </w:r>
      <w:r>
        <w:rPr>
          <w:rFonts w:ascii="QhZznecx+FZFSK" w:hAnsi="QhZznecx+FZFSK" w:eastAsia="QhZznecx+FZFSK"/>
          <w:color w:val="000000"/>
          <w:sz w:val="32"/>
        </w:rPr>
        <w:t>技</w:t>
      </w:r>
      <w:r>
        <w:rPr>
          <w:spacing w:val="2"/>
          <w:rFonts w:ascii="QhZznecx+FZFSK" w:hAnsi="QhZznecx+FZFSK" w:eastAsia="QhZznecx+FZFSK"/>
          <w:color w:val="000000"/>
          <w:sz w:val="32"/>
        </w:rPr>
        <w:t>创新券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4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推</w:t>
      </w:r>
      <w:r>
        <w:rPr>
          <w:rFonts w:ascii="QhZznecx+FZFSK" w:hAnsi="QhZznecx+FZFSK" w:eastAsia="QhZznecx+FZFSK"/>
          <w:color w:val="000000"/>
          <w:sz w:val="32"/>
        </w:rPr>
        <w:t>动</w:t>
      </w:r>
      <w:r>
        <w:rPr>
          <w:spacing w:val="4"/>
          <w:rFonts w:ascii="QhZznecx+FZFSK" w:hAnsi="QhZznecx+FZFSK" w:eastAsia="QhZznecx+FZFSK"/>
          <w:color w:val="000000"/>
          <w:sz w:val="32"/>
        </w:rPr>
        <w:t>科</w:t>
      </w:r>
      <w:r>
        <w:rPr>
          <w:rFonts w:ascii="QhZznecx+FZFSK" w:hAnsi="QhZznecx+FZFSK" w:eastAsia="QhZznecx+FZFSK"/>
          <w:color w:val="000000"/>
          <w:sz w:val="32"/>
        </w:rPr>
        <w:t>技</w:t>
      </w:r>
      <w:r>
        <w:rPr>
          <w:spacing w:val="2"/>
          <w:rFonts w:ascii="QhZznecx+FZFSK" w:hAnsi="QhZznecx+FZFSK" w:eastAsia="QhZznecx+FZFSK"/>
          <w:color w:val="000000"/>
          <w:sz w:val="32"/>
        </w:rPr>
        <w:t>资源开</w:t>
      </w:r>
      <w:r>
        <w:rPr>
          <w:rFonts w:ascii="QhZznecx+FZFSK" w:hAnsi="QhZznecx+FZFSK" w:eastAsia="QhZznecx+FZFSK"/>
          <w:color w:val="000000"/>
          <w:sz w:val="32"/>
        </w:rPr>
        <w:t>放</w:t>
      </w:r>
      <w:r>
        <w:rPr>
          <w:spacing w:val="4"/>
          <w:rFonts w:ascii="QhZznecx+FZFSK" w:hAnsi="QhZznecx+FZFSK" w:eastAsia="QhZznecx+FZFSK"/>
          <w:color w:val="000000"/>
          <w:sz w:val="32"/>
        </w:rPr>
        <w:t>共</w:t>
      </w:r>
      <w:r>
        <w:rPr>
          <w:rFonts w:ascii="QhZznecx+FZFSK" w:hAnsi="QhZznecx+FZFSK" w:eastAsia="QhZznecx+FZFSK"/>
          <w:color w:val="000000"/>
          <w:sz w:val="32"/>
        </w:rPr>
        <w:t>享</w:t>
      </w:r>
      <w:r>
        <w:rPr>
          <w:spacing w:val="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降</w:t>
      </w:r>
      <w:r>
        <w:rPr>
          <w:spacing w:val="2"/>
          <w:rFonts w:ascii="QhZznecx+FZFSK" w:hAnsi="QhZznecx+FZFSK" w:eastAsia="QhZznecx+FZFSK"/>
          <w:color w:val="000000"/>
          <w:sz w:val="32"/>
        </w:rPr>
        <w:t>低</w:t>
      </w:r>
      <w:r>
        <w:rPr>
          <w:rFonts w:ascii="QhZznecx+FZFSK" w:hAnsi="QhZznecx+FZFSK" w:eastAsia="QhZznecx+FZFSK"/>
          <w:color w:val="000000"/>
          <w:sz w:val="32"/>
        </w:rPr>
        <w:t>民</w:t>
      </w:r>
      <w:r>
        <w:rPr>
          <w:spacing w:val="2"/>
          <w:rFonts w:ascii="QhZznecx+FZFSK" w:hAnsi="QhZznecx+FZFSK" w:eastAsia="QhZznecx+FZFSK"/>
          <w:color w:val="000000"/>
          <w:sz w:val="32"/>
        </w:rPr>
        <w:t>营企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创新</w:t>
      </w:r>
      <w:r>
        <w:rPr>
          <w:rFonts w:ascii="QhZznecx+FZFSK" w:hAnsi="QhZznecx+FZFSK" w:eastAsia="QhZznecx+FZFSK"/>
          <w:color w:val="000000"/>
          <w:sz w:val="32"/>
        </w:rPr>
        <w:t>投</w:t>
      </w:r>
      <w:r>
        <w:rPr>
          <w:spacing w:val="2"/>
          <w:rFonts w:ascii="QhZznecx+FZFSK" w:hAnsi="QhZznecx+FZFSK" w:eastAsia="QhZznecx+FZFSK"/>
          <w:color w:val="000000"/>
          <w:sz w:val="32"/>
        </w:rPr>
        <w:t>入成</w:t>
      </w:r>
      <w:r>
        <w:rPr>
          <w:rFonts w:ascii="QhZznecx+FZFSK" w:hAnsi="QhZznecx+FZFSK" w:eastAsia="QhZznecx+FZFSK"/>
          <w:color w:val="000000"/>
          <w:sz w:val="32"/>
        </w:rPr>
        <w:t>本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2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向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发</w:t>
      </w:r>
      <w:r>
        <w:rPr>
          <w:spacing w:val="2"/>
          <w:rFonts w:ascii="QhZznecx+FZFSK" w:hAnsi="QhZznecx+FZFSK" w:eastAsia="QhZznecx+FZFSK"/>
          <w:color w:val="000000"/>
          <w:sz w:val="32"/>
        </w:rPr>
        <w:t>放创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4"/>
          <w:rFonts w:ascii="QhZznecx+FZFSK" w:hAnsi="QhZznecx+FZFSK" w:eastAsia="QhZznecx+FZFSK"/>
          <w:color w:val="000000"/>
          <w:sz w:val="32"/>
        </w:rPr>
        <w:t>券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创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券发放</w:t>
      </w:r>
      <w:r>
        <w:rPr>
          <w:spacing w:val="2"/>
          <w:rFonts w:ascii="QhZznecx+FZFSK" w:hAnsi="QhZznecx+FZFSK" w:eastAsia="QhZznecx+FZFSK"/>
          <w:color w:val="000000"/>
          <w:sz w:val="32"/>
        </w:rPr>
        <w:t>额度</w:t>
      </w:r>
      <w:r>
        <w:rPr>
          <w:rFonts w:ascii="QhZznecx+FZFSK" w:hAnsi="QhZznecx+FZFSK" w:eastAsia="QhZznecx+FZFSK"/>
          <w:color w:val="000000"/>
          <w:sz w:val="32"/>
        </w:rPr>
        <w:t>标</w:t>
      </w:r>
      <w:r>
        <w:rPr>
          <w:spacing w:val="2"/>
          <w:rFonts w:ascii="QhZznecx+FZFSK" w:hAnsi="QhZznecx+FZFSK" w:eastAsia="QhZznecx+FZFSK"/>
          <w:color w:val="000000"/>
          <w:sz w:val="32"/>
        </w:rPr>
        <w:t>准为</w:t>
      </w:r>
      <w:r>
        <w:rPr>
          <w:spacing w:val="-14"/>
          <w:rFonts w:ascii="QhZznecx+FZFSK" w:hAnsi="QhZznecx+FZFSK" w:eastAsia="QhZznecx+FZFSK"/>
          <w:color w:val="000000"/>
          <w:sz w:val="32"/>
        </w:rPr>
        <w:t>：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2"/>
          <w:rFonts w:ascii="QhZznecx+FZFSK" w:hAnsi="QhZznecx+FZFSK" w:eastAsia="QhZznecx+FZFSK"/>
          <w:color w:val="000000"/>
          <w:sz w:val="32"/>
        </w:rPr>
        <w:t>家</w:t>
      </w:r>
      <w:r>
        <w:rPr>
          <w:rFonts w:ascii="QhZznecx+FZFSK" w:hAnsi="QhZznecx+FZFSK" w:eastAsia="QhZznecx+FZFSK"/>
          <w:color w:val="000000"/>
          <w:sz w:val="32"/>
        </w:rPr>
        <w:t>高新</w:t>
      </w:r>
      <w:r>
        <w:rPr>
          <w:spacing w:val="2"/>
          <w:rFonts w:ascii="QhZznecx+FZFSK" w:hAnsi="QhZznecx+FZFSK" w:eastAsia="QhZznecx+FZFSK"/>
          <w:color w:val="000000"/>
          <w:sz w:val="32"/>
        </w:rPr>
        <w:t>技</w:t>
      </w:r>
      <w:r>
        <w:rPr>
          <w:rFonts w:ascii="QhZznecx+FZFSK" w:hAnsi="QhZznecx+FZFSK" w:eastAsia="QhZznecx+FZFSK"/>
          <w:color w:val="000000"/>
          <w:sz w:val="32"/>
        </w:rPr>
        <w:t>术企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和省</w:t>
      </w:r>
      <w:r>
        <w:rPr>
          <w:spacing w:val="2"/>
          <w:rFonts w:ascii="QhZznecx+FZFSK" w:hAnsi="QhZznecx+FZFSK" w:eastAsia="QhZznecx+FZFSK"/>
          <w:color w:val="000000"/>
          <w:sz w:val="32"/>
        </w:rPr>
        <w:t>专</w:t>
      </w:r>
      <w:r>
        <w:rPr>
          <w:rFonts w:ascii="QhZznecx+FZFSK" w:hAnsi="QhZznecx+FZFSK" w:eastAsia="QhZznecx+FZFSK"/>
          <w:color w:val="000000"/>
          <w:sz w:val="32"/>
        </w:rPr>
        <w:t>精特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中小企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每年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-70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纳</w:t>
      </w:r>
      <w:r>
        <w:rPr>
          <w:spacing w:val="4"/>
          <w:rFonts w:ascii="QhZznecx+FZFSK" w:hAnsi="QhZznecx+FZFSK" w:eastAsia="QhZznecx+FZFSK"/>
          <w:color w:val="000000"/>
          <w:sz w:val="32"/>
        </w:rPr>
        <w:t>入</w:t>
      </w:r>
      <w:r>
        <w:rPr>
          <w:rFonts w:ascii="QhZznecx+FZFSK" w:hAnsi="QhZznecx+FZFSK" w:eastAsia="QhZznecx+FZFSK"/>
          <w:color w:val="000000"/>
          <w:sz w:val="32"/>
        </w:rPr>
        <w:t>江山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科</w:t>
      </w:r>
      <w:r>
        <w:rPr>
          <w:spacing w:val="2"/>
          <w:rFonts w:ascii="QhZznecx+FZFSK" w:hAnsi="QhZznecx+FZFSK" w:eastAsia="QhZznecx+FZFSK"/>
          <w:color w:val="000000"/>
          <w:sz w:val="32"/>
        </w:rPr>
        <w:t>技</w:t>
      </w:r>
      <w:r>
        <w:rPr>
          <w:rFonts w:ascii="QhZznecx+FZFSK" w:hAnsi="QhZznecx+FZFSK" w:eastAsia="QhZznecx+FZFSK"/>
          <w:color w:val="000000"/>
          <w:sz w:val="32"/>
        </w:rPr>
        <w:t>与体</w:t>
      </w:r>
      <w:r>
        <w:rPr>
          <w:spacing w:val="2"/>
          <w:rFonts w:ascii="QhZznecx+FZFSK" w:hAnsi="QhZznecx+FZFSK" w:eastAsia="QhZznecx+FZFSK"/>
          <w:color w:val="000000"/>
          <w:sz w:val="32"/>
        </w:rPr>
        <w:t>制</w:t>
      </w:r>
      <w:r>
        <w:rPr>
          <w:rFonts w:ascii="QhZznecx+FZFSK" w:hAnsi="QhZznecx+FZFSK" w:eastAsia="QhZznecx+FZFSK"/>
          <w:color w:val="000000"/>
          <w:sz w:val="32"/>
        </w:rPr>
        <w:t>改革</w:t>
      </w:r>
      <w:r>
        <w:rPr>
          <w:spacing w:val="2"/>
          <w:rFonts w:ascii="QhZznecx+FZFSK" w:hAnsi="QhZznecx+FZFSK" w:eastAsia="QhZznecx+FZFSK"/>
          <w:color w:val="000000"/>
          <w:sz w:val="32"/>
        </w:rPr>
        <w:t>试</w:t>
      </w:r>
      <w:r>
        <w:rPr>
          <w:rFonts w:ascii="QhZznecx+FZFSK" w:hAnsi="QhZznecx+FZFSK" w:eastAsia="QhZznecx+FZFSK"/>
          <w:color w:val="000000"/>
          <w:sz w:val="32"/>
        </w:rPr>
        <w:t>点企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82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；</w:t>
      </w:r>
      <w:r>
        <w:rPr>
          <w:spacing w:val="8"/>
          <w:rFonts w:ascii="QhZznecx+FZFSK" w:hAnsi="QhZznecx+FZFSK" w:eastAsia="QhZznecx+FZFSK"/>
          <w:color w:val="000000"/>
          <w:sz w:val="32"/>
        </w:rPr>
        <w:t>省</w:t>
      </w:r>
      <w:r>
        <w:rPr>
          <w:spacing w:val="6"/>
          <w:rFonts w:ascii="QhZznecx+FZFSK" w:hAnsi="QhZznecx+FZFSK" w:eastAsia="QhZznecx+FZFSK"/>
          <w:color w:val="000000"/>
          <w:sz w:val="32"/>
        </w:rPr>
        <w:t>级</w:t>
      </w:r>
      <w:r>
        <w:rPr>
          <w:spacing w:val="8"/>
          <w:rFonts w:ascii="QhZznecx+FZFSK" w:hAnsi="QhZznecx+FZFSK" w:eastAsia="QhZznecx+FZFSK"/>
          <w:color w:val="000000"/>
          <w:sz w:val="32"/>
        </w:rPr>
        <w:t>科技小巨</w:t>
      </w:r>
      <w:r>
        <w:rPr>
          <w:spacing w:val="6"/>
          <w:rFonts w:ascii="QhZznecx+FZFSK" w:hAnsi="QhZznecx+FZFSK" w:eastAsia="QhZznecx+FZFSK"/>
          <w:color w:val="000000"/>
          <w:sz w:val="32"/>
        </w:rPr>
        <w:t>人</w:t>
      </w:r>
      <w:r>
        <w:rPr>
          <w:spacing w:val="8"/>
          <w:rFonts w:ascii="QhZznecx+FZFSK" w:hAnsi="QhZznecx+FZFSK" w:eastAsia="QhZznecx+FZFSK"/>
          <w:color w:val="000000"/>
          <w:sz w:val="32"/>
        </w:rPr>
        <w:t>企业和省</w:t>
      </w:r>
      <w:r>
        <w:rPr>
          <w:spacing w:val="6"/>
          <w:rFonts w:ascii="QhZznecx+FZFSK" w:hAnsi="QhZznecx+FZFSK" w:eastAsia="QhZznecx+FZFSK"/>
          <w:color w:val="000000"/>
          <w:sz w:val="32"/>
        </w:rPr>
        <w:t>隐</w:t>
      </w:r>
      <w:r>
        <w:rPr>
          <w:spacing w:val="8"/>
          <w:rFonts w:ascii="QhZznecx+FZFSK" w:hAnsi="QhZznecx+FZFSK" w:eastAsia="QhZznecx+FZFSK"/>
          <w:color w:val="000000"/>
          <w:sz w:val="32"/>
        </w:rPr>
        <w:t>形冠军企</w:t>
      </w:r>
      <w:r>
        <w:rPr>
          <w:spacing w:val="6"/>
          <w:rFonts w:ascii="QhZznecx+FZFSK" w:hAnsi="QhZznecx+FZFSK" w:eastAsia="QhZznecx+FZFSK"/>
          <w:color w:val="000000"/>
          <w:sz w:val="32"/>
        </w:rPr>
        <w:t>业</w:t>
      </w:r>
      <w:r>
        <w:rPr>
          <w:spacing w:val="8"/>
          <w:rFonts w:ascii="QhZznecx+FZFSK" w:hAnsi="QhZznecx+FZFSK" w:eastAsia="QhZznecx+FZFSK"/>
          <w:color w:val="000000"/>
          <w:sz w:val="32"/>
        </w:rPr>
        <w:t>每</w:t>
      </w:r>
      <w:r>
        <w:rPr>
          <w:spacing w:val="86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8"/>
          <w:rFonts w:ascii="QhZznecx+FZFSK" w:hAnsi="QhZznecx+FZFSK" w:eastAsia="QhZznecx+FZFSK"/>
          <w:color w:val="000000"/>
          <w:sz w:val="32"/>
        </w:rPr>
        <w:t>0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6"/>
          <w:rFonts w:ascii="QhZznecx+FZFSK" w:hAnsi="QhZznecx+FZFSK" w:eastAsia="QhZznecx+FZFSK"/>
          <w:color w:val="000000"/>
          <w:sz w:val="32"/>
        </w:rPr>
        <w:t>；</w:t>
      </w:r>
      <w:r>
        <w:rPr>
          <w:spacing w:val="8"/>
          <w:rFonts w:ascii="QhZznecx+FZFSK" w:hAnsi="QhZznecx+FZFSK" w:eastAsia="QhZznecx+FZFSK"/>
          <w:color w:val="000000"/>
          <w:sz w:val="32"/>
        </w:rPr>
        <w:t>省</w:t>
      </w:r>
      <w:r>
        <w:rPr>
          <w:rFonts w:ascii="QhZznecx+FZFSK" w:hAnsi="QhZznecx+FZFSK" w:eastAsia="QhZznecx+FZFSK"/>
          <w:color w:val="000000"/>
          <w:sz w:val="32"/>
        </w:rPr>
        <w:t>级</w:t>
      </w:r>
      <w:r>
        <w:rPr>
          <w:spacing w:val="2"/>
          <w:rFonts w:ascii="QhZznecx+FZFSK" w:hAnsi="QhZznecx+FZFSK" w:eastAsia="QhZznecx+FZFSK"/>
          <w:color w:val="000000"/>
          <w:sz w:val="32"/>
        </w:rPr>
        <w:t>科技</w:t>
      </w:r>
      <w:r>
        <w:rPr>
          <w:rFonts w:ascii="QhZznecx+FZFSK" w:hAnsi="QhZznecx+FZFSK" w:eastAsia="QhZznecx+FZFSK"/>
          <w:color w:val="000000"/>
          <w:sz w:val="32"/>
        </w:rPr>
        <w:t>领</w:t>
      </w:r>
      <w:r>
        <w:rPr>
          <w:spacing w:val="2"/>
          <w:rFonts w:ascii="QhZznecx+FZFSK" w:hAnsi="QhZznecx+FZFSK" w:eastAsia="QhZznecx+FZFSK"/>
          <w:color w:val="000000"/>
          <w:sz w:val="32"/>
        </w:rPr>
        <w:t>军企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、单</w:t>
      </w:r>
      <w:r>
        <w:rPr>
          <w:rFonts w:ascii="QhZznecx+FZFSK" w:hAnsi="QhZznecx+FZFSK" w:eastAsia="QhZznecx+FZFSK"/>
          <w:color w:val="000000"/>
          <w:sz w:val="32"/>
        </w:rPr>
        <w:t>项</w:t>
      </w:r>
      <w:r>
        <w:rPr>
          <w:spacing w:val="2"/>
          <w:rFonts w:ascii="QhZznecx+FZFSK" w:hAnsi="QhZznecx+FZFSK" w:eastAsia="QhZznecx+FZFSK"/>
          <w:color w:val="000000"/>
          <w:sz w:val="32"/>
        </w:rPr>
        <w:t>冠军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业、</w:t>
      </w:r>
      <w:r>
        <w:rPr>
          <w:rFonts w:ascii="QhZznecx+FZFSK" w:hAnsi="QhZznecx+FZFSK" w:eastAsia="QhZznecx+FZFSK"/>
          <w:color w:val="000000"/>
          <w:sz w:val="32"/>
        </w:rPr>
        <w:t>工</w:t>
      </w:r>
      <w:r>
        <w:rPr>
          <w:spacing w:val="2"/>
          <w:rFonts w:ascii="QhZznecx+FZFSK" w:hAnsi="QhZznecx+FZFSK" w:eastAsia="QhZznecx+FZFSK"/>
          <w:color w:val="000000"/>
          <w:sz w:val="32"/>
        </w:rPr>
        <w:t>信部</w:t>
      </w:r>
      <w:r>
        <w:rPr>
          <w:rFonts w:ascii="QhZznecx+FZFSK" w:hAnsi="QhZznecx+FZFSK" w:eastAsia="QhZznecx+FZFSK"/>
          <w:color w:val="000000"/>
          <w:sz w:val="32"/>
        </w:rPr>
        <w:t>专</w:t>
      </w:r>
      <w:r>
        <w:rPr>
          <w:spacing w:val="2"/>
          <w:rFonts w:ascii="QhZznecx+FZFSK" w:hAnsi="QhZznecx+FZFSK" w:eastAsia="QhZznecx+FZFSK"/>
          <w:color w:val="000000"/>
          <w:sz w:val="32"/>
        </w:rPr>
        <w:t>精特</w:t>
      </w:r>
      <w:r>
        <w:rPr>
          <w:rFonts w:ascii="QhZznecx+FZFSK" w:hAnsi="QhZznecx+FZFSK" w:eastAsia="QhZznecx+FZFSK"/>
          <w:color w:val="000000"/>
          <w:sz w:val="32"/>
        </w:rPr>
        <w:t>新“小</w:t>
      </w:r>
      <w:r>
        <w:rPr>
          <w:spacing w:val="2"/>
          <w:rFonts w:ascii="QhZznecx+FZFSK" w:hAnsi="QhZznecx+FZFSK" w:eastAsia="QhZznecx+FZFSK"/>
          <w:color w:val="000000"/>
          <w:sz w:val="32"/>
        </w:rPr>
        <w:t>巨人</w:t>
      </w:r>
      <w:r>
        <w:rPr>
          <w:rFonts w:ascii="QhZznecx+FZFSK" w:hAnsi="QhZznecx+FZFSK" w:eastAsia="QhZznecx+FZFSK"/>
          <w:color w:val="000000"/>
          <w:sz w:val="32"/>
        </w:rPr>
        <w:t>”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82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4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任单</w:t>
      </w:r>
      <w:r>
        <w:rPr>
          <w:spacing w:val="4"/>
          <w:rFonts w:ascii="oWgGuaTQ+FZKTK" w:hAnsi="oWgGuaTQ+FZKTK" w:eastAsia="oWgGuaTQ+FZKTK"/>
          <w:color w:val="000000"/>
          <w:sz w:val="32"/>
        </w:rPr>
        <w:t>位</w:t>
      </w:r>
      <w:r>
        <w:rPr>
          <w:rFonts w:ascii="oWgGuaTQ+FZKTK" w:hAnsi="oWgGuaTQ+FZKTK" w:eastAsia="oWgGuaTQ+FZKTK"/>
          <w:color w:val="000000"/>
          <w:sz w:val="32"/>
        </w:rPr>
        <w:t>：市</w:t>
      </w:r>
      <w:r>
        <w:rPr>
          <w:spacing w:val="4"/>
          <w:rFonts w:ascii="oWgGuaTQ+FZKTK" w:hAnsi="oWgGuaTQ+FZKTK" w:eastAsia="oWgGuaTQ+FZKTK"/>
          <w:color w:val="000000"/>
          <w:sz w:val="32"/>
        </w:rPr>
        <w:t>科</w:t>
      </w:r>
      <w:r>
        <w:rPr>
          <w:rFonts w:ascii="oWgGuaTQ+FZKTK" w:hAnsi="oWgGuaTQ+FZKTK" w:eastAsia="oWgGuaTQ+FZKTK"/>
          <w:color w:val="000000"/>
          <w:sz w:val="32"/>
        </w:rPr>
        <w:t>技局）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11</w:t>
      </w:r>
      <w:r>
        <w:rPr>
          <w:spacing w:val="4"/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持数</w:t>
      </w:r>
      <w:r>
        <w:rPr>
          <w:spacing w:val="2"/>
          <w:rFonts w:ascii="QhZznecx+FZFSK" w:hAnsi="QhZznecx+FZFSK" w:eastAsia="QhZznecx+FZFSK"/>
          <w:color w:val="000000"/>
          <w:sz w:val="32"/>
        </w:rPr>
        <w:t>字经济</w:t>
      </w:r>
      <w:r>
        <w:rPr>
          <w:spacing w:val="4"/>
          <w:rFonts w:ascii="QhZznecx+FZFSK" w:hAnsi="QhZznecx+FZFSK" w:eastAsia="QhZznecx+FZFSK"/>
          <w:color w:val="000000"/>
          <w:sz w:val="32"/>
        </w:rPr>
        <w:t>产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-10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注</w:t>
      </w:r>
      <w:r>
        <w:rPr>
          <w:rFonts w:ascii="QhZznecx+FZFSK" w:hAnsi="QhZznecx+FZFSK" w:eastAsia="QhZznecx+FZFSK"/>
          <w:color w:val="000000"/>
          <w:sz w:val="32"/>
        </w:rPr>
        <w:t>册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软件</w:t>
      </w:r>
      <w:r>
        <w:rPr>
          <w:spacing w:val="4"/>
          <w:rFonts w:ascii="QhZznecx+FZFSK" w:hAnsi="QhZznecx+FZFSK" w:eastAsia="QhZznecx+FZFSK"/>
          <w:color w:val="000000"/>
          <w:sz w:val="32"/>
        </w:rPr>
        <w:t>与</w:t>
      </w:r>
      <w:r>
        <w:rPr>
          <w:rFonts w:ascii="QhZznecx+FZFSK" w:hAnsi="QhZznecx+FZFSK" w:eastAsia="QhZznecx+FZFSK"/>
          <w:color w:val="000000"/>
          <w:sz w:val="32"/>
        </w:rPr>
        <w:t>信息</w:t>
      </w:r>
      <w:r>
        <w:rPr>
          <w:spacing w:val="4"/>
          <w:rFonts w:ascii="QhZznecx+FZFSK" w:hAnsi="QhZznecx+FZFSK" w:eastAsia="QhZznecx+FZFSK"/>
          <w:color w:val="000000"/>
          <w:sz w:val="32"/>
        </w:rPr>
        <w:t>技</w:t>
      </w:r>
      <w:r>
        <w:rPr>
          <w:rFonts w:ascii="QhZznecx+FZFSK" w:hAnsi="QhZznecx+FZFSK" w:eastAsia="QhZznecx+FZFSK"/>
          <w:color w:val="000000"/>
          <w:sz w:val="32"/>
        </w:rPr>
        <w:t>术</w:t>
      </w:r>
      <w:r>
        <w:rPr>
          <w:spacing w:val="2"/>
          <w:rFonts w:ascii="QhZznecx+FZFSK" w:hAnsi="QhZznecx+FZFSK" w:eastAsia="QhZznecx+FZFSK"/>
          <w:color w:val="000000"/>
          <w:sz w:val="32"/>
        </w:rPr>
        <w:t>服</w:t>
      </w:r>
      <w:r>
        <w:rPr>
          <w:rFonts w:ascii="QhZznecx+FZFSK" w:hAnsi="QhZznecx+FZFSK" w:eastAsia="QhZznecx+FZFSK"/>
          <w:color w:val="000000"/>
          <w:sz w:val="32"/>
        </w:rPr>
        <w:t>务业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自</w:t>
      </w:r>
      <w:r>
        <w:rPr>
          <w:spacing w:val="2"/>
          <w:rFonts w:ascii="QhZznecx+FZFSK" w:hAnsi="QhZznecx+FZFSK" w:eastAsia="QhZznecx+FZFSK"/>
          <w:color w:val="000000"/>
          <w:sz w:val="32"/>
        </w:rPr>
        <w:t>注册</w:t>
      </w:r>
      <w:r>
        <w:rPr>
          <w:rFonts w:ascii="QhZznecx+FZFSK" w:hAnsi="QhZznecx+FZFSK" w:eastAsia="QhZznecx+FZFSK"/>
          <w:color w:val="000000"/>
          <w:sz w:val="32"/>
        </w:rPr>
        <w:t>次</w:t>
      </w:r>
      <w:r>
        <w:rPr>
          <w:spacing w:val="2"/>
          <w:rFonts w:ascii="QhZznecx+FZFSK" w:hAnsi="QhZznecx+FZFSK" w:eastAsia="QhZznecx+FZFSK"/>
          <w:color w:val="000000"/>
          <w:sz w:val="32"/>
        </w:rPr>
        <w:t>年</w:t>
      </w:r>
      <w:r>
        <w:rPr>
          <w:spacing w:val="82"/>
          <w:rFonts w:ascii="QhZznecx+FZFSK" w:hAnsi="QhZznecx+FZFSK" w:eastAsia="QhZznecx+FZFSK"/>
          <w:color w:val="000000"/>
          <w:sz w:val="32"/>
        </w:rPr>
        <w:t>起6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2"/>
          <w:rFonts w:ascii="QhZznecx+FZFSK" w:hAnsi="QhZznecx+FZFSK" w:eastAsia="QhZznecx+FZFSK"/>
          <w:color w:val="000000"/>
          <w:sz w:val="32"/>
        </w:rPr>
        <w:t>内</w:t>
      </w:r>
      <w:r>
        <w:rPr>
          <w:spacing w:val="-1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2"/>
          <w:rFonts w:ascii="QhZznecx+FZFSK" w:hAnsi="QhZznecx+FZFSK" w:eastAsia="QhZznecx+FZFSK"/>
          <w:color w:val="000000"/>
          <w:sz w:val="32"/>
        </w:rPr>
        <w:t>其</w:t>
      </w:r>
      <w:r>
        <w:rPr>
          <w:rFonts w:ascii="QhZznecx+FZFSK" w:hAnsi="QhZznecx+FZFSK" w:eastAsia="QhZznecx+FZFSK"/>
          <w:color w:val="000000"/>
          <w:sz w:val="32"/>
        </w:rPr>
        <w:t>当年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形成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地方</w:t>
      </w:r>
      <w:r>
        <w:rPr>
          <w:spacing w:val="2"/>
          <w:rFonts w:ascii="QhZznecx+FZFSK" w:hAnsi="QhZznecx+FZFSK" w:eastAsia="QhZznecx+FZFSK"/>
          <w:color w:val="000000"/>
          <w:sz w:val="32"/>
        </w:rPr>
        <w:t>综</w:t>
      </w:r>
      <w:r>
        <w:rPr>
          <w:rFonts w:ascii="QhZznecx+FZFSK" w:hAnsi="QhZznecx+FZFSK" w:eastAsia="QhZznecx+FZFSK"/>
          <w:color w:val="000000"/>
          <w:sz w:val="32"/>
        </w:rPr>
        <w:t>合贡献</w:t>
      </w:r>
      <w:r>
        <w:rPr>
          <w:spacing w:val="4"/>
          <w:rFonts w:ascii="QhZznecx+FZFSK" w:hAnsi="QhZznecx+FZFSK" w:eastAsia="QhZznecx+FZFSK"/>
          <w:color w:val="000000"/>
          <w:sz w:val="32"/>
        </w:rPr>
        <w:t>度</w:t>
      </w:r>
      <w:r>
        <w:rPr>
          <w:spacing w:val="6"/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80</w:t>
      </w:r>
      <w:r>
        <w:rPr>
          <w:spacing w:val="4"/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spacing w:val="2"/>
          <w:rFonts w:ascii="QhZznecx+FZFSK" w:hAnsi="QhZznecx+FZFSK" w:eastAsia="QhZznecx+FZFSK"/>
          <w:color w:val="000000"/>
          <w:sz w:val="32"/>
        </w:rPr>
        <w:t>。</w:t>
      </w:r>
      <w:r>
        <w:rPr>
          <w:spacing w:val="4"/>
          <w:rFonts w:ascii="QhZznecx+FZFSK" w:hAnsi="QhZznecx+FZFSK" w:eastAsia="QhZznecx+FZFSK"/>
          <w:color w:val="000000"/>
          <w:sz w:val="32"/>
        </w:rPr>
        <w:t>支持</w:t>
      </w:r>
      <w:r>
        <w:rPr>
          <w:spacing w:val="6"/>
          <w:rFonts w:ascii="QhZznecx+FZFSK" w:hAnsi="QhZznecx+FZFSK" w:eastAsia="QhZznecx+FZFSK"/>
          <w:color w:val="000000"/>
          <w:sz w:val="32"/>
        </w:rPr>
        <w:t>工</w:t>
      </w:r>
      <w:r>
        <w:rPr>
          <w:spacing w:val="2"/>
          <w:rFonts w:ascii="QhZznecx+FZFSK" w:hAnsi="QhZznecx+FZFSK" w:eastAsia="QhZznecx+FZFSK"/>
          <w:color w:val="000000"/>
          <w:sz w:val="32"/>
        </w:rPr>
        <w:t>业互联</w:t>
      </w:r>
      <w:r>
        <w:rPr>
          <w:spacing w:val="6"/>
          <w:rFonts w:ascii="QhZznecx+FZFSK" w:hAnsi="QhZznecx+FZFSK" w:eastAsia="QhZznecx+FZFSK"/>
          <w:color w:val="000000"/>
          <w:sz w:val="32"/>
        </w:rPr>
        <w:t>网</w:t>
      </w:r>
      <w:r>
        <w:rPr>
          <w:spacing w:val="4"/>
          <w:rFonts w:ascii="QhZznecx+FZFSK" w:hAnsi="QhZznecx+FZFSK" w:eastAsia="QhZznecx+FZFSK"/>
          <w:color w:val="000000"/>
          <w:sz w:val="32"/>
        </w:rPr>
        <w:t>平台</w:t>
      </w:r>
      <w:r>
        <w:rPr>
          <w:spacing w:val="6"/>
          <w:rFonts w:ascii="QhZznecx+FZFSK" w:hAnsi="QhZznecx+FZFSK" w:eastAsia="QhZznecx+FZFSK"/>
          <w:color w:val="000000"/>
          <w:sz w:val="32"/>
        </w:rPr>
        <w:t>建</w:t>
      </w:r>
      <w:r>
        <w:rPr>
          <w:spacing w:val="2"/>
          <w:rFonts w:ascii="QhZznecx+FZFSK" w:hAnsi="QhZznecx+FZFSK" w:eastAsia="QhZznecx+FZFSK"/>
          <w:color w:val="000000"/>
          <w:sz w:val="32"/>
        </w:rPr>
        <w:t>设，被</w:t>
      </w:r>
      <w:r>
        <w:rPr>
          <w:spacing w:val="6"/>
          <w:rFonts w:ascii="QhZznecx+FZFSK" w:hAnsi="QhZznecx+FZFSK" w:eastAsia="QhZznecx+FZFSK"/>
          <w:color w:val="000000"/>
          <w:sz w:val="32"/>
        </w:rPr>
        <w:t>列</w:t>
      </w:r>
      <w:r>
        <w:rPr>
          <w:spacing w:val="4"/>
          <w:rFonts w:ascii="QhZznecx+FZFSK" w:hAnsi="QhZznecx+FZFSK" w:eastAsia="QhZznecx+FZFSK"/>
          <w:color w:val="000000"/>
          <w:sz w:val="32"/>
        </w:rPr>
        <w:t>为省</w:t>
      </w:r>
      <w:r>
        <w:rPr>
          <w:spacing w:val="2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工</w:t>
      </w:r>
    </w:p>
    <w:p>
      <w:pPr>
        <w:autoSpaceDN w:val="0"/>
        <w:autoSpaceDE w:val="0"/>
        <w:widowControl/>
        <w:spacing w:line="348" w:lineRule="exact" w:before="324" w:after="0"/>
        <w:ind w:left="360" w:right="0" w:firstLine="0"/>
        <w:jc w:val="lef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6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4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tabs>
          <w:tab w:pos="1000" w:val="left"/>
        </w:tabs>
        <w:autoSpaceDE w:val="0"/>
        <w:widowControl/>
        <w:spacing w:line="546" w:lineRule="exact" w:before="0" w:after="0"/>
        <w:ind w:left="360" w:right="288" w:firstLine="0"/>
        <w:jc w:val="left"/>
      </w:pPr>
      <w:r>
        <w:rPr>
          <w:spacing w:val="2"/>
          <w:rFonts w:ascii="QhZznecx+FZFSK" w:hAnsi="QhZznecx+FZFSK" w:eastAsia="QhZznecx+FZFSK"/>
          <w:color w:val="000000"/>
          <w:sz w:val="32"/>
        </w:rPr>
        <w:t>业互</w:t>
      </w:r>
      <w:r>
        <w:rPr>
          <w:rFonts w:ascii="QhZznecx+FZFSK" w:hAnsi="QhZznecx+FZFSK" w:eastAsia="QhZznecx+FZFSK"/>
          <w:color w:val="000000"/>
          <w:sz w:val="32"/>
        </w:rPr>
        <w:t>联</w:t>
      </w:r>
      <w:r>
        <w:rPr>
          <w:spacing w:val="4"/>
          <w:rFonts w:ascii="QhZznecx+FZFSK" w:hAnsi="QhZznecx+FZFSK" w:eastAsia="QhZznecx+FZFSK"/>
          <w:color w:val="000000"/>
          <w:sz w:val="32"/>
        </w:rPr>
        <w:t>网</w:t>
      </w:r>
      <w:r>
        <w:rPr>
          <w:rFonts w:ascii="QhZznecx+FZFSK" w:hAnsi="QhZznecx+FZFSK" w:eastAsia="QhZznecx+FZFSK"/>
          <w:color w:val="000000"/>
          <w:sz w:val="32"/>
        </w:rPr>
        <w:t>平台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，给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2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4"/>
          <w:rFonts w:ascii="oWgGuaTQ+FZKTK" w:hAnsi="oWgGuaTQ+FZKTK" w:eastAsia="oWgGuaTQ+FZKTK"/>
          <w:color w:val="000000"/>
          <w:sz w:val="32"/>
        </w:rPr>
        <w:t>单</w:t>
      </w:r>
      <w:r>
        <w:rPr>
          <w:rFonts w:ascii="oWgGuaTQ+FZKTK" w:hAnsi="oWgGuaTQ+FZKTK" w:eastAsia="oWgGuaTQ+FZKTK"/>
          <w:color w:val="000000"/>
          <w:sz w:val="32"/>
        </w:rPr>
        <w:t>位：</w:t>
      </w:r>
      <w:r>
        <w:rPr>
          <w:spacing w:val="4"/>
          <w:rFonts w:ascii="oWgGuaTQ+FZKTK" w:hAnsi="oWgGuaTQ+FZKTK" w:eastAsia="oWgGuaTQ+FZKTK"/>
          <w:color w:val="000000"/>
          <w:sz w:val="32"/>
        </w:rPr>
        <w:t>市</w:t>
      </w:r>
      <w:r>
        <w:rPr>
          <w:rFonts w:ascii="oWgGuaTQ+FZKTK" w:hAnsi="oWgGuaTQ+FZKTK" w:eastAsia="oWgGuaTQ+FZKTK"/>
          <w:color w:val="000000"/>
          <w:sz w:val="32"/>
        </w:rPr>
        <w:t>经信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4"/>
          <w:rFonts w:ascii="QhZznecx+FZFSK" w:hAnsi="QhZznecx+FZFSK" w:eastAsia="QhZznecx+FZFSK"/>
          <w:color w:val="000000"/>
          <w:sz w:val="32"/>
        </w:rPr>
        <w:t>2</w:t>
      </w:r>
      <w:r>
        <w:rPr>
          <w:spacing w:val="2"/>
          <w:rFonts w:ascii="QhZznecx+FZFSK" w:hAnsi="QhZznecx+FZFSK" w:eastAsia="QhZznecx+FZFSK"/>
          <w:color w:val="000000"/>
          <w:sz w:val="32"/>
        </w:rPr>
        <w:t>.支持企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业品</w:t>
      </w:r>
      <w:r>
        <w:rPr>
          <w:spacing w:val="2"/>
          <w:rFonts w:ascii="QhZznecx+FZFSK" w:hAnsi="QhZznecx+FZFSK" w:eastAsia="QhZznecx+FZFSK"/>
          <w:color w:val="000000"/>
          <w:sz w:val="32"/>
        </w:rPr>
        <w:t>质提</w:t>
      </w:r>
      <w:r>
        <w:rPr>
          <w:rFonts w:ascii="QhZznecx+FZFSK" w:hAnsi="QhZznecx+FZFSK" w:eastAsia="QhZznecx+FZFSK"/>
          <w:color w:val="000000"/>
          <w:sz w:val="32"/>
        </w:rPr>
        <w:t>升</w:t>
      </w:r>
      <w:r>
        <w:rPr>
          <w:spacing w:val="-11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4"/>
          <w:rFonts w:ascii="QhZznecx+FZFSK" w:hAnsi="QhZznecx+FZFSK" w:eastAsia="QhZznecx+FZFSK"/>
          <w:color w:val="000000"/>
          <w:sz w:val="32"/>
        </w:rPr>
        <w:t>制</w:t>
      </w:r>
      <w:r>
        <w:rPr>
          <w:rFonts w:ascii="QhZznecx+FZFSK" w:hAnsi="QhZznecx+FZFSK" w:eastAsia="QhZznecx+FZFSK"/>
          <w:color w:val="000000"/>
          <w:sz w:val="32"/>
        </w:rPr>
        <w:t>修订</w:t>
      </w:r>
      <w:r>
        <w:rPr>
          <w:spacing w:val="4"/>
          <w:rFonts w:ascii="QhZznecx+FZFSK" w:hAnsi="QhZznecx+FZFSK" w:eastAsia="QhZznecx+FZFSK"/>
          <w:color w:val="000000"/>
          <w:sz w:val="32"/>
        </w:rPr>
        <w:t>各</w:t>
      </w:r>
      <w:r>
        <w:rPr>
          <w:rFonts w:ascii="QhZznecx+FZFSK" w:hAnsi="QhZznecx+FZFSK" w:eastAsia="QhZznecx+FZFSK"/>
          <w:color w:val="000000"/>
          <w:sz w:val="32"/>
        </w:rPr>
        <w:t>类标</w:t>
      </w:r>
      <w:r>
        <w:rPr>
          <w:spacing w:val="4"/>
          <w:rFonts w:ascii="QhZznecx+FZFSK" w:hAnsi="QhZznecx+FZFSK" w:eastAsia="QhZznecx+FZFSK"/>
          <w:color w:val="000000"/>
          <w:sz w:val="32"/>
        </w:rPr>
        <w:t>准</w:t>
      </w:r>
      <w:r>
        <w:rPr>
          <w:rFonts w:ascii="QhZznecx+FZFSK" w:hAnsi="QhZznecx+FZFSK" w:eastAsia="QhZznecx+FZFSK"/>
          <w:color w:val="000000"/>
          <w:sz w:val="32"/>
        </w:rPr>
        <w:t>前</w:t>
      </w:r>
      <w:r>
        <w:rPr>
          <w:spacing w:val="2"/>
          <w:rFonts w:ascii="QhZznecx+FZFSK" w:hAnsi="QhZznecx+FZFSK" w:eastAsia="QhZznecx+FZFSK"/>
          <w:color w:val="000000"/>
          <w:sz w:val="32"/>
        </w:rPr>
        <w:t>向</w:t>
      </w:r>
      <w:r>
        <w:rPr>
          <w:rFonts w:ascii="QhZznecx+FZFSK" w:hAnsi="QhZznecx+FZFSK" w:eastAsia="QhZznecx+FZFSK"/>
          <w:color w:val="000000"/>
          <w:sz w:val="32"/>
        </w:rPr>
        <w:t>市市</w:t>
      </w:r>
      <w:r>
        <w:rPr>
          <w:spacing w:val="2"/>
          <w:rFonts w:ascii="QhZznecx+FZFSK" w:hAnsi="QhZznecx+FZFSK" w:eastAsia="QhZznecx+FZFSK"/>
          <w:color w:val="000000"/>
          <w:sz w:val="32"/>
        </w:rPr>
        <w:t>场监</w:t>
      </w:r>
      <w:r>
        <w:rPr>
          <w:rFonts w:ascii="QhZznecx+FZFSK" w:hAnsi="QhZznecx+FZFSK" w:eastAsia="QhZznecx+FZFSK"/>
          <w:color w:val="000000"/>
          <w:sz w:val="32"/>
        </w:rPr>
        <w:t>管</w:t>
      </w:r>
      <w:r>
        <w:rPr>
          <w:spacing w:val="2"/>
          <w:rFonts w:ascii="QhZznecx+FZFSK" w:hAnsi="QhZznecx+FZFSK" w:eastAsia="QhZznecx+FZFSK"/>
          <w:color w:val="000000"/>
          <w:sz w:val="32"/>
        </w:rPr>
        <w:t>局报</w:t>
      </w:r>
      <w:r>
        <w:rPr>
          <w:rFonts w:ascii="QhZznecx+FZFSK" w:hAnsi="QhZznecx+FZFSK" w:eastAsia="QhZznecx+FZFSK"/>
          <w:color w:val="000000"/>
          <w:sz w:val="32"/>
        </w:rPr>
        <w:t>备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参</w:t>
      </w:r>
      <w:r>
        <w:rPr>
          <w:spacing w:val="2"/>
          <w:rFonts w:ascii="QhZznecx+FZFSK" w:hAnsi="QhZznecx+FZFSK" w:eastAsia="QhZznecx+FZFSK"/>
          <w:color w:val="000000"/>
          <w:sz w:val="32"/>
        </w:rPr>
        <w:t>与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2"/>
          <w:rFonts w:ascii="QhZznecx+FZFSK" w:hAnsi="QhZznecx+FZFSK" w:eastAsia="QhZznecx+FZFSK"/>
          <w:color w:val="000000"/>
          <w:sz w:val="32"/>
        </w:rPr>
        <w:t>修订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2"/>
          <w:rFonts w:ascii="QhZznecx+FZFSK" w:hAnsi="QhZznecx+FZFSK" w:eastAsia="QhZznecx+FZFSK"/>
          <w:color w:val="000000"/>
          <w:sz w:val="32"/>
        </w:rPr>
        <w:t>际标</w:t>
      </w:r>
      <w:r>
        <w:rPr>
          <w:rFonts w:ascii="QhZznecx+FZFSK" w:hAnsi="QhZznecx+FZFSK" w:eastAsia="QhZznecx+FZFSK"/>
          <w:color w:val="000000"/>
          <w:sz w:val="32"/>
        </w:rPr>
        <w:t>准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4"/>
          <w:rFonts w:ascii="QhZznecx+FZFSK" w:hAnsi="QhZznecx+FZFSK" w:eastAsia="QhZznecx+FZFSK"/>
          <w:color w:val="000000"/>
          <w:sz w:val="32"/>
        </w:rPr>
        <w:t>家</w:t>
      </w:r>
      <w:r>
        <w:rPr>
          <w:rFonts w:ascii="QhZznecx+FZFSK" w:hAnsi="QhZznecx+FZFSK" w:eastAsia="QhZznecx+FZFSK"/>
          <w:color w:val="000000"/>
          <w:sz w:val="32"/>
        </w:rPr>
        <w:t>标</w:t>
      </w:r>
      <w:r>
        <w:rPr>
          <w:spacing w:val="2"/>
          <w:rFonts w:ascii="QhZznecx+FZFSK" w:hAnsi="QhZznecx+FZFSK" w:eastAsia="QhZznecx+FZFSK"/>
          <w:color w:val="000000"/>
          <w:sz w:val="32"/>
        </w:rPr>
        <w:t>准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行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标</w:t>
      </w:r>
      <w:r>
        <w:rPr>
          <w:spacing w:val="8"/>
          <w:rFonts w:ascii="QhZznecx+FZFSK" w:hAnsi="QhZznecx+FZFSK" w:eastAsia="QhZznecx+FZFSK"/>
          <w:color w:val="000000"/>
          <w:sz w:val="32"/>
        </w:rPr>
        <w:t>准</w:t>
      </w:r>
      <w:r>
        <w:rPr>
          <w:spacing w:val="6"/>
          <w:rFonts w:ascii="QhZznecx+FZFSK" w:hAnsi="QhZznecx+FZFSK" w:eastAsia="QhZznecx+FZFSK"/>
          <w:color w:val="000000"/>
          <w:sz w:val="32"/>
        </w:rPr>
        <w:t>的</w:t>
      </w:r>
      <w:r>
        <w:rPr>
          <w:spacing w:val="8"/>
          <w:rFonts w:ascii="QhZznecx+FZFSK" w:hAnsi="QhZznecx+FZFSK" w:eastAsia="QhZznecx+FZFSK"/>
          <w:color w:val="000000"/>
          <w:sz w:val="32"/>
        </w:rPr>
        <w:t>企业，分</w:t>
      </w:r>
      <w:r>
        <w:rPr>
          <w:spacing w:val="6"/>
          <w:rFonts w:ascii="QhZznecx+FZFSK" w:hAnsi="QhZznecx+FZFSK" w:eastAsia="QhZznecx+FZFSK"/>
          <w:color w:val="000000"/>
          <w:sz w:val="32"/>
        </w:rPr>
        <w:t>别</w:t>
      </w:r>
      <w:r>
        <w:rPr>
          <w:spacing w:val="8"/>
          <w:rFonts w:ascii="QhZznecx+FZFSK" w:hAnsi="QhZznecx+FZFSK" w:eastAsia="QhZznecx+FZFSK"/>
          <w:color w:val="000000"/>
          <w:sz w:val="32"/>
        </w:rPr>
        <w:t>给</w:t>
      </w:r>
      <w:r>
        <w:rPr>
          <w:spacing w:val="86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8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8"/>
          <w:rFonts w:ascii="QhZznecx+FZFSK" w:hAnsi="QhZznecx+FZFSK" w:eastAsia="QhZznecx+FZFSK"/>
          <w:color w:val="000000"/>
          <w:sz w:val="32"/>
        </w:rPr>
        <w:t>5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万元、</w:t>
      </w:r>
      <w:r>
        <w:rPr>
          <w:spacing w:val="88"/>
          <w:rFonts w:ascii="QhZznecx+FZFSK" w:hAnsi="QhZznecx+FZFSK" w:eastAsia="QhZznecx+FZFSK"/>
          <w:color w:val="000000"/>
          <w:sz w:val="32"/>
        </w:rPr>
        <w:t>8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万元奖励</w:t>
      </w:r>
      <w:r>
        <w:rPr>
          <w:spacing w:val="6"/>
          <w:rFonts w:ascii="QhZznecx+FZFSK" w:hAnsi="QhZznecx+FZFSK" w:eastAsia="QhZznecx+FZFSK"/>
          <w:color w:val="000000"/>
          <w:sz w:val="32"/>
        </w:rPr>
        <w:t>（</w:t>
      </w:r>
      <w:r>
        <w:rPr>
          <w:spacing w:val="8"/>
          <w:rFonts w:ascii="QhZznecx+FZFSK" w:hAnsi="QhZznecx+FZFSK" w:eastAsia="QhZznecx+FZFSK"/>
          <w:color w:val="000000"/>
          <w:sz w:val="32"/>
        </w:rPr>
        <w:t>只</w:t>
      </w:r>
      <w:r>
        <w:rPr>
          <w:rFonts w:ascii="QhZznecx+FZFSK" w:hAnsi="QhZznecx+FZFSK" w:eastAsia="QhZznecx+FZFSK"/>
          <w:color w:val="000000"/>
          <w:sz w:val="32"/>
        </w:rPr>
        <w:t>限</w:t>
      </w:r>
      <w:r>
        <w:rPr>
          <w:spacing w:val="2"/>
          <w:rFonts w:ascii="QhZznecx+FZFSK" w:hAnsi="QhZznecx+FZFSK" w:eastAsia="QhZznecx+FZFSK"/>
          <w:color w:val="000000"/>
          <w:sz w:val="32"/>
        </w:rPr>
        <w:t>排序</w:t>
      </w:r>
      <w:r>
        <w:rPr>
          <w:rFonts w:ascii="QhZznecx+FZFSK" w:hAnsi="QhZznecx+FZFSK" w:eastAsia="QhZznecx+FZFSK"/>
          <w:color w:val="000000"/>
          <w:sz w:val="32"/>
        </w:rPr>
        <w:t>前</w:t>
      </w:r>
      <w:r>
        <w:rPr>
          <w:spacing w:val="2"/>
          <w:rFonts w:ascii="QhZznecx+FZFSK" w:hAnsi="QhZznecx+FZFSK" w:eastAsia="QhZznecx+FZFSK"/>
          <w:color w:val="000000"/>
          <w:sz w:val="32"/>
        </w:rPr>
        <w:t>五的</w:t>
      </w:r>
      <w:r>
        <w:rPr>
          <w:rFonts w:ascii="QhZznecx+FZFSK" w:hAnsi="QhZznecx+FZFSK" w:eastAsia="QhZznecx+FZFSK"/>
          <w:color w:val="000000"/>
          <w:sz w:val="32"/>
        </w:rPr>
        <w:t>参</w:t>
      </w:r>
      <w:r>
        <w:rPr>
          <w:spacing w:val="4"/>
          <w:rFonts w:ascii="QhZznecx+FZFSK" w:hAnsi="QhZznecx+FZFSK" w:eastAsia="QhZznecx+FZFSK"/>
          <w:color w:val="000000"/>
          <w:sz w:val="32"/>
        </w:rPr>
        <w:t>与</w:t>
      </w:r>
      <w:r>
        <w:rPr>
          <w:rFonts w:ascii="QhZznecx+FZFSK" w:hAnsi="QhZznecx+FZFSK" w:eastAsia="QhZznecx+FZFSK"/>
          <w:color w:val="000000"/>
          <w:sz w:val="32"/>
        </w:rPr>
        <w:t>单位</w:t>
      </w:r>
      <w:r>
        <w:rPr>
          <w:spacing w:val="-4"/>
          <w:rFonts w:ascii="QhZznecx+FZFSK" w:hAnsi="QhZznecx+FZFSK" w:eastAsia="QhZznecx+FZFSK"/>
          <w:color w:val="000000"/>
          <w:sz w:val="32"/>
        </w:rPr>
        <w:t>）</w:t>
      </w:r>
      <w:r>
        <w:rPr>
          <w:spacing w:val="-2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主</w:t>
      </w:r>
      <w:r>
        <w:rPr>
          <w:spacing w:val="2"/>
          <w:rFonts w:ascii="QhZznecx+FZFSK" w:hAnsi="QhZznecx+FZFSK" w:eastAsia="QhZznecx+FZFSK"/>
          <w:color w:val="000000"/>
          <w:sz w:val="32"/>
        </w:rPr>
        <w:t>导制</w:t>
      </w:r>
      <w:r>
        <w:rPr>
          <w:rFonts w:ascii="QhZznecx+FZFSK" w:hAnsi="QhZznecx+FZFSK" w:eastAsia="QhZznecx+FZFSK"/>
          <w:color w:val="000000"/>
          <w:sz w:val="32"/>
        </w:rPr>
        <w:t>修</w:t>
      </w:r>
      <w:r>
        <w:rPr>
          <w:spacing w:val="2"/>
          <w:rFonts w:ascii="QhZznecx+FZFSK" w:hAnsi="QhZznecx+FZFSK" w:eastAsia="QhZznecx+FZFSK"/>
          <w:color w:val="000000"/>
          <w:sz w:val="32"/>
        </w:rPr>
        <w:t>订上</w:t>
      </w:r>
      <w:r>
        <w:rPr>
          <w:rFonts w:ascii="QhZznecx+FZFSK" w:hAnsi="QhZznecx+FZFSK" w:eastAsia="QhZznecx+FZFSK"/>
          <w:color w:val="000000"/>
          <w:sz w:val="32"/>
        </w:rPr>
        <w:t>述</w:t>
      </w:r>
      <w:r>
        <w:rPr>
          <w:spacing w:val="2"/>
          <w:rFonts w:ascii="QhZznecx+FZFSK" w:hAnsi="QhZznecx+FZFSK" w:eastAsia="QhZznecx+FZFSK"/>
          <w:color w:val="000000"/>
          <w:sz w:val="32"/>
        </w:rPr>
        <w:t>标准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企</w:t>
      </w:r>
      <w:r>
        <w:rPr>
          <w:spacing w:val="-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（即第</w:t>
      </w:r>
      <w:r>
        <w:rPr>
          <w:spacing w:val="2"/>
          <w:rFonts w:ascii="QhZznecx+FZFSK" w:hAnsi="QhZznecx+FZFSK" w:eastAsia="QhZznecx+FZFSK"/>
          <w:color w:val="000000"/>
          <w:sz w:val="32"/>
        </w:rPr>
        <w:t>一起</w:t>
      </w:r>
      <w:r>
        <w:rPr>
          <w:rFonts w:ascii="QhZznecx+FZFSK" w:hAnsi="QhZznecx+FZFSK" w:eastAsia="QhZznecx+FZFSK"/>
          <w:color w:val="000000"/>
          <w:sz w:val="32"/>
        </w:rPr>
        <w:t>草</w:t>
      </w:r>
      <w:r>
        <w:rPr>
          <w:spacing w:val="2"/>
          <w:rFonts w:ascii="QhZznecx+FZFSK" w:hAnsi="QhZznecx+FZFSK" w:eastAsia="QhZznecx+FZFSK"/>
          <w:color w:val="000000"/>
          <w:sz w:val="32"/>
        </w:rPr>
        <w:t>单位</w:t>
      </w:r>
      <w:r>
        <w:rPr>
          <w:rFonts w:ascii="QhZznecx+FZFSK" w:hAnsi="QhZznecx+FZFSK" w:eastAsia="QhZznecx+FZFSK"/>
          <w:color w:val="000000"/>
          <w:sz w:val="32"/>
        </w:rPr>
        <w:t>）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分别</w:t>
      </w:r>
      <w:r>
        <w:rPr>
          <w:spacing w:val="4"/>
          <w:rFonts w:ascii="QhZznecx+FZFSK" w:hAnsi="QhZznecx+FZFSK" w:eastAsia="QhZznecx+FZFSK"/>
          <w:color w:val="000000"/>
          <w:sz w:val="32"/>
        </w:rPr>
        <w:t>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、2</w:t>
      </w:r>
      <w:r>
        <w:rPr>
          <w:spacing w:val="8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rFonts w:ascii="QhZznecx+FZFSK" w:hAnsi="QhZznecx+FZFSK" w:eastAsia="QhZznecx+FZFSK"/>
          <w:color w:val="000000"/>
          <w:sz w:val="21"/>
        </w:rPr>
        <w:t>。</w:t>
      </w:r>
    </w:p>
    <w:p>
      <w:pPr>
        <w:autoSpaceDN w:val="0"/>
        <w:tabs>
          <w:tab w:pos="1000" w:val="left"/>
        </w:tabs>
        <w:autoSpaceDE w:val="0"/>
        <w:widowControl/>
        <w:spacing w:line="580" w:lineRule="exact" w:before="0" w:after="0"/>
        <w:ind w:left="360" w:right="144" w:firstLine="0"/>
        <w:jc w:val="left"/>
      </w:pPr>
      <w:r>
        <w:rPr>
          <w:spacing w:val="2"/>
          <w:rFonts w:ascii="oWgGuaTQ+FZKTK" w:hAnsi="oWgGuaTQ+FZKTK" w:eastAsia="oWgGuaTQ+FZKTK"/>
          <w:color w:val="000000"/>
          <w:sz w:val="32"/>
        </w:rPr>
        <w:t>（责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2"/>
          <w:rFonts w:ascii="oWgGuaTQ+FZKTK" w:hAnsi="oWgGuaTQ+FZKTK" w:eastAsia="oWgGuaTQ+FZKTK"/>
          <w:color w:val="000000"/>
          <w:sz w:val="32"/>
        </w:rPr>
        <w:t>单位</w:t>
      </w:r>
      <w:r>
        <w:rPr>
          <w:rFonts w:ascii="oWgGuaTQ+FZKTK" w:hAnsi="oWgGuaTQ+FZKTK" w:eastAsia="oWgGuaTQ+FZKTK"/>
          <w:color w:val="000000"/>
          <w:sz w:val="32"/>
        </w:rPr>
        <w:t>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市市</w:t>
      </w:r>
      <w:r>
        <w:rPr>
          <w:rFonts w:ascii="oWgGuaTQ+FZKTK" w:hAnsi="oWgGuaTQ+FZKTK" w:eastAsia="oWgGuaTQ+FZKTK"/>
          <w:color w:val="000000"/>
          <w:sz w:val="32"/>
        </w:rPr>
        <w:t>场</w:t>
      </w:r>
      <w:r>
        <w:rPr>
          <w:spacing w:val="2"/>
          <w:rFonts w:ascii="oWgGuaTQ+FZKTK" w:hAnsi="oWgGuaTQ+FZKTK" w:eastAsia="oWgGuaTQ+FZKTK"/>
          <w:color w:val="000000"/>
          <w:sz w:val="32"/>
        </w:rPr>
        <w:t>监管</w:t>
      </w:r>
      <w:r>
        <w:rPr>
          <w:rFonts w:ascii="oWgGuaTQ+FZKTK" w:hAnsi="oWgGuaTQ+FZKTK" w:eastAsia="oWgGuaTQ+FZKTK"/>
          <w:color w:val="000000"/>
          <w:sz w:val="32"/>
        </w:rPr>
        <w:t>局）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3.</w:t>
      </w:r>
      <w:r>
        <w:rPr>
          <w:spacing w:val="4"/>
          <w:rFonts w:ascii="QhZznecx+FZFSK" w:hAnsi="QhZznecx+FZFSK" w:eastAsia="QhZznecx+FZFSK"/>
          <w:color w:val="000000"/>
          <w:sz w:val="32"/>
        </w:rPr>
        <w:t>支</w:t>
      </w:r>
      <w:r>
        <w:rPr>
          <w:spacing w:val="2"/>
          <w:rFonts w:ascii="QhZznecx+FZFSK" w:hAnsi="QhZznecx+FZFSK" w:eastAsia="QhZznecx+FZFSK"/>
          <w:color w:val="000000"/>
          <w:sz w:val="32"/>
        </w:rPr>
        <w:t>持企业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品牌</w:t>
      </w:r>
      <w:r>
        <w:rPr>
          <w:spacing w:val="2"/>
          <w:rFonts w:ascii="QhZznecx+FZFSK" w:hAnsi="QhZznecx+FZFSK" w:eastAsia="QhZznecx+FZFSK"/>
          <w:color w:val="000000"/>
          <w:sz w:val="32"/>
        </w:rPr>
        <w:t>培</w:t>
      </w:r>
      <w:r>
        <w:rPr>
          <w:rFonts w:ascii="QhZznecx+FZFSK" w:hAnsi="QhZznecx+FZFSK" w:eastAsia="QhZznecx+FZFSK"/>
          <w:color w:val="000000"/>
          <w:sz w:val="32"/>
        </w:rPr>
        <w:t>育</w:t>
      </w:r>
      <w:r>
        <w:rPr>
          <w:spacing w:val="-13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产</w:t>
      </w:r>
      <w:r>
        <w:rPr>
          <w:spacing w:val="2"/>
          <w:rFonts w:ascii="QhZznecx+FZFSK" w:hAnsi="QhZznecx+FZFSK" w:eastAsia="QhZznecx+FZFSK"/>
          <w:color w:val="000000"/>
          <w:sz w:val="32"/>
        </w:rPr>
        <w:t>品获</w:t>
      </w:r>
      <w:r>
        <w:rPr>
          <w:rFonts w:ascii="QhZznecx+FZFSK" w:hAnsi="QhZznecx+FZFSK" w:eastAsia="QhZznecx+FZFSK"/>
          <w:color w:val="000000"/>
          <w:sz w:val="32"/>
        </w:rPr>
        <w:t>得</w:t>
      </w:r>
      <w:r>
        <w:rPr>
          <w:spacing w:val="-138"/>
          <w:rFonts w:ascii="QhZznecx+FZFSK" w:hAnsi="QhZznecx+FZFSK" w:eastAsia="QhZznecx+FZFSK"/>
          <w:color w:val="000000"/>
          <w:sz w:val="32"/>
        </w:rPr>
        <w:t>省</w:t>
      </w:r>
      <w:r>
        <w:rPr>
          <w:rFonts w:ascii="QhZznecx+FZFSK" w:hAnsi="QhZznecx+FZFSK" w:eastAsia="QhZznecx+FZFSK"/>
          <w:color w:val="000000"/>
          <w:sz w:val="32"/>
        </w:rPr>
        <w:t>“浙</w:t>
      </w:r>
      <w:r>
        <w:rPr>
          <w:spacing w:val="2"/>
          <w:rFonts w:ascii="QhZznecx+FZFSK" w:hAnsi="QhZznecx+FZFSK" w:eastAsia="QhZznecx+FZFSK"/>
          <w:color w:val="000000"/>
          <w:sz w:val="32"/>
        </w:rPr>
        <w:t>江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4"/>
          <w:rFonts w:ascii="QhZznecx+FZFSK" w:hAnsi="QhZznecx+FZFSK" w:eastAsia="QhZznecx+FZFSK"/>
          <w:color w:val="000000"/>
          <w:sz w:val="32"/>
        </w:rPr>
        <w:t>造</w:t>
      </w:r>
      <w:r>
        <w:rPr>
          <w:rFonts w:ascii="QhZznecx+FZFSK" w:hAnsi="QhZznecx+FZFSK" w:eastAsia="QhZznecx+FZFSK"/>
          <w:color w:val="000000"/>
          <w:sz w:val="32"/>
        </w:rPr>
        <w:t>精</w:t>
      </w:r>
      <w:r>
        <w:rPr>
          <w:spacing w:val="2"/>
          <w:rFonts w:ascii="QhZznecx+FZFSK" w:hAnsi="QhZznecx+FZFSK" w:eastAsia="QhZznecx+FZFSK"/>
          <w:color w:val="000000"/>
          <w:sz w:val="32"/>
        </w:rPr>
        <w:t>品</w:t>
      </w:r>
      <w:r>
        <w:rPr>
          <w:rFonts w:ascii="QhZznecx+FZFSK" w:hAnsi="QhZznecx+FZFSK" w:eastAsia="QhZznecx+FZFSK"/>
          <w:color w:val="000000"/>
          <w:sz w:val="32"/>
        </w:rPr>
        <w:t>”</w:t>
      </w:r>
      <w:r>
        <w:rPr>
          <w:spacing w:val="2"/>
          <w:rFonts w:ascii="QhZznecx+FZFSK" w:hAnsi="QhZznecx+FZFSK" w:eastAsia="QhZznecx+FZFSK"/>
          <w:color w:val="000000"/>
          <w:sz w:val="32"/>
        </w:rPr>
        <w:t>称号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rFonts w:ascii="QhZznecx+FZFSK" w:hAnsi="QhZznecx+FZFSK" w:eastAsia="QhZznecx+FZFSK"/>
          <w:color w:val="000000"/>
          <w:sz w:val="32"/>
        </w:rPr>
        <w:t>；对</w:t>
      </w:r>
      <w:r>
        <w:rPr>
          <w:spacing w:val="4"/>
          <w:rFonts w:ascii="QhZznecx+FZFSK" w:hAnsi="QhZznecx+FZFSK" w:eastAsia="QhZznecx+FZFSK"/>
          <w:color w:val="000000"/>
          <w:sz w:val="32"/>
        </w:rPr>
        <w:t>首</w:t>
      </w:r>
      <w:r>
        <w:rPr>
          <w:rFonts w:ascii="QhZznecx+FZFSK" w:hAnsi="QhZznecx+FZFSK" w:eastAsia="QhZznecx+FZFSK"/>
          <w:color w:val="000000"/>
          <w:sz w:val="32"/>
        </w:rPr>
        <w:t>次获</w:t>
      </w:r>
      <w:r>
        <w:rPr>
          <w:spacing w:val="4"/>
          <w:rFonts w:ascii="QhZznecx+FZFSK" w:hAnsi="QhZznecx+FZFSK" w:eastAsia="QhZznecx+FZFSK"/>
          <w:color w:val="000000"/>
          <w:sz w:val="32"/>
        </w:rPr>
        <w:t>得</w:t>
      </w:r>
      <w:r>
        <w:rPr>
          <w:rFonts w:ascii="QhZznecx+FZFSK" w:hAnsi="QhZznecx+FZFSK" w:eastAsia="QhZznecx+FZFSK"/>
          <w:color w:val="000000"/>
          <w:sz w:val="32"/>
        </w:rPr>
        <w:t>“品</w:t>
      </w:r>
      <w:r>
        <w:rPr>
          <w:spacing w:val="4"/>
          <w:rFonts w:ascii="QhZznecx+FZFSK" w:hAnsi="QhZznecx+FZFSK" w:eastAsia="QhZznecx+FZFSK"/>
          <w:color w:val="000000"/>
          <w:sz w:val="32"/>
        </w:rPr>
        <w:t>字</w:t>
      </w:r>
      <w:r>
        <w:rPr>
          <w:rFonts w:ascii="QhZznecx+FZFSK" w:hAnsi="QhZznecx+FZFSK" w:eastAsia="QhZznecx+FZFSK"/>
          <w:color w:val="000000"/>
          <w:sz w:val="32"/>
        </w:rPr>
        <w:t>标浙</w:t>
      </w:r>
      <w:r>
        <w:rPr>
          <w:spacing w:val="4"/>
          <w:rFonts w:ascii="QhZznecx+FZFSK" w:hAnsi="QhZznecx+FZFSK" w:eastAsia="QhZznecx+FZFSK"/>
          <w:color w:val="000000"/>
          <w:sz w:val="32"/>
        </w:rPr>
        <w:t>江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2"/>
          <w:rFonts w:ascii="QhZznecx+FZFSK" w:hAnsi="QhZznecx+FZFSK" w:eastAsia="QhZznecx+FZFSK"/>
          <w:color w:val="000000"/>
          <w:sz w:val="32"/>
        </w:rPr>
        <w:t>造</w:t>
      </w:r>
      <w:r>
        <w:rPr>
          <w:rFonts w:ascii="QhZznecx+FZFSK" w:hAnsi="QhZznecx+FZFSK" w:eastAsia="QhZznecx+FZFSK"/>
          <w:color w:val="000000"/>
          <w:sz w:val="32"/>
        </w:rPr>
        <w:t>”</w:t>
      </w:r>
      <w:r>
        <w:rPr>
          <w:spacing w:val="4"/>
          <w:rFonts w:ascii="QhZznecx+FZFSK" w:hAnsi="QhZznecx+FZFSK" w:eastAsia="QhZznecx+FZFSK"/>
          <w:color w:val="000000"/>
          <w:sz w:val="32"/>
        </w:rPr>
        <w:t>品牌</w:t>
      </w:r>
      <w:r>
        <w:rPr>
          <w:spacing w:val="6"/>
          <w:rFonts w:ascii="QhZznecx+FZFSK" w:hAnsi="QhZznecx+FZFSK" w:eastAsia="QhZznecx+FZFSK"/>
          <w:color w:val="000000"/>
          <w:sz w:val="32"/>
        </w:rPr>
        <w:t>认</w:t>
      </w:r>
      <w:r>
        <w:rPr>
          <w:spacing w:val="2"/>
          <w:rFonts w:ascii="QhZznecx+FZFSK" w:hAnsi="QhZznecx+FZFSK" w:eastAsia="QhZznecx+FZFSK"/>
          <w:color w:val="000000"/>
          <w:sz w:val="32"/>
        </w:rPr>
        <w:t>证(</w:t>
      </w:r>
      <w:r>
        <w:rPr>
          <w:spacing w:val="4"/>
          <w:rFonts w:ascii="QhZznecx+FZFSK" w:hAnsi="QhZznecx+FZFSK" w:eastAsia="QhZznecx+FZFSK"/>
          <w:color w:val="000000"/>
          <w:sz w:val="32"/>
        </w:rPr>
        <w:t>按</w:t>
      </w:r>
      <w:r>
        <w:rPr>
          <w:spacing w:val="2"/>
          <w:rFonts w:ascii="QhZznecx+FZFSK" w:hAnsi="QhZznecx+FZFSK" w:eastAsia="QhZznecx+FZFSK"/>
          <w:color w:val="000000"/>
          <w:sz w:val="32"/>
        </w:rPr>
        <w:t>认</w:t>
      </w:r>
      <w:r>
        <w:rPr>
          <w:spacing w:val="4"/>
          <w:rFonts w:ascii="QhZznecx+FZFSK" w:hAnsi="QhZznecx+FZFSK" w:eastAsia="QhZznecx+FZFSK"/>
          <w:color w:val="000000"/>
          <w:sz w:val="32"/>
        </w:rPr>
        <w:t>证</w:t>
      </w:r>
      <w:r>
        <w:rPr>
          <w:spacing w:val="2"/>
          <w:rFonts w:ascii="QhZznecx+FZFSK" w:hAnsi="QhZznecx+FZFSK" w:eastAsia="QhZznecx+FZFSK"/>
          <w:color w:val="000000"/>
          <w:sz w:val="32"/>
        </w:rPr>
        <w:t>标准</w:t>
      </w:r>
      <w:r>
        <w:rPr>
          <w:spacing w:val="4"/>
          <w:rFonts w:ascii="QhZznecx+FZFSK" w:hAnsi="QhZznecx+FZFSK" w:eastAsia="QhZznecx+FZFSK"/>
          <w:color w:val="000000"/>
          <w:sz w:val="32"/>
        </w:rPr>
        <w:t>计</w:t>
      </w:r>
      <w:r>
        <w:rPr>
          <w:spacing w:val="6"/>
          <w:rFonts w:ascii="QhZznecx+FZFSK" w:hAnsi="QhZznecx+FZFSK" w:eastAsia="QhZznecx+FZFSK"/>
          <w:color w:val="000000"/>
          <w:sz w:val="32"/>
        </w:rPr>
        <w:t>）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，给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4"/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励。</w:t>
      </w:r>
      <w:r>
        <w:rPr>
          <w:spacing w:val="4"/>
          <w:rFonts w:ascii="QhZznecx+FZFSK" w:hAnsi="QhZznecx+FZFSK" w:eastAsia="QhZznecx+FZFSK"/>
          <w:color w:val="000000"/>
          <w:sz w:val="32"/>
        </w:rPr>
        <w:t>对</w:t>
      </w:r>
      <w:r>
        <w:rPr>
          <w:spacing w:val="6"/>
          <w:rFonts w:ascii="QhZznecx+FZFSK" w:hAnsi="QhZznecx+FZFSK" w:eastAsia="QhZznecx+FZFSK"/>
          <w:color w:val="000000"/>
          <w:sz w:val="32"/>
        </w:rPr>
        <w:t>新</w:t>
      </w:r>
      <w:r>
        <w:rPr>
          <w:spacing w:val="4"/>
          <w:rFonts w:ascii="QhZznecx+FZFSK" w:hAnsi="QhZznecx+FZFSK" w:eastAsia="QhZznecx+FZFSK"/>
          <w:color w:val="000000"/>
          <w:sz w:val="32"/>
        </w:rPr>
        <w:t>认</w:t>
      </w:r>
      <w:r>
        <w:rPr>
          <w:rFonts w:ascii="QhZznecx+FZFSK" w:hAnsi="QhZznecx+FZFSK" w:eastAsia="QhZznecx+FZFSK"/>
          <w:color w:val="000000"/>
          <w:sz w:val="32"/>
        </w:rPr>
        <w:t>定</w:t>
      </w:r>
      <w:r>
        <w:rPr>
          <w:spacing w:val="16"/>
          <w:rFonts w:ascii="QhZznecx+FZFSK" w:hAnsi="QhZznecx+FZFSK" w:eastAsia="QhZznecx+FZFSK"/>
          <w:color w:val="000000"/>
          <w:sz w:val="32"/>
        </w:rPr>
        <w:t>的</w:t>
      </w:r>
      <w:r>
        <w:rPr>
          <w:spacing w:val="12"/>
          <w:rFonts w:ascii="QhZznecx+FZFSK" w:hAnsi="QhZznecx+FZFSK" w:eastAsia="QhZznecx+FZFSK"/>
          <w:color w:val="000000"/>
          <w:sz w:val="32"/>
        </w:rPr>
        <w:t>国</w:t>
      </w:r>
      <w:r>
        <w:rPr>
          <w:spacing w:val="14"/>
          <w:rFonts w:ascii="QhZznecx+FZFSK" w:hAnsi="QhZznecx+FZFSK" w:eastAsia="QhZznecx+FZFSK"/>
          <w:color w:val="000000"/>
          <w:sz w:val="32"/>
        </w:rPr>
        <w:t>家级、省级</w:t>
      </w:r>
      <w:r>
        <w:rPr>
          <w:spacing w:val="12"/>
          <w:rFonts w:ascii="QhZznecx+FZFSK" w:hAnsi="QhZznecx+FZFSK" w:eastAsia="QhZznecx+FZFSK"/>
          <w:color w:val="000000"/>
          <w:sz w:val="32"/>
        </w:rPr>
        <w:t>知</w:t>
      </w:r>
      <w:r>
        <w:rPr>
          <w:spacing w:val="16"/>
          <w:rFonts w:ascii="QhZznecx+FZFSK" w:hAnsi="QhZznecx+FZFSK" w:eastAsia="QhZznecx+FZFSK"/>
          <w:color w:val="000000"/>
          <w:sz w:val="32"/>
        </w:rPr>
        <w:t>识</w:t>
      </w:r>
      <w:r>
        <w:rPr>
          <w:spacing w:val="12"/>
          <w:rFonts w:ascii="QhZznecx+FZFSK" w:hAnsi="QhZznecx+FZFSK" w:eastAsia="QhZznecx+FZFSK"/>
          <w:color w:val="000000"/>
          <w:sz w:val="32"/>
        </w:rPr>
        <w:t>产</w:t>
      </w:r>
      <w:r>
        <w:rPr>
          <w:spacing w:val="14"/>
          <w:rFonts w:ascii="QhZznecx+FZFSK" w:hAnsi="QhZznecx+FZFSK" w:eastAsia="QhZznecx+FZFSK"/>
          <w:color w:val="000000"/>
          <w:sz w:val="32"/>
        </w:rPr>
        <w:t>权</w:t>
      </w:r>
      <w:r>
        <w:rPr>
          <w:spacing w:val="16"/>
          <w:rFonts w:ascii="QhZznecx+FZFSK" w:hAnsi="QhZznecx+FZFSK" w:eastAsia="QhZznecx+FZFSK"/>
          <w:color w:val="000000"/>
          <w:sz w:val="32"/>
        </w:rPr>
        <w:t>示</w:t>
      </w:r>
      <w:r>
        <w:rPr>
          <w:spacing w:val="12"/>
          <w:rFonts w:ascii="QhZznecx+FZFSK" w:hAnsi="QhZznecx+FZFSK" w:eastAsia="QhZznecx+FZFSK"/>
          <w:color w:val="000000"/>
          <w:sz w:val="32"/>
        </w:rPr>
        <w:t>范</w:t>
      </w:r>
      <w:r>
        <w:rPr>
          <w:spacing w:val="14"/>
          <w:rFonts w:ascii="QhZznecx+FZFSK" w:hAnsi="QhZznecx+FZFSK" w:eastAsia="QhZznecx+FZFSK"/>
          <w:color w:val="000000"/>
          <w:sz w:val="32"/>
        </w:rPr>
        <w:t>类企业及公</w:t>
      </w:r>
      <w:r>
        <w:rPr>
          <w:spacing w:val="12"/>
          <w:rFonts w:ascii="QhZznecx+FZFSK" w:hAnsi="QhZznecx+FZFSK" w:eastAsia="QhZznecx+FZFSK"/>
          <w:color w:val="000000"/>
          <w:sz w:val="32"/>
        </w:rPr>
        <w:t>共</w:t>
      </w:r>
      <w:r>
        <w:rPr>
          <w:spacing w:val="16"/>
          <w:rFonts w:ascii="QhZznecx+FZFSK" w:hAnsi="QhZznecx+FZFSK" w:eastAsia="QhZznecx+FZFSK"/>
          <w:color w:val="000000"/>
          <w:sz w:val="32"/>
        </w:rPr>
        <w:t>服</w:t>
      </w:r>
      <w:r>
        <w:rPr>
          <w:spacing w:val="14"/>
          <w:rFonts w:ascii="QhZznecx+FZFSK" w:hAnsi="QhZznecx+FZFSK" w:eastAsia="QhZznecx+FZFSK"/>
          <w:color w:val="000000"/>
          <w:sz w:val="32"/>
        </w:rPr>
        <w:t>务</w:t>
      </w:r>
      <w:r>
        <w:rPr>
          <w:spacing w:val="12"/>
          <w:rFonts w:ascii="QhZznecx+FZFSK" w:hAnsi="QhZznecx+FZFSK" w:eastAsia="QhZznecx+FZFSK"/>
          <w:color w:val="000000"/>
          <w:sz w:val="32"/>
        </w:rPr>
        <w:t>平</w:t>
      </w:r>
      <w:r>
        <w:rPr>
          <w:spacing w:val="16"/>
          <w:rFonts w:ascii="QhZznecx+FZFSK" w:hAnsi="QhZznecx+FZFSK" w:eastAsia="QhZznecx+FZFSK"/>
          <w:color w:val="000000"/>
          <w:sz w:val="32"/>
        </w:rPr>
        <w:t>台</w:t>
      </w:r>
      <w:r>
        <w:rPr>
          <w:spacing w:val="12"/>
          <w:rFonts w:ascii="QhZznecx+FZFSK" w:hAnsi="QhZznecx+FZFSK" w:eastAsia="QhZznecx+FZFSK"/>
          <w:color w:val="000000"/>
          <w:sz w:val="32"/>
        </w:rPr>
        <w:t>等</w:t>
      </w:r>
      <w:r>
        <w:rPr>
          <w:rFonts w:ascii="QhZznecx+FZFSK" w:hAnsi="QhZznecx+FZFSK" w:eastAsia="QhZznecx+FZFSK"/>
          <w:color w:val="000000"/>
          <w:sz w:val="32"/>
        </w:rPr>
        <w:t>称</w:t>
      </w:r>
      <w:r>
        <w:rPr>
          <w:spacing w:val="2"/>
          <w:rFonts w:ascii="QhZznecx+FZFSK" w:hAnsi="QhZznecx+FZFSK" w:eastAsia="QhZznecx+FZFSK"/>
          <w:color w:val="000000"/>
          <w:sz w:val="32"/>
        </w:rPr>
        <w:t>号</w:t>
      </w:r>
      <w:r>
        <w:rPr>
          <w:spacing w:val="-10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2"/>
          <w:rFonts w:ascii="QhZznecx+FZFSK" w:hAnsi="QhZznecx+FZFSK" w:eastAsia="QhZznecx+FZFSK"/>
          <w:color w:val="000000"/>
          <w:sz w:val="32"/>
        </w:rPr>
        <w:t>别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-102"/>
          <w:rFonts w:ascii="QhZznecx+FZFSK" w:hAnsi="QhZznecx+FZFSK" w:eastAsia="QhZznecx+FZFSK"/>
          <w:color w:val="000000"/>
          <w:sz w:val="32"/>
        </w:rPr>
        <w:t>、</w:t>
      </w:r>
      <w:r>
        <w:rPr>
          <w:spacing w:val="8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元奖励</w:t>
      </w:r>
      <w:r>
        <w:rPr>
          <w:spacing w:val="-100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获得地</w:t>
      </w:r>
      <w:r>
        <w:rPr>
          <w:rFonts w:ascii="QhZznecx+FZFSK" w:hAnsi="QhZznecx+FZFSK" w:eastAsia="QhZznecx+FZFSK"/>
          <w:color w:val="000000"/>
          <w:sz w:val="32"/>
        </w:rPr>
        <w:t>理</w:t>
      </w:r>
      <w:r>
        <w:rPr>
          <w:spacing w:val="2"/>
          <w:rFonts w:ascii="QhZznecx+FZFSK" w:hAnsi="QhZznecx+FZFSK" w:eastAsia="QhZznecx+FZFSK"/>
          <w:color w:val="000000"/>
          <w:sz w:val="32"/>
        </w:rPr>
        <w:t>标志</w:t>
      </w:r>
      <w:r>
        <w:rPr>
          <w:rFonts w:ascii="QhZznecx+FZFSK" w:hAnsi="QhZznecx+FZFSK" w:eastAsia="QhZznecx+FZFSK"/>
          <w:color w:val="000000"/>
          <w:sz w:val="32"/>
        </w:rPr>
        <w:t>商</w:t>
      </w:r>
      <w:r>
        <w:rPr>
          <w:spacing w:val="-90"/>
          <w:rFonts w:ascii="QhZznecx+FZFSK" w:hAnsi="QhZznecx+FZFSK" w:eastAsia="QhZznecx+FZFSK"/>
          <w:color w:val="000000"/>
          <w:sz w:val="32"/>
        </w:rPr>
        <w:t>标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产</w:t>
      </w:r>
      <w:r>
        <w:rPr>
          <w:spacing w:val="8"/>
          <w:rFonts w:ascii="QhZznecx+FZFSK" w:hAnsi="QhZznecx+FZFSK" w:eastAsia="QhZznecx+FZFSK"/>
          <w:color w:val="000000"/>
          <w:sz w:val="32"/>
        </w:rPr>
        <w:t>品</w:t>
      </w:r>
      <w:r>
        <w:rPr>
          <w:spacing w:val="4"/>
          <w:rFonts w:ascii="QhZznecx+FZFSK" w:hAnsi="QhZznecx+FZFSK" w:eastAsia="QhZznecx+FZFSK"/>
          <w:color w:val="000000"/>
          <w:sz w:val="32"/>
        </w:rPr>
        <w:t>）</w:t>
      </w:r>
      <w:r>
        <w:rPr>
          <w:spacing w:val="6"/>
          <w:rFonts w:ascii="QhZznecx+FZFSK" w:hAnsi="QhZznecx+FZFSK" w:eastAsia="QhZznecx+FZFSK"/>
          <w:color w:val="000000"/>
          <w:sz w:val="32"/>
        </w:rPr>
        <w:t>、</w:t>
      </w:r>
      <w:r>
        <w:rPr>
          <w:spacing w:val="8"/>
          <w:rFonts w:ascii="QhZznecx+FZFSK" w:hAnsi="QhZznecx+FZFSK" w:eastAsia="QhZznecx+FZFSK"/>
          <w:color w:val="000000"/>
          <w:sz w:val="32"/>
        </w:rPr>
        <w:t>产</w:t>
      </w:r>
      <w:r>
        <w:rPr>
          <w:spacing w:val="6"/>
          <w:rFonts w:ascii="QhZznecx+FZFSK" w:hAnsi="QhZznecx+FZFSK" w:eastAsia="QhZznecx+FZFSK"/>
          <w:color w:val="000000"/>
          <w:sz w:val="32"/>
        </w:rPr>
        <w:t>业</w:t>
      </w:r>
      <w:r>
        <w:rPr>
          <w:spacing w:val="8"/>
          <w:rFonts w:ascii="QhZznecx+FZFSK" w:hAnsi="QhZznecx+FZFSK" w:eastAsia="QhZznecx+FZFSK"/>
          <w:color w:val="000000"/>
          <w:sz w:val="32"/>
        </w:rPr>
        <w:t>集群</w:t>
      </w:r>
      <w:r>
        <w:rPr>
          <w:spacing w:val="6"/>
          <w:rFonts w:ascii="QhZznecx+FZFSK" w:hAnsi="QhZznecx+FZFSK" w:eastAsia="QhZznecx+FZFSK"/>
          <w:color w:val="000000"/>
          <w:sz w:val="32"/>
        </w:rPr>
        <w:t>商</w:t>
      </w:r>
      <w:r>
        <w:rPr>
          <w:spacing w:val="8"/>
          <w:rFonts w:ascii="QhZznecx+FZFSK" w:hAnsi="QhZznecx+FZFSK" w:eastAsia="QhZznecx+FZFSK"/>
          <w:color w:val="000000"/>
          <w:sz w:val="32"/>
        </w:rPr>
        <w:t>标</w:t>
      </w:r>
      <w:r>
        <w:rPr>
          <w:spacing w:val="6"/>
          <w:rFonts w:ascii="QhZznecx+FZFSK" w:hAnsi="QhZznecx+FZFSK" w:eastAsia="QhZznecx+FZFSK"/>
          <w:color w:val="000000"/>
          <w:sz w:val="32"/>
        </w:rPr>
        <w:t>和</w:t>
      </w:r>
      <w:r>
        <w:rPr>
          <w:spacing w:val="4"/>
          <w:rFonts w:ascii="QhZznecx+FZFSK" w:hAnsi="QhZznecx+FZFSK" w:eastAsia="QhZznecx+FZFSK"/>
          <w:color w:val="000000"/>
          <w:sz w:val="32"/>
        </w:rPr>
        <w:t>证</w:t>
      </w:r>
      <w:r>
        <w:rPr>
          <w:spacing w:val="8"/>
          <w:rFonts w:ascii="QhZznecx+FZFSK" w:hAnsi="QhZznecx+FZFSK" w:eastAsia="QhZznecx+FZFSK"/>
          <w:color w:val="000000"/>
          <w:sz w:val="32"/>
        </w:rPr>
        <w:t>明（</w:t>
      </w:r>
      <w:r>
        <w:rPr>
          <w:spacing w:val="6"/>
          <w:rFonts w:ascii="QhZznecx+FZFSK" w:hAnsi="QhZznecx+FZFSK" w:eastAsia="QhZznecx+FZFSK"/>
          <w:color w:val="000000"/>
          <w:sz w:val="32"/>
        </w:rPr>
        <w:t>集</w:t>
      </w:r>
      <w:r>
        <w:rPr>
          <w:spacing w:val="8"/>
          <w:rFonts w:ascii="QhZznecx+FZFSK" w:hAnsi="QhZznecx+FZFSK" w:eastAsia="QhZznecx+FZFSK"/>
          <w:color w:val="000000"/>
          <w:sz w:val="32"/>
        </w:rPr>
        <w:t>体）</w:t>
      </w:r>
      <w:r>
        <w:rPr>
          <w:spacing w:val="4"/>
          <w:rFonts w:ascii="QhZznecx+FZFSK" w:hAnsi="QhZznecx+FZFSK" w:eastAsia="QhZznecx+FZFSK"/>
          <w:color w:val="000000"/>
          <w:sz w:val="32"/>
        </w:rPr>
        <w:t>商</w:t>
      </w:r>
      <w:r>
        <w:rPr>
          <w:spacing w:val="6"/>
          <w:rFonts w:ascii="QhZznecx+FZFSK" w:hAnsi="QhZznecx+FZFSK" w:eastAsia="QhZznecx+FZFSK"/>
          <w:color w:val="000000"/>
          <w:sz w:val="32"/>
        </w:rPr>
        <w:t>标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spacing w:val="6"/>
          <w:rFonts w:ascii="QhZznecx+FZFSK" w:hAnsi="QhZznecx+FZFSK" w:eastAsia="QhZznecx+FZFSK"/>
          <w:color w:val="000000"/>
          <w:sz w:val="32"/>
        </w:rPr>
        <w:t>,给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spacing w:val="88"/>
          <w:rFonts w:ascii="QhZznecx+FZFSK" w:hAnsi="QhZznecx+FZFSK" w:eastAsia="QhZznecx+FZFSK"/>
          <w:color w:val="000000"/>
          <w:sz w:val="32"/>
        </w:rPr>
        <w:t>5</w:t>
      </w:r>
      <w:r>
        <w:rPr>
          <w:spacing w:val="6"/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元/</w:t>
      </w:r>
      <w:r>
        <w:rPr>
          <w:rFonts w:ascii="QhZznecx+FZFSK" w:hAnsi="QhZznecx+FZFSK" w:eastAsia="QhZznecx+FZFSK"/>
          <w:color w:val="000000"/>
          <w:sz w:val="32"/>
        </w:rPr>
        <w:t>件</w:t>
      </w:r>
      <w:r>
        <w:rPr>
          <w:spacing w:val="2"/>
          <w:rFonts w:ascii="QhZznecx+FZFSK" w:hAnsi="QhZznecx+FZFSK" w:eastAsia="QhZznecx+FZFSK"/>
          <w:color w:val="000000"/>
          <w:sz w:val="32"/>
        </w:rPr>
        <w:t>奖励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oWgGuaTQ+FZKTK" w:hAnsi="oWgGuaTQ+FZKTK" w:eastAsia="oWgGuaTQ+FZKTK"/>
          <w:color w:val="000000"/>
          <w:sz w:val="32"/>
        </w:rPr>
        <w:t>（责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2"/>
          <w:rFonts w:ascii="oWgGuaTQ+FZKTK" w:hAnsi="oWgGuaTQ+FZKTK" w:eastAsia="oWgGuaTQ+FZKTK"/>
          <w:color w:val="000000"/>
          <w:sz w:val="32"/>
        </w:rPr>
        <w:t>单位</w:t>
      </w:r>
      <w:r>
        <w:rPr>
          <w:rFonts w:ascii="oWgGuaTQ+FZKTK" w:hAnsi="oWgGuaTQ+FZKTK" w:eastAsia="oWgGuaTQ+FZKTK"/>
          <w:color w:val="000000"/>
          <w:sz w:val="32"/>
        </w:rPr>
        <w:t>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市经</w:t>
      </w:r>
      <w:r>
        <w:rPr>
          <w:rFonts w:ascii="oWgGuaTQ+FZKTK" w:hAnsi="oWgGuaTQ+FZKTK" w:eastAsia="oWgGuaTQ+FZKTK"/>
          <w:color w:val="000000"/>
          <w:sz w:val="32"/>
        </w:rPr>
        <w:t>信</w:t>
      </w:r>
      <w:r>
        <w:rPr>
          <w:spacing w:val="2"/>
          <w:rFonts w:ascii="oWgGuaTQ+FZKTK" w:hAnsi="oWgGuaTQ+FZKTK" w:eastAsia="oWgGuaTQ+FZKTK"/>
          <w:color w:val="000000"/>
          <w:sz w:val="32"/>
        </w:rPr>
        <w:t>局、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市场</w:t>
      </w:r>
      <w:r>
        <w:rPr>
          <w:rFonts w:ascii="oWgGuaTQ+FZKTK" w:hAnsi="oWgGuaTQ+FZKTK" w:eastAsia="oWgGuaTQ+FZKTK"/>
          <w:color w:val="000000"/>
          <w:sz w:val="32"/>
        </w:rPr>
        <w:t>监</w:t>
      </w:r>
      <w:r>
        <w:rPr>
          <w:spacing w:val="2"/>
          <w:rFonts w:ascii="oWgGuaTQ+FZKTK" w:hAnsi="oWgGuaTQ+FZKTK" w:eastAsia="oWgGuaTQ+FZKTK"/>
          <w:color w:val="000000"/>
          <w:sz w:val="32"/>
        </w:rPr>
        <w:t>管局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申</w:t>
      </w:r>
      <w:r>
        <w:rPr>
          <w:rFonts w:ascii="QhZznecx+FZFSK" w:hAnsi="QhZznecx+FZFSK" w:eastAsia="QhZznecx+FZFSK"/>
          <w:color w:val="000000"/>
          <w:sz w:val="32"/>
        </w:rPr>
        <w:t>报省</w:t>
      </w:r>
      <w:r>
        <w:rPr>
          <w:spacing w:val="4"/>
          <w:rFonts w:ascii="QhZznecx+FZFSK" w:hAnsi="QhZznecx+FZFSK" w:eastAsia="QhZznecx+FZFSK"/>
          <w:color w:val="000000"/>
          <w:sz w:val="32"/>
        </w:rPr>
        <w:t>政</w:t>
      </w:r>
      <w:r>
        <w:rPr>
          <w:rFonts w:ascii="QhZznecx+FZFSK" w:hAnsi="QhZznecx+FZFSK" w:eastAsia="QhZznecx+FZFSK"/>
          <w:color w:val="000000"/>
          <w:sz w:val="32"/>
        </w:rPr>
        <w:t>府质</w:t>
      </w:r>
      <w:r>
        <w:rPr>
          <w:spacing w:val="4"/>
          <w:rFonts w:ascii="QhZznecx+FZFSK" w:hAnsi="QhZznecx+FZFSK" w:eastAsia="QhZznecx+FZFSK"/>
          <w:color w:val="000000"/>
          <w:sz w:val="32"/>
        </w:rPr>
        <w:t>量</w:t>
      </w:r>
      <w:r>
        <w:rPr>
          <w:rFonts w:ascii="QhZznecx+FZFSK" w:hAnsi="QhZznecx+FZFSK" w:eastAsia="QhZznecx+FZFSK"/>
          <w:color w:val="000000"/>
          <w:sz w:val="32"/>
        </w:rPr>
        <w:t>奖的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-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按通</w:t>
      </w:r>
      <w:r>
        <w:rPr>
          <w:spacing w:val="2"/>
          <w:rFonts w:ascii="QhZznecx+FZFSK" w:hAnsi="QhZznecx+FZFSK" w:eastAsia="QhZznecx+FZFSK"/>
          <w:color w:val="000000"/>
          <w:sz w:val="32"/>
        </w:rPr>
        <w:t>过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料评</w:t>
      </w:r>
      <w:r>
        <w:rPr>
          <w:rFonts w:ascii="QhZznecx+FZFSK" w:hAnsi="QhZznecx+FZFSK" w:eastAsia="QhZznecx+FZFSK"/>
          <w:color w:val="000000"/>
          <w:sz w:val="32"/>
        </w:rPr>
        <w:t>审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进</w:t>
      </w:r>
      <w:r>
        <w:rPr>
          <w:spacing w:val="4"/>
          <w:rFonts w:ascii="QhZznecx+FZFSK" w:hAnsi="QhZznecx+FZFSK" w:eastAsia="QhZznecx+FZFSK"/>
          <w:color w:val="000000"/>
          <w:sz w:val="32"/>
        </w:rPr>
        <w:t>入</w:t>
      </w:r>
      <w:r>
        <w:rPr>
          <w:rFonts w:ascii="QhZznecx+FZFSK" w:hAnsi="QhZznecx+FZFSK" w:eastAsia="QhZznecx+FZFSK"/>
          <w:color w:val="000000"/>
          <w:sz w:val="32"/>
        </w:rPr>
        <w:t>候</w:t>
      </w:r>
      <w:r>
        <w:rPr>
          <w:spacing w:val="2"/>
          <w:rFonts w:ascii="QhZznecx+FZFSK" w:hAnsi="QhZznecx+FZFSK" w:eastAsia="QhZznecx+FZFSK"/>
          <w:color w:val="000000"/>
          <w:sz w:val="32"/>
        </w:rPr>
        <w:t>选授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名</w:t>
      </w:r>
      <w:r>
        <w:rPr>
          <w:rFonts w:ascii="QhZznecx+FZFSK" w:hAnsi="QhZznecx+FZFSK" w:eastAsia="QhZznecx+FZFSK"/>
          <w:color w:val="000000"/>
          <w:sz w:val="32"/>
        </w:rPr>
        <w:t>单分</w:t>
      </w:r>
      <w:r>
        <w:rPr>
          <w:spacing w:val="4"/>
          <w:rFonts w:ascii="QhZznecx+FZFSK" w:hAnsi="QhZznecx+FZFSK" w:eastAsia="QhZznecx+FZFSK"/>
          <w:color w:val="000000"/>
          <w:sz w:val="32"/>
        </w:rPr>
        <w:t>别给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、2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励;</w:t>
      </w:r>
      <w:r>
        <w:rPr>
          <w:rFonts w:ascii="QhZznecx+FZFSK" w:hAnsi="QhZznecx+FZFSK" w:eastAsia="QhZznecx+FZFSK"/>
          <w:color w:val="000000"/>
          <w:sz w:val="32"/>
        </w:rPr>
        <w:t>获</w:t>
      </w:r>
      <w:r>
        <w:rPr>
          <w:spacing w:val="4"/>
          <w:rFonts w:ascii="QhZznecx+FZFSK" w:hAnsi="QhZznecx+FZFSK" w:eastAsia="QhZznecx+FZFSK"/>
          <w:color w:val="000000"/>
          <w:sz w:val="32"/>
        </w:rPr>
        <w:t>得</w:t>
      </w:r>
      <w:r>
        <w:rPr>
          <w:rFonts w:ascii="QhZznecx+FZFSK" w:hAnsi="QhZznecx+FZFSK" w:eastAsia="QhZznecx+FZFSK"/>
          <w:color w:val="000000"/>
          <w:sz w:val="32"/>
        </w:rPr>
        <w:t>创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，</w:t>
      </w:r>
      <w:r>
        <w:rPr>
          <w:spacing w:val="18"/>
          <w:rFonts w:ascii="QhZznecx+FZFSK" w:hAnsi="QhZznecx+FZFSK" w:eastAsia="QhZznecx+FZFSK"/>
          <w:color w:val="000000"/>
          <w:sz w:val="32"/>
        </w:rPr>
        <w:t>在</w:t>
      </w:r>
      <w:r>
        <w:rPr>
          <w:spacing w:val="16"/>
          <w:rFonts w:ascii="QhZznecx+FZFSK" w:hAnsi="QhZznecx+FZFSK" w:eastAsia="QhZznecx+FZFSK"/>
          <w:color w:val="000000"/>
          <w:sz w:val="32"/>
        </w:rPr>
        <w:t>省奖补</w:t>
      </w:r>
      <w:r>
        <w:rPr>
          <w:spacing w:val="18"/>
          <w:rFonts w:ascii="QhZznecx+FZFSK" w:hAnsi="QhZznecx+FZFSK" w:eastAsia="QhZznecx+FZFSK"/>
          <w:color w:val="000000"/>
          <w:sz w:val="32"/>
        </w:rPr>
        <w:t>的</w:t>
      </w:r>
      <w:r>
        <w:rPr>
          <w:spacing w:val="16"/>
          <w:rFonts w:ascii="QhZznecx+FZFSK" w:hAnsi="QhZznecx+FZFSK" w:eastAsia="QhZznecx+FZFSK"/>
          <w:color w:val="000000"/>
          <w:sz w:val="32"/>
        </w:rPr>
        <w:t>基础上再给</w:t>
      </w:r>
      <w:r>
        <w:rPr>
          <w:rFonts w:ascii="QhZznecx+FZFSK" w:hAnsi="QhZznecx+FZFSK" w:eastAsia="QhZznecx+FZFSK"/>
          <w:color w:val="000000"/>
          <w:sz w:val="32"/>
        </w:rPr>
        <w:t>予</w:t>
      </w:r>
      <w:r>
        <w:rPr>
          <w:spacing w:val="7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8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9"/>
          <w:rFonts w:ascii="Arial" w:hAnsi="Arial" w:eastAsia="Arial"/>
          <w:color w:val="000000"/>
          <w:sz w:val="32"/>
        </w:rPr>
        <w:t xml:space="preserve"> </w:t>
      </w:r>
      <w:r>
        <w:rPr>
          <w:spacing w:val="18"/>
          <w:rFonts w:ascii="QhZznecx+FZFSK" w:hAnsi="QhZznecx+FZFSK" w:eastAsia="QhZznecx+FZFSK"/>
          <w:color w:val="000000"/>
          <w:sz w:val="32"/>
        </w:rPr>
        <w:t>万元奖</w:t>
      </w:r>
      <w:r>
        <w:rPr>
          <w:spacing w:val="20"/>
          <w:rFonts w:ascii="QhZznecx+FZFSK" w:hAnsi="QhZznecx+FZFSK" w:eastAsia="QhZznecx+FZFSK"/>
          <w:color w:val="000000"/>
          <w:sz w:val="32"/>
        </w:rPr>
        <w:t>励</w:t>
      </w:r>
      <w:r>
        <w:rPr>
          <w:spacing w:val="16"/>
          <w:rFonts w:ascii="QhZznecx+FZFSK" w:hAnsi="QhZznecx+FZFSK" w:eastAsia="QhZznecx+FZFSK"/>
          <w:color w:val="000000"/>
          <w:sz w:val="32"/>
        </w:rPr>
        <w:t>;获得省政</w:t>
      </w:r>
      <w:r>
        <w:rPr>
          <w:spacing w:val="20"/>
          <w:rFonts w:ascii="QhZznecx+FZFSK" w:hAnsi="QhZznecx+FZFSK" w:eastAsia="QhZznecx+FZFSK"/>
          <w:color w:val="000000"/>
          <w:sz w:val="32"/>
        </w:rPr>
        <w:t>府</w:t>
      </w:r>
      <w:r>
        <w:rPr>
          <w:spacing w:val="18"/>
          <w:rFonts w:ascii="QhZznecx+FZFSK" w:hAnsi="QhZznecx+FZFSK" w:eastAsia="QhZznecx+FZFSK"/>
          <w:color w:val="000000"/>
          <w:sz w:val="32"/>
        </w:rPr>
        <w:t>质量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的，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4"/>
          <w:rFonts w:ascii="QhZznecx+FZFSK" w:hAnsi="QhZznecx+FZFSK" w:eastAsia="QhZznecx+FZFSK"/>
          <w:color w:val="000000"/>
          <w:sz w:val="32"/>
        </w:rPr>
        <w:t>省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补</w:t>
      </w:r>
      <w:r>
        <w:rPr>
          <w:rFonts w:ascii="QhZznecx+FZFSK" w:hAnsi="QhZznecx+FZFSK" w:eastAsia="QhZznecx+FZFSK"/>
          <w:color w:val="000000"/>
          <w:sz w:val="32"/>
        </w:rPr>
        <w:t>的基</w:t>
      </w:r>
      <w:r>
        <w:rPr>
          <w:spacing w:val="2"/>
          <w:rFonts w:ascii="QhZznecx+FZFSK" w:hAnsi="QhZznecx+FZFSK" w:eastAsia="QhZznecx+FZFSK"/>
          <w:color w:val="000000"/>
          <w:sz w:val="32"/>
        </w:rPr>
        <w:t>础</w:t>
      </w:r>
      <w:r>
        <w:rPr>
          <w:rFonts w:ascii="QhZznecx+FZFSK" w:hAnsi="QhZznecx+FZFSK" w:eastAsia="QhZznecx+FZFSK"/>
          <w:color w:val="000000"/>
          <w:sz w:val="32"/>
        </w:rPr>
        <w:t>上再给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万元奖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4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2"/>
          <w:rFonts w:ascii="oWgGuaTQ+FZKTK" w:hAnsi="oWgGuaTQ+FZKTK" w:eastAsia="oWgGuaTQ+FZKTK"/>
          <w:color w:val="000000"/>
          <w:sz w:val="32"/>
        </w:rPr>
        <w:t>单位</w:t>
      </w:r>
      <w:r>
        <w:rPr>
          <w:rFonts w:ascii="oWgGuaTQ+FZKTK" w:hAnsi="oWgGuaTQ+FZKTK" w:eastAsia="oWgGuaTQ+FZKTK"/>
          <w:color w:val="000000"/>
          <w:sz w:val="32"/>
        </w:rPr>
        <w:t>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市市</w:t>
      </w:r>
      <w:r>
        <w:rPr>
          <w:rFonts w:ascii="oWgGuaTQ+FZKTK" w:hAnsi="oWgGuaTQ+FZKTK" w:eastAsia="oWgGuaTQ+FZKTK"/>
          <w:color w:val="000000"/>
          <w:sz w:val="32"/>
        </w:rPr>
        <w:t>场</w:t>
      </w:r>
      <w:r>
        <w:rPr>
          <w:spacing w:val="2"/>
          <w:rFonts w:ascii="oWgGuaTQ+FZKTK" w:hAnsi="oWgGuaTQ+FZKTK" w:eastAsia="oWgGuaTQ+FZKTK"/>
          <w:color w:val="000000"/>
          <w:sz w:val="32"/>
        </w:rPr>
        <w:t>监管</w:t>
      </w:r>
      <w:r>
        <w:rPr>
          <w:rFonts w:ascii="oWgGuaTQ+FZKTK" w:hAnsi="oWgGuaTQ+FZKTK" w:eastAsia="oWgGuaTQ+FZKTK"/>
          <w:color w:val="000000"/>
          <w:sz w:val="32"/>
        </w:rPr>
        <w:t>局）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4</w:t>
      </w:r>
      <w:r>
        <w:rPr>
          <w:spacing w:val="4"/>
          <w:rFonts w:ascii="QhZznecx+FZFSK" w:hAnsi="QhZznecx+FZFSK" w:eastAsia="QhZznecx+FZFSK"/>
          <w:color w:val="000000"/>
          <w:sz w:val="32"/>
        </w:rPr>
        <w:t>.支</w:t>
      </w:r>
      <w:r>
        <w:rPr>
          <w:spacing w:val="2"/>
          <w:rFonts w:ascii="QhZznecx+FZFSK" w:hAnsi="QhZznecx+FZFSK" w:eastAsia="QhZznecx+FZFSK"/>
          <w:color w:val="000000"/>
          <w:sz w:val="32"/>
        </w:rPr>
        <w:t>持企业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知识</w:t>
      </w:r>
      <w:r>
        <w:rPr>
          <w:spacing w:val="2"/>
          <w:rFonts w:ascii="QhZznecx+FZFSK" w:hAnsi="QhZznecx+FZFSK" w:eastAsia="QhZznecx+FZFSK"/>
          <w:color w:val="000000"/>
          <w:sz w:val="32"/>
        </w:rPr>
        <w:t>产</w:t>
      </w:r>
      <w:r>
        <w:rPr>
          <w:rFonts w:ascii="QhZznecx+FZFSK" w:hAnsi="QhZznecx+FZFSK" w:eastAsia="QhZznecx+FZFSK"/>
          <w:color w:val="000000"/>
          <w:sz w:val="32"/>
        </w:rPr>
        <w:t>权</w:t>
      </w:r>
      <w:r>
        <w:rPr>
          <w:spacing w:val="-6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首</w:t>
      </w:r>
      <w:r>
        <w:rPr>
          <w:spacing w:val="4"/>
          <w:rFonts w:ascii="QhZznecx+FZFSK" w:hAnsi="QhZznecx+FZFSK" w:eastAsia="QhZznecx+FZFSK"/>
          <w:color w:val="000000"/>
          <w:sz w:val="32"/>
        </w:rPr>
        <w:t>次</w:t>
      </w:r>
      <w:r>
        <w:rPr>
          <w:rFonts w:ascii="QhZznecx+FZFSK" w:hAnsi="QhZznecx+FZFSK" w:eastAsia="QhZznecx+FZFSK"/>
          <w:color w:val="000000"/>
          <w:sz w:val="32"/>
        </w:rPr>
        <w:t>通</w:t>
      </w:r>
      <w:r>
        <w:rPr>
          <w:spacing w:val="2"/>
          <w:rFonts w:ascii="QhZznecx+FZFSK" w:hAnsi="QhZznecx+FZFSK" w:eastAsia="QhZznecx+FZFSK"/>
          <w:color w:val="000000"/>
          <w:sz w:val="32"/>
        </w:rPr>
        <w:t>过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-64"/>
          <w:rFonts w:ascii="QhZznecx+FZFSK" w:hAnsi="QhZznecx+FZFSK" w:eastAsia="QhZznecx+FZFSK"/>
          <w:color w:val="000000"/>
          <w:sz w:val="32"/>
        </w:rPr>
        <w:t>家</w:t>
      </w:r>
      <w:r>
        <w:rPr>
          <w:rFonts w:ascii="QhZznecx+FZFSK" w:hAnsi="QhZznecx+FZFSK" w:eastAsia="QhZznecx+FZFSK"/>
          <w:color w:val="000000"/>
          <w:sz w:val="32"/>
        </w:rPr>
        <w:t>《企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业知识</w:t>
      </w:r>
      <w:r>
        <w:rPr>
          <w:rFonts w:ascii="QhZznecx+FZFSK" w:hAnsi="QhZznecx+FZFSK" w:eastAsia="QhZznecx+FZFSK"/>
          <w:color w:val="000000"/>
          <w:sz w:val="32"/>
        </w:rPr>
        <w:t>产</w:t>
      </w:r>
      <w:r>
        <w:rPr>
          <w:spacing w:val="2"/>
          <w:rFonts w:ascii="QhZznecx+FZFSK" w:hAnsi="QhZznecx+FZFSK" w:eastAsia="QhZznecx+FZFSK"/>
          <w:color w:val="000000"/>
          <w:sz w:val="32"/>
        </w:rPr>
        <w:t>权</w:t>
      </w:r>
      <w:r>
        <w:rPr>
          <w:rFonts w:ascii="QhZznecx+FZFSK" w:hAnsi="QhZznecx+FZFSK" w:eastAsia="QhZznecx+FZFSK"/>
          <w:color w:val="000000"/>
          <w:sz w:val="32"/>
        </w:rPr>
        <w:t>管</w:t>
      </w:r>
      <w:r>
        <w:rPr>
          <w:spacing w:val="2"/>
          <w:rFonts w:ascii="QhZznecx+FZFSK" w:hAnsi="QhZznecx+FZFSK" w:eastAsia="QhZznecx+FZFSK"/>
          <w:color w:val="000000"/>
          <w:sz w:val="32"/>
        </w:rPr>
        <w:t>理规</w:t>
      </w:r>
      <w:r>
        <w:rPr>
          <w:rFonts w:ascii="QhZznecx+FZFSK" w:hAnsi="QhZznecx+FZFSK" w:eastAsia="QhZznecx+FZFSK"/>
          <w:color w:val="000000"/>
          <w:sz w:val="32"/>
        </w:rPr>
        <w:t>范</w:t>
      </w:r>
      <w:r>
        <w:rPr>
          <w:spacing w:val="-6"/>
          <w:rFonts w:ascii="QhZznecx+FZFSK" w:hAnsi="QhZznecx+FZFSK" w:eastAsia="QhZznecx+FZFSK"/>
          <w:color w:val="000000"/>
          <w:sz w:val="32"/>
        </w:rPr>
        <w:t>》</w:t>
      </w:r>
      <w:r>
        <w:rPr>
          <w:rFonts w:ascii="QhZznecx+FZFSK" w:hAnsi="QhZznecx+FZFSK" w:eastAsia="QhZznecx+FZFSK"/>
          <w:color w:val="000000"/>
          <w:sz w:val="32"/>
        </w:rPr>
        <w:t>体</w:t>
      </w:r>
      <w:r>
        <w:rPr>
          <w:spacing w:val="2"/>
          <w:rFonts w:ascii="QhZznecx+FZFSK" w:hAnsi="QhZznecx+FZFSK" w:eastAsia="QhZznecx+FZFSK"/>
          <w:color w:val="000000"/>
          <w:sz w:val="32"/>
        </w:rPr>
        <w:t>系</w:t>
      </w:r>
      <w:r>
        <w:rPr>
          <w:rFonts w:ascii="QhZznecx+FZFSK" w:hAnsi="QhZznecx+FZFSK" w:eastAsia="QhZznecx+FZFSK"/>
          <w:color w:val="000000"/>
          <w:sz w:val="32"/>
        </w:rPr>
        <w:t>认</w:t>
      </w:r>
      <w:r>
        <w:rPr>
          <w:spacing w:val="4"/>
          <w:rFonts w:ascii="QhZznecx+FZFSK" w:hAnsi="QhZznecx+FZFSK" w:eastAsia="QhZznecx+FZFSK"/>
          <w:color w:val="000000"/>
          <w:sz w:val="32"/>
        </w:rPr>
        <w:t>证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或</w:t>
      </w:r>
      <w:r>
        <w:rPr>
          <w:spacing w:val="2"/>
          <w:rFonts w:ascii="QhZznecx+FZFSK" w:hAnsi="QhZznecx+FZFSK" w:eastAsia="QhZznecx+FZFSK"/>
          <w:color w:val="000000"/>
          <w:sz w:val="32"/>
        </w:rPr>
        <w:t>获</w:t>
      </w:r>
      <w:r>
        <w:rPr>
          <w:rFonts w:ascii="QhZznecx+FZFSK" w:hAnsi="QhZznecx+FZFSK" w:eastAsia="QhZznecx+FZFSK"/>
          <w:color w:val="000000"/>
          <w:sz w:val="32"/>
        </w:rPr>
        <w:t>得省级</w:t>
      </w:r>
      <w:r>
        <w:rPr>
          <w:spacing w:val="4"/>
          <w:rFonts w:ascii="QhZznecx+FZFSK" w:hAnsi="QhZznecx+FZFSK" w:eastAsia="QhZznecx+FZFSK"/>
          <w:color w:val="000000"/>
          <w:sz w:val="32"/>
        </w:rPr>
        <w:t>以</w:t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2"/>
          <w:rFonts w:ascii="QhZznecx+FZFSK" w:hAnsi="QhZznecx+FZFSK" w:eastAsia="QhZznecx+FZFSK"/>
          <w:color w:val="000000"/>
          <w:sz w:val="32"/>
        </w:rPr>
        <w:t>知</w:t>
      </w:r>
      <w:r>
        <w:rPr>
          <w:rFonts w:ascii="QhZznecx+FZFSK" w:hAnsi="QhZznecx+FZFSK" w:eastAsia="QhZznecx+FZFSK"/>
          <w:color w:val="000000"/>
          <w:sz w:val="32"/>
        </w:rPr>
        <w:t>识产</w:t>
      </w:r>
      <w:r>
        <w:rPr>
          <w:spacing w:val="2"/>
          <w:rFonts w:ascii="QhZznecx+FZFSK" w:hAnsi="QhZznecx+FZFSK" w:eastAsia="QhZznecx+FZFSK"/>
          <w:color w:val="000000"/>
          <w:sz w:val="32"/>
        </w:rPr>
        <w:t>权</w:t>
      </w:r>
      <w:r>
        <w:rPr>
          <w:rFonts w:ascii="QhZznecx+FZFSK" w:hAnsi="QhZznecx+FZFSK" w:eastAsia="QhZznecx+FZFSK"/>
          <w:color w:val="000000"/>
          <w:sz w:val="32"/>
        </w:rPr>
        <w:t>管理</w:t>
      </w:r>
      <w:r>
        <w:rPr>
          <w:spacing w:val="2"/>
          <w:rFonts w:ascii="QhZznecx+FZFSK" w:hAnsi="QhZznecx+FZFSK" w:eastAsia="QhZznecx+FZFSK"/>
          <w:color w:val="000000"/>
          <w:sz w:val="32"/>
        </w:rPr>
        <w:t>体</w:t>
      </w:r>
      <w:r>
        <w:rPr>
          <w:rFonts w:ascii="QhZznecx+FZFSK" w:hAnsi="QhZznecx+FZFSK" w:eastAsia="QhZznecx+FZFSK"/>
          <w:color w:val="000000"/>
          <w:sz w:val="32"/>
        </w:rPr>
        <w:t>系评价</w:t>
      </w:r>
      <w:r>
        <w:rPr>
          <w:spacing w:val="2"/>
          <w:rFonts w:ascii="QhZznecx+FZFSK" w:hAnsi="QhZznecx+FZFSK" w:eastAsia="QhZznecx+FZFSK"/>
          <w:color w:val="000000"/>
          <w:sz w:val="32"/>
        </w:rPr>
        <w:t>证书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专</w:t>
      </w:r>
      <w:r>
        <w:rPr>
          <w:spacing w:val="-2"/>
          <w:rFonts w:ascii="QhZznecx+FZFSK" w:hAnsi="QhZznecx+FZFSK" w:eastAsia="QhZznecx+FZFSK"/>
          <w:color w:val="000000"/>
          <w:sz w:val="32"/>
        </w:rPr>
        <w:t>利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知</w:t>
      </w:r>
      <w:r>
        <w:rPr>
          <w:spacing w:val="2"/>
          <w:rFonts w:ascii="QhZznecx+FZFSK" w:hAnsi="QhZznecx+FZFSK" w:eastAsia="QhZznecx+FZFSK"/>
          <w:color w:val="000000"/>
          <w:sz w:val="32"/>
        </w:rPr>
        <w:t>识</w:t>
      </w:r>
      <w:r>
        <w:rPr>
          <w:rFonts w:ascii="QhZznecx+FZFSK" w:hAnsi="QhZznecx+FZFSK" w:eastAsia="QhZznecx+FZFSK"/>
          <w:color w:val="000000"/>
          <w:sz w:val="32"/>
        </w:rPr>
        <w:t>产权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示</w:t>
      </w:r>
      <w:r>
        <w:rPr>
          <w:spacing w:val="2"/>
          <w:rFonts w:ascii="QhZznecx+FZFSK" w:hAnsi="QhZznecx+FZFSK" w:eastAsia="QhZznecx+FZFSK"/>
          <w:color w:val="000000"/>
          <w:sz w:val="32"/>
        </w:rPr>
        <w:t>范</w:t>
      </w:r>
      <w:r>
        <w:rPr>
          <w:rFonts w:ascii="QhZznecx+FZFSK" w:hAnsi="QhZznecx+FZFSK" w:eastAsia="QhZznecx+FZFSK"/>
          <w:color w:val="000000"/>
          <w:sz w:val="32"/>
        </w:rPr>
        <w:t>企业，给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spacing w:val="78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的一</w:t>
      </w:r>
      <w:r>
        <w:rPr>
          <w:spacing w:val="4"/>
          <w:rFonts w:ascii="QhZznecx+FZFSK" w:hAnsi="QhZznecx+FZFSK" w:eastAsia="QhZznecx+FZFSK"/>
          <w:color w:val="000000"/>
          <w:sz w:val="32"/>
        </w:rPr>
        <w:t>次</w:t>
      </w:r>
      <w:r>
        <w:rPr>
          <w:rFonts w:ascii="QhZznecx+FZFSK" w:hAnsi="QhZznecx+FZFSK" w:eastAsia="QhZznecx+FZFSK"/>
          <w:color w:val="000000"/>
          <w:sz w:val="32"/>
        </w:rPr>
        <w:t>性奖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4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任单</w:t>
      </w:r>
      <w:r>
        <w:rPr>
          <w:spacing w:val="4"/>
          <w:rFonts w:ascii="oWgGuaTQ+FZKTK" w:hAnsi="oWgGuaTQ+FZKTK" w:eastAsia="oWgGuaTQ+FZKTK"/>
          <w:color w:val="000000"/>
          <w:sz w:val="32"/>
        </w:rPr>
        <w:t>位</w:t>
      </w:r>
      <w:r>
        <w:rPr>
          <w:rFonts w:ascii="oWgGuaTQ+FZKTK" w:hAnsi="oWgGuaTQ+FZKTK" w:eastAsia="oWgGuaTQ+FZKTK"/>
          <w:color w:val="000000"/>
          <w:sz w:val="32"/>
        </w:rPr>
        <w:t>：市</w:t>
      </w:r>
      <w:r>
        <w:rPr>
          <w:spacing w:val="4"/>
          <w:rFonts w:ascii="oWgGuaTQ+FZKTK" w:hAnsi="oWgGuaTQ+FZKTK" w:eastAsia="oWgGuaTQ+FZKTK"/>
          <w:color w:val="000000"/>
          <w:sz w:val="32"/>
        </w:rPr>
        <w:t>市</w:t>
      </w:r>
      <w:r>
        <w:rPr>
          <w:rFonts w:ascii="oWgGuaTQ+FZKTK" w:hAnsi="oWgGuaTQ+FZKTK" w:eastAsia="oWgGuaTQ+FZKTK"/>
          <w:color w:val="000000"/>
          <w:sz w:val="32"/>
        </w:rPr>
        <w:t>场监</w:t>
      </w:r>
      <w:r>
        <w:rPr>
          <w:spacing w:val="4"/>
          <w:rFonts w:ascii="oWgGuaTQ+FZKTK" w:hAnsi="oWgGuaTQ+FZKTK" w:eastAsia="oWgGuaTQ+FZKTK"/>
          <w:color w:val="000000"/>
          <w:sz w:val="32"/>
        </w:rPr>
        <w:t>管</w:t>
      </w:r>
      <w:r>
        <w:rPr>
          <w:rFonts w:ascii="oWgGuaTQ+FZKTK" w:hAnsi="oWgGuaTQ+FZKTK" w:eastAsia="oWgGuaTQ+FZKTK"/>
          <w:color w:val="000000"/>
          <w:sz w:val="32"/>
        </w:rPr>
        <w:t>局）</w:t>
      </w:r>
    </w:p>
    <w:p>
      <w:pPr>
        <w:autoSpaceDN w:val="0"/>
        <w:autoSpaceDE w:val="0"/>
        <w:widowControl/>
        <w:spacing w:line="348" w:lineRule="exact" w:before="324" w:after="0"/>
        <w:ind w:left="0" w:right="356" w:firstLine="0"/>
        <w:jc w:val="righ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7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4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8" w:after="0"/>
        <w:ind w:left="0" w:right="0"/>
      </w:pPr>
    </w:p>
    <w:p>
      <w:pPr>
        <w:autoSpaceDN w:val="0"/>
        <w:tabs>
          <w:tab w:pos="1000" w:val="left"/>
        </w:tabs>
        <w:autoSpaceDE w:val="0"/>
        <w:widowControl/>
        <w:spacing w:line="556" w:lineRule="exact" w:before="0" w:after="0"/>
        <w:ind w:left="360" w:right="288" w:firstLine="0"/>
        <w:jc w:val="left"/>
      </w:pPr>
      <w:r>
        <w:tab/>
      </w:r>
      <w:r>
        <w:rPr>
          <w:rFonts w:ascii="TZq99STw+FZHTK" w:hAnsi="TZq99STw+FZHTK" w:eastAsia="TZq99STw+FZHTK"/>
          <w:color w:val="000000"/>
          <w:sz w:val="32"/>
        </w:rPr>
        <w:t>三</w:t>
      </w:r>
      <w:r>
        <w:rPr>
          <w:spacing w:val="4"/>
          <w:rFonts w:ascii="TZq99STw+FZHTK" w:hAnsi="TZq99STw+FZHTK" w:eastAsia="TZq99STw+FZHTK"/>
          <w:color w:val="000000"/>
          <w:sz w:val="32"/>
        </w:rPr>
        <w:t>、</w:t>
      </w:r>
      <w:r>
        <w:rPr>
          <w:rFonts w:ascii="TZq99STw+FZHTK" w:hAnsi="TZq99STw+FZHTK" w:eastAsia="TZq99STw+FZHTK"/>
          <w:color w:val="000000"/>
          <w:sz w:val="32"/>
        </w:rPr>
        <w:t>聚力</w:t>
      </w:r>
      <w:r>
        <w:rPr>
          <w:spacing w:val="4"/>
          <w:rFonts w:ascii="TZq99STw+FZHTK" w:hAnsi="TZq99STw+FZHTK" w:eastAsia="TZq99STw+FZHTK"/>
          <w:color w:val="000000"/>
          <w:sz w:val="32"/>
        </w:rPr>
        <w:t>建</w:t>
      </w:r>
      <w:r>
        <w:rPr>
          <w:rFonts w:ascii="TZq99STw+FZHTK" w:hAnsi="TZq99STw+FZHTK" w:eastAsia="TZq99STw+FZHTK"/>
          <w:color w:val="000000"/>
          <w:sz w:val="32"/>
        </w:rPr>
        <w:t>强人</w:t>
      </w:r>
      <w:r>
        <w:rPr>
          <w:spacing w:val="4"/>
          <w:rFonts w:ascii="TZq99STw+FZHTK" w:hAnsi="TZq99STw+FZHTK" w:eastAsia="TZq99STw+FZHTK"/>
          <w:color w:val="000000"/>
          <w:sz w:val="32"/>
        </w:rPr>
        <w:t>才</w:t>
      </w:r>
      <w:r>
        <w:rPr>
          <w:rFonts w:ascii="TZq99STw+FZHTK" w:hAnsi="TZq99STw+FZHTK" w:eastAsia="TZq99STw+FZHTK"/>
          <w:color w:val="000000"/>
          <w:sz w:val="32"/>
        </w:rPr>
        <w:t>链，</w:t>
      </w:r>
      <w:r>
        <w:rPr>
          <w:spacing w:val="4"/>
          <w:rFonts w:ascii="TZq99STw+FZHTK" w:hAnsi="TZq99STw+FZHTK" w:eastAsia="TZq99STw+FZHTK"/>
          <w:color w:val="000000"/>
          <w:sz w:val="32"/>
        </w:rPr>
        <w:t>推</w:t>
      </w:r>
      <w:r>
        <w:rPr>
          <w:rFonts w:ascii="TZq99STw+FZHTK" w:hAnsi="TZq99STw+FZHTK" w:eastAsia="TZq99STw+FZHTK"/>
          <w:color w:val="000000"/>
          <w:sz w:val="32"/>
        </w:rPr>
        <w:t>进人</w:t>
      </w:r>
      <w:r>
        <w:rPr>
          <w:spacing w:val="4"/>
          <w:rFonts w:ascii="TZq99STw+FZHTK" w:hAnsi="TZq99STw+FZHTK" w:eastAsia="TZq99STw+FZHTK"/>
          <w:color w:val="000000"/>
          <w:sz w:val="32"/>
        </w:rPr>
        <w:t>才</w:t>
      </w:r>
      <w:r>
        <w:rPr>
          <w:rFonts w:ascii="TZq99STw+FZHTK" w:hAnsi="TZq99STw+FZHTK" w:eastAsia="TZq99STw+FZHTK"/>
          <w:color w:val="000000"/>
          <w:sz w:val="32"/>
        </w:rPr>
        <w:t>集聚</w:t>
      </w:r>
      <w:r>
        <w:rPr>
          <w:spacing w:val="4"/>
          <w:rFonts w:ascii="TZq99STw+FZHTK" w:hAnsi="TZq99STw+FZHTK" w:eastAsia="TZq99STw+FZHTK"/>
          <w:color w:val="000000"/>
          <w:sz w:val="32"/>
        </w:rPr>
        <w:t>发</w:t>
      </w:r>
      <w:r>
        <w:rPr>
          <w:rFonts w:ascii="TZq99STw+FZHTK" w:hAnsi="TZq99STw+FZHTK" w:eastAsia="TZq99STw+FZHTK"/>
          <w:color w:val="000000"/>
          <w:sz w:val="32"/>
        </w:rPr>
        <w:t>展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持产</w:t>
      </w:r>
      <w:r>
        <w:rPr>
          <w:spacing w:val="2"/>
          <w:rFonts w:ascii="QhZznecx+FZFSK" w:hAnsi="QhZznecx+FZFSK" w:eastAsia="QhZznecx+FZFSK"/>
          <w:color w:val="000000"/>
          <w:sz w:val="32"/>
        </w:rPr>
        <w:t>业人</w:t>
      </w:r>
      <w:r>
        <w:rPr>
          <w:rFonts w:ascii="QhZznecx+FZFSK" w:hAnsi="QhZznecx+FZFSK" w:eastAsia="QhZznecx+FZFSK"/>
          <w:color w:val="000000"/>
          <w:sz w:val="32"/>
        </w:rPr>
        <w:t>才</w:t>
      </w:r>
      <w:r>
        <w:rPr>
          <w:spacing w:val="4"/>
          <w:rFonts w:ascii="QhZznecx+FZFSK" w:hAnsi="QhZznecx+FZFSK" w:eastAsia="QhZznecx+FZFSK"/>
          <w:color w:val="000000"/>
          <w:sz w:val="32"/>
        </w:rPr>
        <w:t>招</w:t>
      </w:r>
      <w:r>
        <w:rPr>
          <w:spacing w:val="2"/>
          <w:rFonts w:ascii="QhZznecx+FZFSK" w:hAnsi="QhZznecx+FZFSK" w:eastAsia="QhZznecx+FZFSK"/>
          <w:color w:val="000000"/>
          <w:sz w:val="32"/>
        </w:rPr>
        <w:t>引</w:t>
      </w:r>
      <w:r>
        <w:rPr>
          <w:spacing w:val="-10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引</w:t>
      </w:r>
      <w:r>
        <w:rPr>
          <w:spacing w:val="4"/>
          <w:rFonts w:ascii="QhZznecx+FZFSK" w:hAnsi="QhZznecx+FZFSK" w:eastAsia="QhZznecx+FZFSK"/>
          <w:color w:val="000000"/>
          <w:sz w:val="32"/>
        </w:rPr>
        <w:t>进</w:t>
      </w:r>
      <w:r>
        <w:rPr>
          <w:rFonts w:ascii="QhZznecx+FZFSK" w:hAnsi="QhZznecx+FZFSK" w:eastAsia="QhZznecx+FZFSK"/>
          <w:color w:val="000000"/>
          <w:sz w:val="32"/>
        </w:rPr>
        <w:t>全职</w:t>
      </w:r>
      <w:r>
        <w:rPr>
          <w:spacing w:val="4"/>
          <w:rFonts w:ascii="QhZznecx+FZFSK" w:hAnsi="QhZznecx+FZFSK" w:eastAsia="QhZznecx+FZFSK"/>
          <w:color w:val="000000"/>
          <w:sz w:val="32"/>
        </w:rPr>
        <w:t>来</w:t>
      </w:r>
      <w:r>
        <w:rPr>
          <w:rFonts w:ascii="QhZznecx+FZFSK" w:hAnsi="QhZznecx+FZFSK" w:eastAsia="QhZznecx+FZFSK"/>
          <w:color w:val="000000"/>
          <w:sz w:val="32"/>
        </w:rPr>
        <w:t>江在</w:t>
      </w:r>
      <w:r>
        <w:rPr>
          <w:spacing w:val="4"/>
          <w:rFonts w:ascii="QhZznecx+FZFSK" w:hAnsi="QhZznecx+FZFSK" w:eastAsia="QhZznecx+FZFSK"/>
          <w:color w:val="000000"/>
          <w:sz w:val="32"/>
        </w:rPr>
        <w:t>规</w:t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2"/>
          <w:rFonts w:ascii="QhZznecx+FZFSK" w:hAnsi="QhZznecx+FZFSK" w:eastAsia="QhZznecx+FZFSK"/>
          <w:color w:val="000000"/>
          <w:sz w:val="32"/>
        </w:rPr>
        <w:t>工</w:t>
      </w:r>
      <w:r>
        <w:rPr>
          <w:rFonts w:ascii="QhZznecx+FZFSK" w:hAnsi="QhZznecx+FZFSK" w:eastAsia="QhZznecx+FZFSK"/>
          <w:color w:val="000000"/>
          <w:sz w:val="32"/>
        </w:rPr>
        <w:t>业企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1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4"/>
          <w:rFonts w:ascii="QhZznecx+FZFSK" w:hAnsi="QhZznecx+FZFSK" w:eastAsia="QhZznecx+FZFSK"/>
          <w:color w:val="000000"/>
          <w:sz w:val="32"/>
        </w:rPr>
        <w:t>投</w:t>
      </w:r>
      <w:r>
        <w:rPr>
          <w:rFonts w:ascii="QhZznecx+FZFSK" w:hAnsi="QhZznecx+FZFSK" w:eastAsia="QhZznecx+FZFSK"/>
          <w:color w:val="000000"/>
          <w:sz w:val="32"/>
        </w:rPr>
        <w:t>资固</w:t>
      </w:r>
      <w:r>
        <w:rPr>
          <w:spacing w:val="4"/>
          <w:rFonts w:ascii="QhZznecx+FZFSK" w:hAnsi="QhZznecx+FZFSK" w:eastAsia="QhZznecx+FZFSK"/>
          <w:color w:val="000000"/>
          <w:sz w:val="32"/>
        </w:rPr>
        <w:t>定</w:t>
      </w:r>
      <w:r>
        <w:rPr>
          <w:rFonts w:ascii="QhZznecx+FZFSK" w:hAnsi="QhZznecx+FZFSK" w:eastAsia="QhZznecx+FZFSK"/>
          <w:color w:val="000000"/>
          <w:sz w:val="32"/>
        </w:rPr>
        <w:t>资产</w:t>
      </w:r>
      <w:r>
        <w:rPr>
          <w:spacing w:val="4"/>
          <w:rFonts w:ascii="QhZznecx+FZFSK" w:hAnsi="QhZznecx+FZFSK" w:eastAsia="QhZznecx+FZFSK"/>
          <w:color w:val="000000"/>
          <w:sz w:val="32"/>
        </w:rPr>
        <w:t>亿</w:t>
      </w:r>
      <w:r>
        <w:rPr>
          <w:rFonts w:ascii="QhZznecx+FZFSK" w:hAnsi="QhZznecx+FZFSK" w:eastAsia="QhZznecx+FZFSK"/>
          <w:color w:val="000000"/>
          <w:sz w:val="32"/>
        </w:rPr>
        <w:t>元以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工业</w:t>
      </w:r>
      <w:r>
        <w:rPr>
          <w:spacing w:val="4"/>
          <w:rFonts w:ascii="QhZznecx+FZFSK" w:hAnsi="QhZznecx+FZFSK" w:eastAsia="QhZznecx+FZFSK"/>
          <w:color w:val="000000"/>
          <w:sz w:val="32"/>
        </w:rPr>
        <w:t>项</w:t>
      </w:r>
      <w:r>
        <w:rPr>
          <w:rFonts w:ascii="QhZznecx+FZFSK" w:hAnsi="QhZznecx+FZFSK" w:eastAsia="QhZznecx+FZFSK"/>
          <w:color w:val="000000"/>
          <w:sz w:val="32"/>
        </w:rPr>
        <w:t>目及</w:t>
      </w:r>
      <w:r>
        <w:rPr>
          <w:spacing w:val="4"/>
          <w:rFonts w:ascii="QhZznecx+FZFSK" w:hAnsi="QhZznecx+FZFSK" w:eastAsia="QhZznecx+FZFSK"/>
          <w:color w:val="000000"/>
          <w:sz w:val="32"/>
        </w:rPr>
        <w:t>亿</w:t>
      </w:r>
      <w:r>
        <w:rPr>
          <w:rFonts w:ascii="QhZznecx+FZFSK" w:hAnsi="QhZznecx+FZFSK" w:eastAsia="QhZznecx+FZFSK"/>
          <w:color w:val="000000"/>
          <w:sz w:val="32"/>
        </w:rPr>
        <w:t>元以</w:t>
      </w:r>
      <w:r>
        <w:rPr>
          <w:spacing w:val="4"/>
          <w:rFonts w:ascii="QhZznecx+FZFSK" w:hAnsi="QhZznecx+FZFSK" w:eastAsia="QhZznecx+FZFSK"/>
          <w:color w:val="000000"/>
          <w:sz w:val="32"/>
        </w:rPr>
        <w:t>下</w:t>
      </w:r>
      <w:r>
        <w:rPr>
          <w:rFonts w:ascii="QhZznecx+FZFSK" w:hAnsi="QhZznecx+FZFSK" w:eastAsia="QhZznecx+FZFSK"/>
          <w:color w:val="000000"/>
          <w:sz w:val="32"/>
        </w:rPr>
        <w:t>战略</w:t>
      </w:r>
      <w:r>
        <w:rPr>
          <w:spacing w:val="2"/>
          <w:rFonts w:ascii="QhZznecx+FZFSK" w:hAnsi="QhZznecx+FZFSK" w:eastAsia="QhZznecx+FZFSK"/>
          <w:color w:val="000000"/>
          <w:sz w:val="32"/>
        </w:rPr>
        <w:t>性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兴产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项目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spacing w:val="-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数</w:t>
      </w:r>
      <w:r>
        <w:rPr>
          <w:spacing w:val="4"/>
          <w:rFonts w:ascii="QhZznecx+FZFSK" w:hAnsi="QhZznecx+FZFSK" w:eastAsia="QhZznecx+FZFSK"/>
          <w:color w:val="000000"/>
          <w:sz w:val="32"/>
        </w:rPr>
        <w:t>字</w:t>
      </w:r>
      <w:r>
        <w:rPr>
          <w:rFonts w:ascii="QhZznecx+FZFSK" w:hAnsi="QhZznecx+FZFSK" w:eastAsia="QhZznecx+FZFSK"/>
          <w:color w:val="000000"/>
          <w:sz w:val="32"/>
        </w:rPr>
        <w:t>经济</w:t>
      </w:r>
      <w:r>
        <w:rPr>
          <w:spacing w:val="4"/>
          <w:rFonts w:ascii="QhZznecx+FZFSK" w:hAnsi="QhZznecx+FZFSK" w:eastAsia="QhZznecx+FZFSK"/>
          <w:color w:val="000000"/>
          <w:sz w:val="32"/>
        </w:rPr>
        <w:t>核</w:t>
      </w:r>
      <w:r>
        <w:rPr>
          <w:rFonts w:ascii="QhZznecx+FZFSK" w:hAnsi="QhZznecx+FZFSK" w:eastAsia="QhZznecx+FZFSK"/>
          <w:color w:val="000000"/>
          <w:sz w:val="32"/>
        </w:rPr>
        <w:t>心产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就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-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4"/>
          <w:rFonts w:ascii="QhZznecx+FZFSK" w:hAnsi="QhZznecx+FZFSK" w:eastAsia="QhZznecx+FZFSK"/>
          <w:color w:val="000000"/>
          <w:sz w:val="32"/>
        </w:rPr>
        <w:t>江</w:t>
      </w:r>
      <w:r>
        <w:rPr>
          <w:rFonts w:ascii="QhZznecx+FZFSK" w:hAnsi="QhZznecx+FZFSK" w:eastAsia="QhZznecx+FZFSK"/>
          <w:color w:val="000000"/>
          <w:sz w:val="32"/>
        </w:rPr>
        <w:t>山城</w:t>
      </w:r>
      <w:r>
        <w:rPr>
          <w:spacing w:val="16"/>
          <w:rFonts w:ascii="QhZznecx+FZFSK" w:hAnsi="QhZznecx+FZFSK" w:eastAsia="QhZznecx+FZFSK"/>
          <w:color w:val="000000"/>
          <w:sz w:val="32"/>
        </w:rPr>
        <w:t>区</w:t>
      </w:r>
      <w:r>
        <w:rPr>
          <w:spacing w:val="12"/>
          <w:rFonts w:ascii="QhZznecx+FZFSK" w:hAnsi="QhZznecx+FZFSK" w:eastAsia="QhZznecx+FZFSK"/>
          <w:color w:val="000000"/>
          <w:sz w:val="32"/>
        </w:rPr>
        <w:t>无</w:t>
      </w:r>
      <w:r>
        <w:rPr>
          <w:spacing w:val="14"/>
          <w:rFonts w:ascii="QhZznecx+FZFSK" w:hAnsi="QhZznecx+FZFSK" w:eastAsia="QhZznecx+FZFSK"/>
          <w:color w:val="000000"/>
          <w:sz w:val="32"/>
        </w:rPr>
        <w:t>住房且未享</w:t>
      </w:r>
      <w:r>
        <w:rPr>
          <w:spacing w:val="12"/>
          <w:rFonts w:ascii="QhZznecx+FZFSK" w:hAnsi="QhZznecx+FZFSK" w:eastAsia="QhZznecx+FZFSK"/>
          <w:color w:val="000000"/>
          <w:sz w:val="32"/>
        </w:rPr>
        <w:t>受</w:t>
      </w:r>
      <w:r>
        <w:rPr>
          <w:spacing w:val="16"/>
          <w:rFonts w:ascii="QhZznecx+FZFSK" w:hAnsi="QhZznecx+FZFSK" w:eastAsia="QhZznecx+FZFSK"/>
          <w:color w:val="000000"/>
          <w:sz w:val="32"/>
        </w:rPr>
        <w:t>江</w:t>
      </w:r>
      <w:r>
        <w:rPr>
          <w:spacing w:val="12"/>
          <w:rFonts w:ascii="QhZznecx+FZFSK" w:hAnsi="QhZznecx+FZFSK" w:eastAsia="QhZznecx+FZFSK"/>
          <w:color w:val="000000"/>
          <w:sz w:val="32"/>
        </w:rPr>
        <w:t>山</w:t>
      </w:r>
      <w:r>
        <w:rPr>
          <w:spacing w:val="14"/>
          <w:rFonts w:ascii="QhZznecx+FZFSK" w:hAnsi="QhZznecx+FZFSK" w:eastAsia="QhZznecx+FZFSK"/>
          <w:color w:val="000000"/>
          <w:sz w:val="32"/>
        </w:rPr>
        <w:t>市</w:t>
      </w:r>
      <w:r>
        <w:rPr>
          <w:spacing w:val="16"/>
          <w:rFonts w:ascii="QhZznecx+FZFSK" w:hAnsi="QhZznecx+FZFSK" w:eastAsia="QhZznecx+FZFSK"/>
          <w:color w:val="000000"/>
          <w:sz w:val="32"/>
        </w:rPr>
        <w:t>安</w:t>
      </w:r>
      <w:r>
        <w:rPr>
          <w:spacing w:val="12"/>
          <w:rFonts w:ascii="QhZznecx+FZFSK" w:hAnsi="QhZznecx+FZFSK" w:eastAsia="QhZznecx+FZFSK"/>
          <w:color w:val="000000"/>
          <w:sz w:val="32"/>
        </w:rPr>
        <w:t>居</w:t>
      </w:r>
      <w:r>
        <w:rPr>
          <w:spacing w:val="14"/>
          <w:rFonts w:ascii="QhZznecx+FZFSK" w:hAnsi="QhZznecx+FZFSK" w:eastAsia="QhZznecx+FZFSK"/>
          <w:color w:val="000000"/>
          <w:sz w:val="32"/>
        </w:rPr>
        <w:t>类政策的，</w:t>
      </w:r>
      <w:r>
        <w:rPr>
          <w:spacing w:val="12"/>
          <w:rFonts w:ascii="QhZznecx+FZFSK" w:hAnsi="QhZznecx+FZFSK" w:eastAsia="QhZznecx+FZFSK"/>
          <w:color w:val="000000"/>
          <w:sz w:val="32"/>
        </w:rPr>
        <w:t>五</w:t>
      </w:r>
      <w:r>
        <w:rPr>
          <w:spacing w:val="16"/>
          <w:rFonts w:ascii="QhZznecx+FZFSK" w:hAnsi="QhZznecx+FZFSK" w:eastAsia="QhZznecx+FZFSK"/>
          <w:color w:val="000000"/>
          <w:sz w:val="32"/>
        </w:rPr>
        <w:t>年</w:t>
      </w:r>
      <w:r>
        <w:rPr>
          <w:spacing w:val="14"/>
          <w:rFonts w:ascii="QhZznecx+FZFSK" w:hAnsi="QhZznecx+FZFSK" w:eastAsia="QhZznecx+FZFSK"/>
          <w:color w:val="000000"/>
          <w:sz w:val="32"/>
        </w:rPr>
        <w:t>内</w:t>
      </w:r>
      <w:r>
        <w:rPr>
          <w:spacing w:val="12"/>
          <w:rFonts w:ascii="QhZznecx+FZFSK" w:hAnsi="QhZznecx+FZFSK" w:eastAsia="QhZznecx+FZFSK"/>
          <w:color w:val="000000"/>
          <w:sz w:val="32"/>
        </w:rPr>
        <w:t>，</w:t>
      </w:r>
      <w:r>
        <w:rPr>
          <w:spacing w:val="16"/>
          <w:rFonts w:ascii="QhZznecx+FZFSK" w:hAnsi="QhZznecx+FZFSK" w:eastAsia="QhZznecx+FZFSK"/>
          <w:color w:val="000000"/>
          <w:sz w:val="32"/>
        </w:rPr>
        <w:t>按</w:t>
      </w:r>
      <w:r>
        <w:rPr>
          <w:spacing w:val="12"/>
          <w:rFonts w:ascii="QhZznecx+FZFSK" w:hAnsi="QhZznecx+FZFSK" w:eastAsia="QhZznecx+FZFSK"/>
          <w:color w:val="000000"/>
          <w:sz w:val="32"/>
        </w:rPr>
        <w:t>博</w:t>
      </w:r>
      <w:r>
        <w:rPr>
          <w:rFonts w:ascii="QhZznecx+FZFSK" w:hAnsi="QhZznecx+FZFSK" w:eastAsia="QhZznecx+FZFSK"/>
          <w:color w:val="000000"/>
          <w:sz w:val="32"/>
        </w:rPr>
        <w:t>士</w:t>
      </w:r>
      <w:r>
        <w:rPr>
          <w:spacing w:val="-2"/>
          <w:rFonts w:ascii="QhZznecx+FZFSK" w:hAnsi="QhZznecx+FZFSK" w:eastAsia="QhZznecx+FZFSK"/>
          <w:color w:val="000000"/>
          <w:sz w:val="32"/>
        </w:rPr>
        <w:t>4</w:t>
      </w:r>
      <w:r>
        <w:rPr>
          <w:spacing w:val="2"/>
          <w:rFonts w:ascii="QhZznecx+FZFSK" w:hAnsi="QhZznecx+FZFSK" w:eastAsia="QhZznecx+FZFSK"/>
          <w:color w:val="000000"/>
          <w:sz w:val="32"/>
        </w:rPr>
        <w:t>00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元/</w:t>
      </w:r>
      <w:r>
        <w:rPr>
          <w:spacing w:val="4"/>
          <w:rFonts w:ascii="QhZznecx+FZFSK" w:hAnsi="QhZznecx+FZFSK" w:eastAsia="QhZznecx+FZFSK"/>
          <w:color w:val="000000"/>
          <w:sz w:val="32"/>
        </w:rPr>
        <w:t>月</w:t>
      </w:r>
      <w:r>
        <w:rPr>
          <w:spacing w:val="-4"/>
          <w:rFonts w:ascii="QhZznecx+FZFSK" w:hAnsi="QhZznecx+FZFSK" w:eastAsia="QhZznecx+FZFSK"/>
          <w:color w:val="000000"/>
          <w:sz w:val="32"/>
        </w:rPr>
        <w:t>、</w:t>
      </w:r>
      <w:r>
        <w:rPr>
          <w:spacing w:val="2"/>
          <w:rFonts w:ascii="QhZznecx+FZFSK" w:hAnsi="QhZznecx+FZFSK" w:eastAsia="QhZznecx+FZFSK"/>
          <w:color w:val="000000"/>
          <w:sz w:val="32"/>
        </w:rPr>
        <w:t>硕</w:t>
      </w:r>
      <w:r>
        <w:rPr>
          <w:spacing w:val="82"/>
          <w:rFonts w:ascii="QhZznecx+FZFSK" w:hAnsi="QhZznecx+FZFSK" w:eastAsia="QhZznecx+FZFSK"/>
          <w:color w:val="000000"/>
          <w:sz w:val="32"/>
        </w:rPr>
        <w:t>士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元/</w:t>
      </w:r>
      <w:r>
        <w:rPr>
          <w:spacing w:val="2"/>
          <w:rFonts w:ascii="QhZznecx+FZFSK" w:hAnsi="QhZznecx+FZFSK" w:eastAsia="QhZznecx+FZFSK"/>
          <w:color w:val="000000"/>
          <w:sz w:val="32"/>
        </w:rPr>
        <w:t>月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本</w:t>
      </w:r>
      <w:r>
        <w:rPr>
          <w:spacing w:val="82"/>
          <w:rFonts w:ascii="QhZznecx+FZFSK" w:hAnsi="QhZznecx+FZFSK" w:eastAsia="QhZznecx+FZFSK"/>
          <w:color w:val="000000"/>
          <w:sz w:val="32"/>
        </w:rPr>
        <w:t>科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元/月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大</w:t>
      </w:r>
      <w:r>
        <w:rPr>
          <w:spacing w:val="4"/>
          <w:rFonts w:ascii="QhZznecx+FZFSK" w:hAnsi="QhZznecx+FZFSK" w:eastAsia="QhZznecx+FZFSK"/>
          <w:color w:val="000000"/>
          <w:sz w:val="32"/>
        </w:rPr>
        <w:t>专</w:t>
      </w:r>
      <w:r>
        <w:rPr>
          <w:rFonts w:ascii="QhZznecx+FZFSK" w:hAnsi="QhZznecx+FZFSK" w:eastAsia="QhZznecx+FZFSK"/>
          <w:color w:val="000000"/>
          <w:sz w:val="32"/>
        </w:rPr>
        <w:t>学</w:t>
      </w:r>
      <w:r>
        <w:rPr>
          <w:spacing w:val="2"/>
          <w:rFonts w:ascii="QhZznecx+FZFSK" w:hAnsi="QhZznecx+FZFSK" w:eastAsia="QhZznecx+FZFSK"/>
          <w:color w:val="000000"/>
          <w:sz w:val="32"/>
        </w:rPr>
        <w:t>历</w:t>
      </w:r>
      <w:r>
        <w:rPr>
          <w:rFonts w:ascii="QhZznecx+FZFSK" w:hAnsi="QhZznecx+FZFSK" w:eastAsia="QhZznecx+FZFSK"/>
          <w:color w:val="000000"/>
          <w:sz w:val="32"/>
        </w:rPr>
        <w:t>且</w:t>
      </w:r>
      <w:r>
        <w:rPr>
          <w:spacing w:val="6"/>
          <w:rFonts w:ascii="QhZznecx+FZFSK" w:hAnsi="QhZznecx+FZFSK" w:eastAsia="QhZznecx+FZFSK"/>
          <w:color w:val="000000"/>
          <w:sz w:val="32"/>
        </w:rPr>
        <w:t>取</w:t>
      </w:r>
      <w:r>
        <w:rPr>
          <w:spacing w:val="4"/>
          <w:rFonts w:ascii="QhZznecx+FZFSK" w:hAnsi="QhZznecx+FZFSK" w:eastAsia="QhZznecx+FZFSK"/>
          <w:color w:val="000000"/>
          <w:sz w:val="32"/>
        </w:rPr>
        <w:t>得</w:t>
      </w:r>
      <w:r>
        <w:rPr>
          <w:spacing w:val="6"/>
          <w:rFonts w:ascii="QhZznecx+FZFSK" w:hAnsi="QhZznecx+FZFSK" w:eastAsia="QhZznecx+FZFSK"/>
          <w:color w:val="000000"/>
          <w:sz w:val="32"/>
        </w:rPr>
        <w:t>初级</w:t>
      </w:r>
      <w:r>
        <w:rPr>
          <w:spacing w:val="4"/>
          <w:rFonts w:ascii="QhZznecx+FZFSK" w:hAnsi="QhZznecx+FZFSK" w:eastAsia="QhZznecx+FZFSK"/>
          <w:color w:val="000000"/>
          <w:sz w:val="32"/>
        </w:rPr>
        <w:t>职</w:t>
      </w:r>
      <w:r>
        <w:rPr>
          <w:spacing w:val="6"/>
          <w:rFonts w:ascii="QhZznecx+FZFSK" w:hAnsi="QhZznecx+FZFSK" w:eastAsia="QhZznecx+FZFSK"/>
          <w:color w:val="000000"/>
          <w:sz w:val="32"/>
        </w:rPr>
        <w:t>称或</w:t>
      </w:r>
      <w:r>
        <w:rPr>
          <w:spacing w:val="2"/>
          <w:rFonts w:ascii="QhZznecx+FZFSK" w:hAnsi="QhZznecx+FZFSK" w:eastAsia="QhZznecx+FZFSK"/>
          <w:color w:val="000000"/>
          <w:sz w:val="32"/>
        </w:rPr>
        <w:t>高</w:t>
      </w:r>
      <w:r>
        <w:rPr>
          <w:spacing w:val="4"/>
          <w:rFonts w:ascii="QhZznecx+FZFSK" w:hAnsi="QhZznecx+FZFSK" w:eastAsia="QhZznecx+FZFSK"/>
          <w:color w:val="000000"/>
          <w:sz w:val="32"/>
        </w:rPr>
        <w:t>级工</w:t>
      </w:r>
      <w:r>
        <w:rPr>
          <w:spacing w:val="2"/>
          <w:rFonts w:ascii="QhZznecx+FZFSK" w:hAnsi="QhZznecx+FZFSK" w:eastAsia="QhZznecx+FZFSK"/>
          <w:color w:val="000000"/>
          <w:sz w:val="32"/>
        </w:rPr>
        <w:t>技</w:t>
      </w:r>
      <w:r>
        <w:rPr>
          <w:spacing w:val="4"/>
          <w:rFonts w:ascii="QhZznecx+FZFSK" w:hAnsi="QhZznecx+FZFSK" w:eastAsia="QhZznecx+FZFSK"/>
          <w:color w:val="000000"/>
          <w:sz w:val="32"/>
        </w:rPr>
        <w:t>能等</w:t>
      </w:r>
      <w:r>
        <w:rPr>
          <w:spacing w:val="82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2"/>
          <w:rFonts w:ascii="QhZznecx+FZFSK" w:hAnsi="QhZznecx+FZFSK" w:eastAsia="QhZznecx+FZFSK"/>
          <w:color w:val="000000"/>
          <w:sz w:val="32"/>
        </w:rPr>
        <w:t>/</w:t>
      </w:r>
      <w:r>
        <w:rPr>
          <w:spacing w:val="4"/>
          <w:rFonts w:ascii="QhZznecx+FZFSK" w:hAnsi="QhZznecx+FZFSK" w:eastAsia="QhZznecx+FZFSK"/>
          <w:color w:val="000000"/>
          <w:sz w:val="32"/>
        </w:rPr>
        <w:t>月</w:t>
      </w:r>
      <w:r>
        <w:rPr>
          <w:spacing w:val="2"/>
          <w:rFonts w:ascii="QhZznecx+FZFSK" w:hAnsi="QhZznecx+FZFSK" w:eastAsia="QhZznecx+FZFSK"/>
          <w:color w:val="000000"/>
          <w:sz w:val="32"/>
        </w:rPr>
        <w:t>、</w:t>
      </w:r>
      <w:r>
        <w:rPr>
          <w:spacing w:val="6"/>
          <w:rFonts w:ascii="QhZznecx+FZFSK" w:hAnsi="QhZznecx+FZFSK" w:eastAsia="QhZznecx+FZFSK"/>
          <w:color w:val="000000"/>
          <w:sz w:val="32"/>
        </w:rPr>
        <w:t>中专</w:t>
      </w:r>
      <w:r>
        <w:rPr>
          <w:spacing w:val="4"/>
          <w:rFonts w:ascii="QhZznecx+FZFSK" w:hAnsi="QhZznecx+FZFSK" w:eastAsia="QhZznecx+FZFSK"/>
          <w:color w:val="000000"/>
          <w:sz w:val="32"/>
        </w:rPr>
        <w:t>学</w:t>
      </w:r>
      <w:r>
        <w:rPr>
          <w:spacing w:val="6"/>
          <w:rFonts w:ascii="QhZznecx+FZFSK" w:hAnsi="QhZznecx+FZFSK" w:eastAsia="QhZznecx+FZFSK"/>
          <w:color w:val="000000"/>
          <w:sz w:val="32"/>
        </w:rPr>
        <w:t>历且</w:t>
      </w:r>
      <w:r>
        <w:rPr>
          <w:rFonts w:ascii="QhZznecx+FZFSK" w:hAnsi="QhZznecx+FZFSK" w:eastAsia="QhZznecx+FZFSK"/>
          <w:color w:val="000000"/>
          <w:sz w:val="32"/>
        </w:rPr>
        <w:t>取</w:t>
      </w:r>
      <w:r>
        <w:rPr>
          <w:spacing w:val="6"/>
          <w:rFonts w:ascii="QhZznecx+FZFSK" w:hAnsi="QhZznecx+FZFSK" w:eastAsia="QhZznecx+FZFSK"/>
          <w:color w:val="000000"/>
          <w:sz w:val="32"/>
        </w:rPr>
        <w:t>得</w:t>
      </w:r>
      <w:r>
        <w:rPr>
          <w:spacing w:val="4"/>
          <w:rFonts w:ascii="QhZznecx+FZFSK" w:hAnsi="QhZznecx+FZFSK" w:eastAsia="QhZznecx+FZFSK"/>
          <w:color w:val="000000"/>
          <w:sz w:val="32"/>
        </w:rPr>
        <w:t>初</w:t>
      </w:r>
      <w:r>
        <w:rPr>
          <w:spacing w:val="6"/>
          <w:rFonts w:ascii="QhZznecx+FZFSK" w:hAnsi="QhZznecx+FZFSK" w:eastAsia="QhZznecx+FZFSK"/>
          <w:color w:val="000000"/>
          <w:sz w:val="32"/>
        </w:rPr>
        <w:t>级职</w:t>
      </w:r>
      <w:r>
        <w:rPr>
          <w:spacing w:val="4"/>
          <w:rFonts w:ascii="QhZznecx+FZFSK" w:hAnsi="QhZznecx+FZFSK" w:eastAsia="QhZznecx+FZFSK"/>
          <w:color w:val="000000"/>
          <w:sz w:val="32"/>
        </w:rPr>
        <w:t>称</w:t>
      </w:r>
      <w:r>
        <w:rPr>
          <w:spacing w:val="6"/>
          <w:rFonts w:ascii="QhZznecx+FZFSK" w:hAnsi="QhZznecx+FZFSK" w:eastAsia="QhZznecx+FZFSK"/>
          <w:color w:val="000000"/>
          <w:sz w:val="32"/>
        </w:rPr>
        <w:t>或中</w:t>
      </w:r>
      <w:r>
        <w:rPr>
          <w:spacing w:val="2"/>
          <w:rFonts w:ascii="QhZznecx+FZFSK" w:hAnsi="QhZznecx+FZFSK" w:eastAsia="QhZznecx+FZFSK"/>
          <w:color w:val="000000"/>
          <w:sz w:val="32"/>
        </w:rPr>
        <w:t>级</w:t>
      </w:r>
      <w:r>
        <w:rPr>
          <w:spacing w:val="4"/>
          <w:rFonts w:ascii="QhZznecx+FZFSK" w:hAnsi="QhZznecx+FZFSK" w:eastAsia="QhZznecx+FZFSK"/>
          <w:color w:val="000000"/>
          <w:sz w:val="32"/>
        </w:rPr>
        <w:t>工技</w:t>
      </w:r>
      <w:r>
        <w:rPr>
          <w:spacing w:val="2"/>
          <w:rFonts w:ascii="QhZznecx+FZFSK" w:hAnsi="QhZznecx+FZFSK" w:eastAsia="QhZznecx+FZFSK"/>
          <w:color w:val="000000"/>
          <w:sz w:val="32"/>
        </w:rPr>
        <w:t>能</w:t>
      </w:r>
      <w:r>
        <w:rPr>
          <w:spacing w:val="4"/>
          <w:rFonts w:ascii="QhZznecx+FZFSK" w:hAnsi="QhZznecx+FZFSK" w:eastAsia="QhZznecx+FZFSK"/>
          <w:color w:val="000000"/>
          <w:sz w:val="32"/>
        </w:rPr>
        <w:t>等</w:t>
      </w:r>
      <w:r>
        <w:rPr>
          <w:spacing w:val="84"/>
          <w:rFonts w:ascii="QhZznecx+FZFSK" w:hAnsi="QhZznecx+FZFSK" w:eastAsia="QhZznecx+FZFSK"/>
          <w:color w:val="000000"/>
          <w:sz w:val="32"/>
        </w:rPr>
        <w:t>级</w:t>
      </w:r>
      <w:r>
        <w:rPr>
          <w:spacing w:val="2"/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00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2"/>
          <w:rFonts w:ascii="QhZznecx+FZFSK" w:hAnsi="QhZznecx+FZFSK" w:eastAsia="QhZznecx+FZFSK"/>
          <w:color w:val="000000"/>
          <w:sz w:val="32"/>
        </w:rPr>
        <w:t>/</w:t>
      </w:r>
      <w:r>
        <w:rPr>
          <w:spacing w:val="4"/>
          <w:rFonts w:ascii="QhZznecx+FZFSK" w:hAnsi="QhZznecx+FZFSK" w:eastAsia="QhZznecx+FZFSK"/>
          <w:color w:val="000000"/>
          <w:sz w:val="32"/>
        </w:rPr>
        <w:t>月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spacing w:val="6"/>
          <w:rFonts w:ascii="QhZznecx+FZFSK" w:hAnsi="QhZznecx+FZFSK" w:eastAsia="QhZznecx+FZFSK"/>
          <w:color w:val="000000"/>
          <w:sz w:val="32"/>
        </w:rPr>
        <w:t>标准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spacing w:val="6"/>
          <w:rFonts w:ascii="QhZznecx+FZFSK" w:hAnsi="QhZznecx+FZFSK" w:eastAsia="QhZznecx+FZFSK"/>
          <w:color w:val="000000"/>
          <w:sz w:val="32"/>
        </w:rPr>
        <w:t>每季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2"/>
          <w:rFonts w:ascii="QhZznecx+FZFSK" w:hAnsi="QhZznecx+FZFSK" w:eastAsia="QhZznecx+FZFSK"/>
          <w:color w:val="000000"/>
          <w:sz w:val="32"/>
        </w:rPr>
        <w:t>予住</w:t>
      </w:r>
      <w:r>
        <w:rPr>
          <w:rFonts w:ascii="QhZznecx+FZFSK" w:hAnsi="QhZznecx+FZFSK" w:eastAsia="QhZznecx+FZFSK"/>
          <w:color w:val="000000"/>
          <w:sz w:val="32"/>
        </w:rPr>
        <w:t>房</w:t>
      </w:r>
      <w:r>
        <w:rPr>
          <w:spacing w:val="2"/>
          <w:rFonts w:ascii="QhZznecx+FZFSK" w:hAnsi="QhZznecx+FZFSK" w:eastAsia="QhZznecx+FZFSK"/>
          <w:color w:val="000000"/>
          <w:sz w:val="32"/>
        </w:rPr>
        <w:t>补贴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oWgGuaTQ+FZKTK" w:hAnsi="oWgGuaTQ+FZKTK" w:eastAsia="oWgGuaTQ+FZKTK"/>
          <w:color w:val="000000"/>
          <w:sz w:val="32"/>
        </w:rPr>
        <w:t>（责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2"/>
          <w:rFonts w:ascii="oWgGuaTQ+FZKTK" w:hAnsi="oWgGuaTQ+FZKTK" w:eastAsia="oWgGuaTQ+FZKTK"/>
          <w:color w:val="000000"/>
          <w:sz w:val="32"/>
        </w:rPr>
        <w:t>单位</w:t>
      </w:r>
      <w:r>
        <w:rPr>
          <w:rFonts w:ascii="oWgGuaTQ+FZKTK" w:hAnsi="oWgGuaTQ+FZKTK" w:eastAsia="oWgGuaTQ+FZKTK"/>
          <w:color w:val="000000"/>
          <w:sz w:val="32"/>
        </w:rPr>
        <w:t>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市人</w:t>
      </w:r>
      <w:r>
        <w:rPr>
          <w:rFonts w:ascii="oWgGuaTQ+FZKTK" w:hAnsi="oWgGuaTQ+FZKTK" w:eastAsia="oWgGuaTQ+FZKTK"/>
          <w:color w:val="000000"/>
          <w:sz w:val="32"/>
        </w:rPr>
        <w:t>社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rFonts w:ascii="oWgGuaTQ+FZKTK" w:hAnsi="oWgGuaTQ+FZKTK" w:eastAsia="oWgGuaTQ+FZKTK"/>
          <w:color w:val="000000"/>
          <w:sz w:val="32"/>
        </w:rPr>
        <w:t>）</w:t>
      </w:r>
    </w:p>
    <w:p>
      <w:pPr>
        <w:autoSpaceDN w:val="0"/>
        <w:tabs>
          <w:tab w:pos="1000" w:val="left"/>
        </w:tabs>
        <w:autoSpaceDE w:val="0"/>
        <w:widowControl/>
        <w:spacing w:line="578" w:lineRule="exact" w:before="40" w:after="0"/>
        <w:ind w:left="360" w:right="288" w:firstLine="0"/>
        <w:jc w:val="left"/>
      </w:pP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6</w:t>
      </w:r>
      <w:r>
        <w:rPr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持高</w:t>
      </w:r>
      <w:r>
        <w:rPr>
          <w:spacing w:val="2"/>
          <w:rFonts w:ascii="QhZznecx+FZFSK" w:hAnsi="QhZznecx+FZFSK" w:eastAsia="QhZznecx+FZFSK"/>
          <w:color w:val="000000"/>
          <w:sz w:val="32"/>
        </w:rPr>
        <w:t>层次</w:t>
      </w:r>
      <w:r>
        <w:rPr>
          <w:rFonts w:ascii="QhZznecx+FZFSK" w:hAnsi="QhZznecx+FZFSK" w:eastAsia="QhZznecx+FZFSK"/>
          <w:color w:val="000000"/>
          <w:sz w:val="32"/>
        </w:rPr>
        <w:t>人</w:t>
      </w:r>
      <w:r>
        <w:rPr>
          <w:spacing w:val="4"/>
          <w:rFonts w:ascii="QhZznecx+FZFSK" w:hAnsi="QhZznecx+FZFSK" w:eastAsia="QhZznecx+FZFSK"/>
          <w:color w:val="000000"/>
          <w:sz w:val="32"/>
        </w:rPr>
        <w:t>才</w:t>
      </w:r>
      <w:r>
        <w:rPr>
          <w:spacing w:val="2"/>
          <w:rFonts w:ascii="QhZznecx+FZFSK" w:hAnsi="QhZznecx+FZFSK" w:eastAsia="QhZznecx+FZFSK"/>
          <w:color w:val="000000"/>
          <w:sz w:val="32"/>
        </w:rPr>
        <w:t>引</w:t>
      </w:r>
      <w:r>
        <w:rPr>
          <w:spacing w:val="4"/>
          <w:rFonts w:ascii="QhZznecx+FZFSK" w:hAnsi="QhZznecx+FZFSK" w:eastAsia="QhZznecx+FZFSK"/>
          <w:color w:val="000000"/>
          <w:sz w:val="32"/>
        </w:rPr>
        <w:t>进</w:t>
      </w:r>
      <w:r>
        <w:rPr>
          <w:spacing w:val="-36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民</w:t>
      </w:r>
      <w:r>
        <w:rPr>
          <w:rFonts w:ascii="QhZznecx+FZFSK" w:hAnsi="QhZznecx+FZFSK" w:eastAsia="QhZznecx+FZFSK"/>
          <w:color w:val="000000"/>
          <w:sz w:val="32"/>
        </w:rPr>
        <w:t>营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spacing w:val="-38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（统</w:t>
      </w:r>
      <w:r>
        <w:rPr>
          <w:spacing w:val="2"/>
          <w:rFonts w:ascii="QhZznecx+FZFSK" w:hAnsi="QhZznecx+FZFSK" w:eastAsia="QhZznecx+FZFSK"/>
          <w:color w:val="000000"/>
          <w:sz w:val="32"/>
        </w:rPr>
        <w:t>计</w:t>
      </w:r>
      <w:r>
        <w:rPr>
          <w:rFonts w:ascii="QhZznecx+FZFSK" w:hAnsi="QhZznecx+FZFSK" w:eastAsia="QhZznecx+FZFSK"/>
          <w:color w:val="000000"/>
          <w:sz w:val="32"/>
        </w:rPr>
        <w:t>入</w:t>
      </w:r>
      <w:r>
        <w:rPr>
          <w:spacing w:val="4"/>
          <w:rFonts w:ascii="QhZznecx+FZFSK" w:hAnsi="QhZznecx+FZFSK" w:eastAsia="QhZznecx+FZFSK"/>
          <w:color w:val="000000"/>
          <w:sz w:val="32"/>
        </w:rPr>
        <w:t>库</w:t>
      </w:r>
      <w:r>
        <w:rPr>
          <w:spacing w:val="-38"/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“</w:t>
      </w:r>
      <w:r>
        <w:rPr>
          <w:rFonts w:ascii="QhZznecx+FZFSK" w:hAnsi="QhZznecx+FZFSK" w:eastAsia="QhZznecx+FZFSK"/>
          <w:color w:val="000000"/>
          <w:sz w:val="32"/>
        </w:rPr>
        <w:t>四</w:t>
      </w:r>
      <w:r>
        <w:rPr>
          <w:spacing w:val="8"/>
          <w:rFonts w:ascii="QhZznecx+FZFSK" w:hAnsi="QhZznecx+FZFSK" w:eastAsia="QhZznecx+FZFSK"/>
          <w:color w:val="000000"/>
          <w:sz w:val="32"/>
        </w:rPr>
        <w:t>上</w:t>
      </w:r>
      <w:r>
        <w:rPr>
          <w:spacing w:val="6"/>
          <w:rFonts w:ascii="QhZznecx+FZFSK" w:hAnsi="QhZznecx+FZFSK" w:eastAsia="QhZznecx+FZFSK"/>
          <w:color w:val="000000"/>
          <w:sz w:val="32"/>
        </w:rPr>
        <w:t>”</w:t>
      </w:r>
      <w:r>
        <w:rPr>
          <w:spacing w:val="8"/>
          <w:rFonts w:ascii="QhZznecx+FZFSK" w:hAnsi="QhZznecx+FZFSK" w:eastAsia="QhZznecx+FZFSK"/>
          <w:color w:val="000000"/>
          <w:sz w:val="32"/>
        </w:rPr>
        <w:t>企业）纳</w:t>
      </w:r>
      <w:r>
        <w:rPr>
          <w:spacing w:val="6"/>
          <w:rFonts w:ascii="QhZznecx+FZFSK" w:hAnsi="QhZznecx+FZFSK" w:eastAsia="QhZznecx+FZFSK"/>
          <w:color w:val="000000"/>
          <w:sz w:val="32"/>
        </w:rPr>
        <w:t>税</w:t>
      </w:r>
      <w:r>
        <w:rPr>
          <w:spacing w:val="8"/>
          <w:rFonts w:ascii="QhZznecx+FZFSK" w:hAnsi="QhZznecx+FZFSK" w:eastAsia="QhZznecx+FZFSK"/>
          <w:color w:val="000000"/>
          <w:sz w:val="32"/>
        </w:rPr>
        <w:t>年</w:t>
      </w:r>
      <w:r>
        <w:rPr>
          <w:spacing w:val="86"/>
          <w:rFonts w:ascii="QhZznecx+FZFSK" w:hAnsi="QhZznecx+FZFSK" w:eastAsia="QhZznecx+FZFSK"/>
          <w:color w:val="000000"/>
          <w:sz w:val="32"/>
        </w:rPr>
        <w:t>薪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6"/>
          <w:rFonts w:ascii="QhZznecx+FZFSK" w:hAnsi="QhZznecx+FZFSK" w:eastAsia="QhZznecx+FZFSK"/>
          <w:color w:val="000000"/>
          <w:sz w:val="32"/>
        </w:rPr>
        <w:t>以</w:t>
      </w:r>
      <w:r>
        <w:rPr>
          <w:spacing w:val="8"/>
          <w:rFonts w:ascii="QhZznecx+FZFSK" w:hAnsi="QhZznecx+FZFSK" w:eastAsia="QhZznecx+FZFSK"/>
          <w:color w:val="000000"/>
          <w:sz w:val="32"/>
        </w:rPr>
        <w:t>上的企业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高</w:t>
      </w:r>
      <w:r>
        <w:rPr>
          <w:spacing w:val="6"/>
          <w:rFonts w:ascii="QhZznecx+FZFSK" w:hAnsi="QhZznecx+FZFSK" w:eastAsia="QhZznecx+FZFSK"/>
          <w:color w:val="000000"/>
          <w:sz w:val="32"/>
        </w:rPr>
        <w:t>管</w:t>
      </w:r>
      <w:r>
        <w:rPr>
          <w:spacing w:val="8"/>
          <w:rFonts w:ascii="QhZznecx+FZFSK" w:hAnsi="QhZznecx+FZFSK" w:eastAsia="QhZznecx+FZFSK"/>
          <w:color w:val="000000"/>
          <w:sz w:val="32"/>
        </w:rPr>
        <w:t>（含退休</w:t>
      </w:r>
      <w:r>
        <w:rPr>
          <w:spacing w:val="6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级</w:t>
      </w:r>
      <w:r>
        <w:rPr>
          <w:spacing w:val="2"/>
          <w:rFonts w:ascii="QhZznecx+FZFSK" w:hAnsi="QhZznecx+FZFSK" w:eastAsia="QhZznecx+FZFSK"/>
          <w:color w:val="000000"/>
          <w:sz w:val="32"/>
        </w:rPr>
        <w:t>人才</w:t>
      </w:r>
      <w:r>
        <w:rPr>
          <w:spacing w:val="-4"/>
          <w:rFonts w:ascii="QhZznecx+FZFSK" w:hAnsi="QhZznecx+FZFSK" w:eastAsia="QhZznecx+FZFSK"/>
          <w:color w:val="000000"/>
          <w:sz w:val="32"/>
        </w:rPr>
        <w:t>）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纳</w:t>
      </w:r>
      <w:r>
        <w:rPr>
          <w:spacing w:val="2"/>
          <w:rFonts w:ascii="QhZznecx+FZFSK" w:hAnsi="QhZznecx+FZFSK" w:eastAsia="QhZznecx+FZFSK"/>
          <w:color w:val="000000"/>
          <w:sz w:val="32"/>
        </w:rPr>
        <w:t>税薪</w:t>
      </w:r>
      <w:r>
        <w:rPr>
          <w:spacing w:val="-2"/>
          <w:rFonts w:ascii="QhZznecx+FZFSK" w:hAnsi="QhZznecx+FZFSK" w:eastAsia="QhZznecx+FZFSK"/>
          <w:color w:val="000000"/>
          <w:sz w:val="32"/>
        </w:rPr>
        <w:t>酬</w:t>
      </w:r>
      <w:r>
        <w:rPr>
          <w:rFonts w:ascii="QhZznecx+FZFSK" w:hAnsi="QhZznecx+FZFSK" w:eastAsia="QhZznecx+FZFSK"/>
          <w:color w:val="000000"/>
          <w:sz w:val="32"/>
        </w:rPr>
        <w:t>（以</w:t>
      </w:r>
      <w:r>
        <w:rPr>
          <w:spacing w:val="4"/>
          <w:rFonts w:ascii="QhZznecx+FZFSK" w:hAnsi="QhZznecx+FZFSK" w:eastAsia="QhZznecx+FZFSK"/>
          <w:color w:val="000000"/>
          <w:sz w:val="32"/>
        </w:rPr>
        <w:t>在</w:t>
      </w:r>
      <w:r>
        <w:rPr>
          <w:rFonts w:ascii="QhZznecx+FZFSK" w:hAnsi="QhZznecx+FZFSK" w:eastAsia="QhZznecx+FZFSK"/>
          <w:color w:val="000000"/>
          <w:sz w:val="32"/>
        </w:rPr>
        <w:t>江山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综合</w:t>
      </w:r>
      <w:r>
        <w:rPr>
          <w:spacing w:val="2"/>
          <w:rFonts w:ascii="QhZznecx+FZFSK" w:hAnsi="QhZznecx+FZFSK" w:eastAsia="QhZznecx+FZFSK"/>
          <w:color w:val="000000"/>
          <w:sz w:val="32"/>
        </w:rPr>
        <w:t>所</w:t>
      </w:r>
      <w:r>
        <w:rPr>
          <w:rFonts w:ascii="QhZznecx+FZFSK" w:hAnsi="QhZznecx+FZFSK" w:eastAsia="QhZznecx+FZFSK"/>
          <w:color w:val="000000"/>
          <w:sz w:val="32"/>
        </w:rPr>
        <w:t>得为</w:t>
      </w:r>
      <w:r>
        <w:rPr>
          <w:spacing w:val="2"/>
          <w:rFonts w:ascii="QhZznecx+FZFSK" w:hAnsi="QhZznecx+FZFSK" w:eastAsia="QhZznecx+FZFSK"/>
          <w:color w:val="000000"/>
          <w:sz w:val="32"/>
        </w:rPr>
        <w:t>准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6"/>
          <w:rFonts w:ascii="QhZznecx+FZFSK" w:hAnsi="QhZznecx+FZFSK" w:eastAsia="QhZznecx+FZFSK"/>
          <w:color w:val="000000"/>
          <w:sz w:val="32"/>
        </w:rPr>
        <w:t>地方</w:t>
      </w:r>
      <w:r>
        <w:rPr>
          <w:spacing w:val="4"/>
          <w:rFonts w:ascii="QhZznecx+FZFSK" w:hAnsi="QhZznecx+FZFSK" w:eastAsia="QhZznecx+FZFSK"/>
          <w:color w:val="000000"/>
          <w:sz w:val="32"/>
        </w:rPr>
        <w:t>贡</w:t>
      </w:r>
      <w:r>
        <w:rPr>
          <w:spacing w:val="6"/>
          <w:rFonts w:ascii="QhZznecx+FZFSK" w:hAnsi="QhZznecx+FZFSK" w:eastAsia="QhZznecx+FZFSK"/>
          <w:color w:val="000000"/>
          <w:sz w:val="32"/>
        </w:rPr>
        <w:t>献度部</w:t>
      </w:r>
      <w:r>
        <w:rPr>
          <w:spacing w:val="84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100</w:t>
      </w:r>
      <w:r>
        <w:rPr>
          <w:spacing w:val="8"/>
          <w:rFonts w:ascii="QhZznecx+FZFSK" w:hAnsi="QhZznecx+FZFSK" w:eastAsia="QhZznecx+FZFSK"/>
          <w:color w:val="000000"/>
          <w:sz w:val="32"/>
        </w:rPr>
        <w:t>%</w:t>
      </w:r>
      <w:r>
        <w:rPr>
          <w:spacing w:val="6"/>
          <w:rFonts w:ascii="QhZznecx+FZFSK" w:hAnsi="QhZznecx+FZFSK" w:eastAsia="QhZznecx+FZFSK"/>
          <w:color w:val="000000"/>
          <w:sz w:val="32"/>
        </w:rPr>
        <w:t>奖励</w:t>
      </w:r>
      <w:r>
        <w:rPr>
          <w:spacing w:val="2"/>
          <w:rFonts w:ascii="QhZznecx+FZFSK" w:hAnsi="QhZznecx+FZFSK" w:eastAsia="QhZznecx+FZFSK"/>
          <w:color w:val="000000"/>
          <w:sz w:val="32"/>
        </w:rPr>
        <w:t>。</w:t>
      </w:r>
      <w:r>
        <w:rPr>
          <w:spacing w:val="4"/>
          <w:rFonts w:ascii="QhZznecx+FZFSK" w:hAnsi="QhZznecx+FZFSK" w:eastAsia="QhZznecx+FZFSK"/>
          <w:color w:val="000000"/>
          <w:sz w:val="32"/>
        </w:rPr>
        <w:t>每家企业每</w:t>
      </w:r>
      <w:r>
        <w:rPr>
          <w:spacing w:val="2"/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最</w:t>
      </w:r>
      <w:r>
        <w:rPr>
          <w:spacing w:val="84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2"/>
          <w:rFonts w:ascii="QhZznecx+FZFSK" w:hAnsi="QhZznecx+FZFSK" w:eastAsia="QhZznecx+FZFSK"/>
          <w:color w:val="000000"/>
          <w:sz w:val="32"/>
        </w:rPr>
        <w:t>市企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提高</w:t>
      </w:r>
      <w:r>
        <w:rPr>
          <w:spacing w:val="80"/>
          <w:rFonts w:ascii="QhZznecx+FZFSK" w:hAnsi="QhZznecx+FZFSK" w:eastAsia="QhZznecx+FZFSK"/>
          <w:color w:val="000000"/>
          <w:sz w:val="32"/>
        </w:rPr>
        <w:t>到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万元</w:t>
      </w:r>
      <w:r>
        <w:rPr>
          <w:rFonts w:ascii="QhZznecx+FZFSK" w:hAnsi="QhZznecx+FZFSK" w:eastAsia="QhZznecx+FZFSK"/>
          <w:color w:val="000000"/>
          <w:sz w:val="32"/>
        </w:rPr>
        <w:t>）</w:t>
      </w:r>
      <w:r>
        <w:rPr>
          <w:spacing w:val="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2"/>
          <w:rFonts w:ascii="oWgGuaTQ+FZKTK" w:hAnsi="oWgGuaTQ+FZKTK" w:eastAsia="oWgGuaTQ+FZKTK"/>
          <w:color w:val="000000"/>
          <w:sz w:val="32"/>
        </w:rPr>
        <w:t>责任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经信</w:t>
      </w:r>
      <w:r>
        <w:rPr>
          <w:rFonts w:ascii="oWgGuaTQ+FZKTK" w:hAnsi="oWgGuaTQ+FZKTK" w:eastAsia="oWgGuaTQ+FZKTK"/>
          <w:color w:val="000000"/>
          <w:sz w:val="32"/>
        </w:rPr>
        <w:t>局）</w:t>
      </w:r>
      <w:r>
        <w:br/>
      </w:r>
      <w:r>
        <w:tab/>
      </w:r>
      <w:r>
        <w:rPr>
          <w:rFonts w:ascii="TZq99STw+FZHTK" w:hAnsi="TZq99STw+FZHTK" w:eastAsia="TZq99STw+FZHTK"/>
          <w:color w:val="000000"/>
          <w:sz w:val="32"/>
        </w:rPr>
        <w:t>四</w:t>
      </w:r>
      <w:r>
        <w:rPr>
          <w:spacing w:val="4"/>
          <w:rFonts w:ascii="TZq99STw+FZHTK" w:hAnsi="TZq99STw+FZHTK" w:eastAsia="TZq99STw+FZHTK"/>
          <w:color w:val="000000"/>
          <w:sz w:val="32"/>
        </w:rPr>
        <w:t>、</w:t>
      </w:r>
      <w:r>
        <w:rPr>
          <w:rFonts w:ascii="TZq99STw+FZHTK" w:hAnsi="TZq99STw+FZHTK" w:eastAsia="TZq99STw+FZHTK"/>
          <w:color w:val="000000"/>
          <w:sz w:val="32"/>
        </w:rPr>
        <w:t>深耕</w:t>
      </w:r>
      <w:r>
        <w:rPr>
          <w:spacing w:val="4"/>
          <w:rFonts w:ascii="TZq99STw+FZHTK" w:hAnsi="TZq99STw+FZHTK" w:eastAsia="TZq99STw+FZHTK"/>
          <w:color w:val="000000"/>
          <w:sz w:val="32"/>
        </w:rPr>
        <w:t>厚</w:t>
      </w:r>
      <w:r>
        <w:rPr>
          <w:rFonts w:ascii="TZq99STw+FZHTK" w:hAnsi="TZq99STw+FZHTK" w:eastAsia="TZq99STw+FZHTK"/>
          <w:color w:val="000000"/>
          <w:sz w:val="32"/>
        </w:rPr>
        <w:t>植资</w:t>
      </w:r>
      <w:r>
        <w:rPr>
          <w:spacing w:val="4"/>
          <w:rFonts w:ascii="TZq99STw+FZHTK" w:hAnsi="TZq99STw+FZHTK" w:eastAsia="TZq99STw+FZHTK"/>
          <w:color w:val="000000"/>
          <w:sz w:val="32"/>
        </w:rPr>
        <w:t>本</w:t>
      </w:r>
      <w:r>
        <w:rPr>
          <w:rFonts w:ascii="TZq99STw+FZHTK" w:hAnsi="TZq99STw+FZHTK" w:eastAsia="TZq99STw+FZHTK"/>
          <w:color w:val="000000"/>
          <w:sz w:val="32"/>
        </w:rPr>
        <w:t>链，</w:t>
      </w:r>
      <w:r>
        <w:rPr>
          <w:spacing w:val="4"/>
          <w:rFonts w:ascii="TZq99STw+FZHTK" w:hAnsi="TZq99STw+FZHTK" w:eastAsia="TZq99STw+FZHTK"/>
          <w:color w:val="000000"/>
          <w:sz w:val="32"/>
        </w:rPr>
        <w:t>推</w:t>
      </w:r>
      <w:r>
        <w:rPr>
          <w:rFonts w:ascii="TZq99STw+FZHTK" w:hAnsi="TZq99STw+FZHTK" w:eastAsia="TZq99STw+FZHTK"/>
          <w:color w:val="000000"/>
          <w:sz w:val="32"/>
        </w:rPr>
        <w:t>进金</w:t>
      </w:r>
      <w:r>
        <w:rPr>
          <w:spacing w:val="4"/>
          <w:rFonts w:ascii="TZq99STw+FZHTK" w:hAnsi="TZq99STw+FZHTK" w:eastAsia="TZq99STw+FZHTK"/>
          <w:color w:val="000000"/>
          <w:sz w:val="32"/>
        </w:rPr>
        <w:t>融</w:t>
      </w:r>
      <w:r>
        <w:rPr>
          <w:rFonts w:ascii="TZq99STw+FZHTK" w:hAnsi="TZq99STw+FZHTK" w:eastAsia="TZq99STw+FZHTK"/>
          <w:color w:val="000000"/>
          <w:sz w:val="32"/>
        </w:rPr>
        <w:t>赋能</w:t>
      </w:r>
      <w:r>
        <w:rPr>
          <w:spacing w:val="4"/>
          <w:rFonts w:ascii="TZq99STw+FZHTK" w:hAnsi="TZq99STw+FZHTK" w:eastAsia="TZq99STw+FZHTK"/>
          <w:color w:val="000000"/>
          <w:sz w:val="32"/>
        </w:rPr>
        <w:t>发</w:t>
      </w:r>
      <w:r>
        <w:rPr>
          <w:rFonts w:ascii="TZq99STw+FZHTK" w:hAnsi="TZq99STw+FZHTK" w:eastAsia="TZq99STw+FZHTK"/>
          <w:color w:val="000000"/>
          <w:sz w:val="32"/>
        </w:rPr>
        <w:t>展</w:t>
      </w:r>
    </w:p>
    <w:p>
      <w:pPr>
        <w:autoSpaceDN w:val="0"/>
        <w:autoSpaceDE w:val="0"/>
        <w:widowControl/>
        <w:spacing w:line="580" w:lineRule="exact" w:before="48" w:after="0"/>
        <w:ind w:left="360" w:right="144" w:firstLine="640"/>
        <w:jc w:val="left"/>
      </w:pP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7</w:t>
      </w:r>
      <w:r>
        <w:rPr>
          <w:spacing w:val="4"/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rFonts w:ascii="QhZznecx+FZFSK" w:hAnsi="QhZznecx+FZFSK" w:eastAsia="QhZznecx+FZFSK"/>
          <w:color w:val="000000"/>
          <w:sz w:val="32"/>
        </w:rPr>
        <w:t>持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挂牌</w:t>
      </w:r>
      <w:r>
        <w:rPr>
          <w:spacing w:val="2"/>
          <w:rFonts w:ascii="QhZznecx+FZFSK" w:hAnsi="QhZznecx+FZFSK" w:eastAsia="QhZznecx+FZFSK"/>
          <w:color w:val="000000"/>
          <w:sz w:val="32"/>
        </w:rPr>
        <w:t>上市</w:t>
      </w:r>
      <w:r>
        <w:rPr>
          <w:spacing w:val="-11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由</w:t>
      </w:r>
      <w:r>
        <w:rPr>
          <w:spacing w:val="4"/>
          <w:rFonts w:ascii="QhZznecx+FZFSK" w:hAnsi="QhZznecx+FZFSK" w:eastAsia="QhZznecx+FZFSK"/>
          <w:color w:val="000000"/>
          <w:sz w:val="32"/>
        </w:rPr>
        <w:t>具</w:t>
      </w:r>
      <w:r>
        <w:rPr>
          <w:rFonts w:ascii="QhZznecx+FZFSK" w:hAnsi="QhZznecx+FZFSK" w:eastAsia="QhZznecx+FZFSK"/>
          <w:color w:val="000000"/>
          <w:sz w:val="32"/>
        </w:rPr>
        <w:t>有证</w:t>
      </w:r>
      <w:r>
        <w:rPr>
          <w:spacing w:val="4"/>
          <w:rFonts w:ascii="QhZznecx+FZFSK" w:hAnsi="QhZznecx+FZFSK" w:eastAsia="QhZznecx+FZFSK"/>
          <w:color w:val="000000"/>
          <w:sz w:val="32"/>
        </w:rPr>
        <w:t>券</w:t>
      </w:r>
      <w:r>
        <w:rPr>
          <w:rFonts w:ascii="QhZznecx+FZFSK" w:hAnsi="QhZznecx+FZFSK" w:eastAsia="QhZznecx+FZFSK"/>
          <w:color w:val="000000"/>
          <w:sz w:val="32"/>
        </w:rPr>
        <w:t>资质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中</w:t>
      </w:r>
      <w:r>
        <w:rPr>
          <w:spacing w:val="2"/>
          <w:rFonts w:ascii="QhZznecx+FZFSK" w:hAnsi="QhZznecx+FZFSK" w:eastAsia="QhZznecx+FZFSK"/>
          <w:color w:val="000000"/>
          <w:sz w:val="32"/>
        </w:rPr>
        <w:t>介</w:t>
      </w:r>
      <w:r>
        <w:rPr>
          <w:rFonts w:ascii="QhZznecx+FZFSK" w:hAnsi="QhZznecx+FZFSK" w:eastAsia="QhZznecx+FZFSK"/>
          <w:color w:val="000000"/>
          <w:sz w:val="32"/>
        </w:rPr>
        <w:t>机构</w:t>
      </w:r>
      <w:r>
        <w:rPr>
          <w:spacing w:val="2"/>
          <w:rFonts w:ascii="QhZznecx+FZFSK" w:hAnsi="QhZznecx+FZFSK" w:eastAsia="QhZznecx+FZFSK"/>
          <w:color w:val="000000"/>
          <w:sz w:val="32"/>
        </w:rPr>
        <w:t>出具</w:t>
      </w:r>
      <w:r>
        <w:rPr>
          <w:rFonts w:ascii="QhZznecx+FZFSK" w:hAnsi="QhZznecx+FZFSK" w:eastAsia="QhZznecx+FZFSK"/>
          <w:color w:val="000000"/>
          <w:sz w:val="32"/>
        </w:rPr>
        <w:t>无</w:t>
      </w:r>
      <w:r>
        <w:rPr>
          <w:spacing w:val="2"/>
          <w:rFonts w:ascii="QhZznecx+FZFSK" w:hAnsi="QhZznecx+FZFSK" w:eastAsia="QhZznecx+FZFSK"/>
          <w:color w:val="000000"/>
          <w:sz w:val="32"/>
        </w:rPr>
        <w:t>保留</w:t>
      </w:r>
      <w:r>
        <w:rPr>
          <w:rFonts w:ascii="QhZznecx+FZFSK" w:hAnsi="QhZznecx+FZFSK" w:eastAsia="QhZznecx+FZFSK"/>
          <w:color w:val="000000"/>
          <w:sz w:val="32"/>
        </w:rPr>
        <w:t>意</w:t>
      </w:r>
      <w:r>
        <w:rPr>
          <w:spacing w:val="2"/>
          <w:rFonts w:ascii="QhZznecx+FZFSK" w:hAnsi="QhZznecx+FZFSK" w:eastAsia="QhZznecx+FZFSK"/>
          <w:color w:val="000000"/>
          <w:sz w:val="32"/>
        </w:rPr>
        <w:t>见审</w:t>
      </w:r>
      <w:r>
        <w:rPr>
          <w:rFonts w:ascii="QhZznecx+FZFSK" w:hAnsi="QhZznecx+FZFSK" w:eastAsia="QhZznecx+FZFSK"/>
          <w:color w:val="000000"/>
          <w:sz w:val="32"/>
        </w:rPr>
        <w:t>计</w:t>
      </w:r>
      <w:r>
        <w:rPr>
          <w:spacing w:val="2"/>
          <w:rFonts w:ascii="QhZznecx+FZFSK" w:hAnsi="QhZznecx+FZFSK" w:eastAsia="QhZznecx+FZFSK"/>
          <w:color w:val="000000"/>
          <w:sz w:val="32"/>
        </w:rPr>
        <w:t>报告</w:t>
      </w:r>
      <w:r>
        <w:rPr>
          <w:rFonts w:ascii="QhZznecx+FZFSK" w:hAnsi="QhZznecx+FZFSK" w:eastAsia="QhZznecx+FZFSK"/>
          <w:color w:val="000000"/>
          <w:sz w:val="32"/>
        </w:rPr>
        <w:t>且</w:t>
      </w:r>
      <w:r>
        <w:rPr>
          <w:spacing w:val="4"/>
          <w:rFonts w:ascii="QhZznecx+FZFSK" w:hAnsi="QhZznecx+FZFSK" w:eastAsia="QhZznecx+FZFSK"/>
          <w:color w:val="000000"/>
          <w:sz w:val="32"/>
        </w:rPr>
        <w:t>完</w:t>
      </w:r>
      <w:r>
        <w:rPr>
          <w:rFonts w:ascii="QhZznecx+FZFSK" w:hAnsi="QhZznecx+FZFSK" w:eastAsia="QhZznecx+FZFSK"/>
          <w:color w:val="000000"/>
          <w:sz w:val="32"/>
        </w:rPr>
        <w:t>成股</w:t>
      </w:r>
      <w:r>
        <w:rPr>
          <w:spacing w:val="2"/>
          <w:rFonts w:ascii="QhZznecx+FZFSK" w:hAnsi="QhZznecx+FZFSK" w:eastAsia="QhZznecx+FZFSK"/>
          <w:color w:val="000000"/>
          <w:sz w:val="32"/>
        </w:rPr>
        <w:t>改的</w:t>
      </w:r>
      <w:r>
        <w:rPr>
          <w:spacing w:val="-1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8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沪深</w:t>
      </w:r>
      <w:r>
        <w:rPr>
          <w:rFonts w:ascii="QhZznecx+FZFSK" w:hAnsi="QhZznecx+FZFSK" w:eastAsia="QhZznecx+FZFSK"/>
          <w:color w:val="000000"/>
          <w:sz w:val="32"/>
        </w:rPr>
        <w:t>交</w:t>
      </w:r>
      <w:r>
        <w:rPr>
          <w:spacing w:val="4"/>
          <w:rFonts w:ascii="QhZznecx+FZFSK" w:hAnsi="QhZznecx+FZFSK" w:eastAsia="QhZznecx+FZFSK"/>
          <w:color w:val="000000"/>
          <w:sz w:val="32"/>
        </w:rPr>
        <w:t>易</w:t>
      </w:r>
      <w:r>
        <w:rPr>
          <w:rFonts w:ascii="QhZznecx+FZFSK" w:hAnsi="QhZznecx+FZFSK" w:eastAsia="QhZznecx+FZFSK"/>
          <w:color w:val="000000"/>
          <w:sz w:val="32"/>
        </w:rPr>
        <w:t>所上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spacing w:val="4"/>
          <w:rFonts w:ascii="QhZznecx+FZFSK" w:hAnsi="QhZznecx+FZFSK" w:eastAsia="QhZznecx+FZFSK"/>
          <w:color w:val="000000"/>
          <w:sz w:val="32"/>
        </w:rPr>
        <w:t>：</w:t>
      </w:r>
      <w:r>
        <w:rPr>
          <w:rFonts w:ascii="QhZznecx+FZFSK" w:hAnsi="QhZznecx+FZFSK" w:eastAsia="QhZznecx+FZFSK"/>
          <w:color w:val="000000"/>
          <w:sz w:val="32"/>
        </w:rPr>
        <w:t>进</w:t>
      </w:r>
      <w:r>
        <w:rPr>
          <w:spacing w:val="2"/>
          <w:rFonts w:ascii="QhZznecx+FZFSK" w:hAnsi="QhZznecx+FZFSK" w:eastAsia="QhZznecx+FZFSK"/>
          <w:color w:val="000000"/>
          <w:sz w:val="32"/>
        </w:rPr>
        <w:t>入</w:t>
      </w:r>
      <w:r>
        <w:rPr>
          <w:rFonts w:ascii="QhZznecx+FZFSK" w:hAnsi="QhZznecx+FZFSK" w:eastAsia="QhZznecx+FZFSK"/>
          <w:color w:val="000000"/>
          <w:sz w:val="32"/>
        </w:rPr>
        <w:t>辅导</w:t>
      </w:r>
      <w:r>
        <w:rPr>
          <w:spacing w:val="2"/>
          <w:rFonts w:ascii="QhZznecx+FZFSK" w:hAnsi="QhZznecx+FZFSK" w:eastAsia="QhZznecx+FZFSK"/>
          <w:color w:val="000000"/>
          <w:sz w:val="32"/>
        </w:rPr>
        <w:t>期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rFonts w:ascii="QhZznecx+FZFSK" w:hAnsi="QhZznecx+FZFSK" w:eastAsia="QhZznecx+FZFSK"/>
          <w:color w:val="000000"/>
          <w:sz w:val="32"/>
        </w:rPr>
        <w:t>，材料</w:t>
      </w:r>
      <w:r>
        <w:rPr>
          <w:spacing w:val="4"/>
          <w:rFonts w:ascii="QhZznecx+FZFSK" w:hAnsi="QhZznecx+FZFSK" w:eastAsia="QhZznecx+FZFSK"/>
          <w:color w:val="000000"/>
          <w:sz w:val="32"/>
        </w:rPr>
        <w:t>被</w:t>
      </w:r>
      <w:r>
        <w:rPr>
          <w:spacing w:val="6"/>
          <w:rFonts w:ascii="QhZznecx+FZFSK" w:hAnsi="QhZznecx+FZFSK" w:eastAsia="QhZznecx+FZFSK"/>
          <w:color w:val="000000"/>
          <w:sz w:val="32"/>
        </w:rPr>
        <w:t>受</w:t>
      </w:r>
      <w:r>
        <w:rPr>
          <w:spacing w:val="4"/>
          <w:rFonts w:ascii="QhZznecx+FZFSK" w:hAnsi="QhZznecx+FZFSK" w:eastAsia="QhZznecx+FZFSK"/>
          <w:color w:val="000000"/>
          <w:sz w:val="32"/>
        </w:rPr>
        <w:t>理</w:t>
      </w:r>
      <w:r>
        <w:rPr>
          <w:spacing w:val="2"/>
          <w:rFonts w:ascii="QhZznecx+FZFSK" w:hAnsi="QhZznecx+FZFSK" w:eastAsia="QhZznecx+FZFSK"/>
          <w:color w:val="000000"/>
          <w:sz w:val="32"/>
        </w:rPr>
        <w:t>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12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</w:t>
      </w:r>
      <w:r>
        <w:rPr>
          <w:spacing w:val="6"/>
          <w:rFonts w:ascii="QhZznecx+FZFSK" w:hAnsi="QhZznecx+FZFSK" w:eastAsia="QhZznecx+FZFSK"/>
          <w:color w:val="000000"/>
          <w:sz w:val="32"/>
        </w:rPr>
        <w:t>元</w:t>
      </w:r>
      <w:r>
        <w:rPr>
          <w:spacing w:val="2"/>
          <w:rFonts w:ascii="QhZznecx+FZFSK" w:hAnsi="QhZznecx+FZFSK" w:eastAsia="QhZznecx+FZFSK"/>
          <w:color w:val="000000"/>
          <w:sz w:val="32"/>
        </w:rPr>
        <w:t>奖励，</w:t>
      </w:r>
      <w:r>
        <w:rPr>
          <w:spacing w:val="6"/>
          <w:rFonts w:ascii="QhZznecx+FZFSK" w:hAnsi="QhZznecx+FZFSK" w:eastAsia="QhZznecx+FZFSK"/>
          <w:color w:val="000000"/>
          <w:sz w:val="32"/>
        </w:rPr>
        <w:t>完</w:t>
      </w:r>
      <w:r>
        <w:rPr>
          <w:spacing w:val="82"/>
          <w:rFonts w:ascii="QhZznecx+FZFSK" w:hAnsi="QhZznecx+FZFSK" w:eastAsia="QhZznecx+FZFSK"/>
          <w:color w:val="000000"/>
          <w:sz w:val="32"/>
        </w:rPr>
        <w:t>成</w:t>
      </w:r>
      <w:r>
        <w:rPr>
          <w:rFonts w:ascii="QhZznecx+FZFSK" w:hAnsi="QhZznecx+FZFSK" w:eastAsia="QhZznecx+FZFSK"/>
          <w:color w:val="000000"/>
          <w:sz w:val="32"/>
        </w:rPr>
        <w:t>I</w:t>
      </w:r>
      <w:r>
        <w:rPr>
          <w:spacing w:val="2"/>
          <w:rFonts w:ascii="QhZznecx+FZFSK" w:hAnsi="QhZznecx+FZFSK" w:eastAsia="QhZznecx+FZFSK"/>
          <w:color w:val="000000"/>
          <w:sz w:val="32"/>
        </w:rPr>
        <w:t>P</w:t>
      </w:r>
      <w:r>
        <w:rPr>
          <w:spacing w:val="84"/>
          <w:rFonts w:ascii="QhZznecx+FZFSK" w:hAnsi="QhZznecx+FZFSK" w:eastAsia="QhZznecx+FZFSK"/>
          <w:color w:val="000000"/>
          <w:sz w:val="32"/>
        </w:rPr>
        <w:t>O</w:t>
      </w:r>
      <w:r>
        <w:rPr>
          <w:spacing w:val="2"/>
          <w:rFonts w:ascii="QhZznecx+FZFSK" w:hAnsi="QhZznecx+FZFSK" w:eastAsia="QhZznecx+FZFSK"/>
          <w:color w:val="000000"/>
          <w:sz w:val="32"/>
        </w:rPr>
        <w:t>给</w:t>
      </w:r>
      <w:r>
        <w:rPr>
          <w:spacing w:val="86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2"/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励。</w:t>
      </w:r>
      <w:r>
        <w:rPr>
          <w:rFonts w:ascii="QhZznecx+FZFSK" w:hAnsi="QhZznecx+FZFSK" w:eastAsia="QhZznecx+FZFSK"/>
          <w:color w:val="000000"/>
          <w:sz w:val="32"/>
        </w:rPr>
        <w:t>北</w:t>
      </w:r>
      <w:r>
        <w:rPr>
          <w:spacing w:val="2"/>
          <w:rFonts w:ascii="QhZznecx+FZFSK" w:hAnsi="QhZznecx+FZFSK" w:eastAsia="QhZznecx+FZFSK"/>
          <w:color w:val="000000"/>
          <w:sz w:val="32"/>
        </w:rPr>
        <w:t>交所</w:t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spacing w:val="4"/>
          <w:rFonts w:ascii="QhZznecx+FZFSK" w:hAnsi="QhZznecx+FZFSK" w:eastAsia="QhZznecx+FZFSK"/>
          <w:color w:val="000000"/>
          <w:sz w:val="32"/>
        </w:rPr>
        <w:t>：</w:t>
      </w:r>
      <w:r>
        <w:rPr>
          <w:rFonts w:ascii="QhZznecx+FZFSK" w:hAnsi="QhZznecx+FZFSK" w:eastAsia="QhZznecx+FZFSK"/>
          <w:color w:val="000000"/>
          <w:sz w:val="32"/>
        </w:rPr>
        <w:t>完成</w:t>
      </w:r>
      <w:r>
        <w:rPr>
          <w:spacing w:val="4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三</w:t>
      </w:r>
      <w:r>
        <w:rPr>
          <w:spacing w:val="2"/>
          <w:rFonts w:ascii="QhZznecx+FZFSK" w:hAnsi="QhZznecx+FZFSK" w:eastAsia="QhZznecx+FZFSK"/>
          <w:color w:val="000000"/>
          <w:sz w:val="32"/>
        </w:rPr>
        <w:t>板</w:t>
      </w:r>
      <w:r>
        <w:rPr>
          <w:rFonts w:ascii="QhZznecx+FZFSK" w:hAnsi="QhZznecx+FZFSK" w:eastAsia="QhZznecx+FZFSK"/>
          <w:color w:val="000000"/>
          <w:sz w:val="32"/>
        </w:rPr>
        <w:t>基础</w:t>
      </w:r>
      <w:r>
        <w:rPr>
          <w:spacing w:val="2"/>
          <w:rFonts w:ascii="QhZznecx+FZFSK" w:hAnsi="QhZznecx+FZFSK" w:eastAsia="QhZznecx+FZFSK"/>
          <w:color w:val="000000"/>
          <w:sz w:val="32"/>
        </w:rPr>
        <w:t>层</w:t>
      </w:r>
      <w:r>
        <w:rPr>
          <w:rFonts w:ascii="QhZznecx+FZFSK" w:hAnsi="QhZznecx+FZFSK" w:eastAsia="QhZznecx+FZFSK"/>
          <w:color w:val="000000"/>
          <w:sz w:val="32"/>
        </w:rPr>
        <w:t>挂</w:t>
      </w:r>
      <w:r>
        <w:rPr>
          <w:spacing w:val="4"/>
          <w:rFonts w:ascii="QhZznecx+FZFSK" w:hAnsi="QhZznecx+FZFSK" w:eastAsia="QhZznecx+FZFSK"/>
          <w:color w:val="000000"/>
          <w:sz w:val="32"/>
        </w:rPr>
        <w:t>牌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78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奖励，</w:t>
      </w:r>
      <w:r>
        <w:rPr>
          <w:spacing w:val="2"/>
          <w:rFonts w:ascii="QhZznecx+FZFSK" w:hAnsi="QhZznecx+FZFSK" w:eastAsia="QhZznecx+FZFSK"/>
          <w:color w:val="000000"/>
          <w:sz w:val="32"/>
        </w:rPr>
        <w:t>基础</w:t>
      </w:r>
      <w:r>
        <w:rPr>
          <w:rFonts w:ascii="QhZznecx+FZFSK" w:hAnsi="QhZznecx+FZFSK" w:eastAsia="QhZznecx+FZFSK"/>
          <w:color w:val="000000"/>
          <w:sz w:val="32"/>
        </w:rPr>
        <w:t>层</w:t>
      </w:r>
      <w:r>
        <w:rPr>
          <w:spacing w:val="2"/>
          <w:rFonts w:ascii="QhZznecx+FZFSK" w:hAnsi="QhZznecx+FZFSK" w:eastAsia="QhZznecx+FZFSK"/>
          <w:color w:val="000000"/>
          <w:sz w:val="32"/>
        </w:rPr>
        <w:t>转到</w:t>
      </w:r>
      <w:r>
        <w:rPr>
          <w:rFonts w:ascii="QhZznecx+FZFSK" w:hAnsi="QhZznecx+FZFSK" w:eastAsia="QhZznecx+FZFSK"/>
          <w:color w:val="000000"/>
          <w:sz w:val="32"/>
        </w:rPr>
        <w:t>创</w:t>
      </w:r>
      <w:r>
        <w:rPr>
          <w:spacing w:val="4"/>
          <w:rFonts w:ascii="QhZznecx+FZFSK" w:hAnsi="QhZznecx+FZFSK" w:eastAsia="QhZznecx+FZFSK"/>
          <w:color w:val="000000"/>
          <w:sz w:val="32"/>
        </w:rPr>
        <w:t>新</w:t>
      </w:r>
      <w:r>
        <w:rPr>
          <w:rFonts w:ascii="QhZznecx+FZFSK" w:hAnsi="QhZznecx+FZFSK" w:eastAsia="QhZznecx+FZFSK"/>
          <w:color w:val="000000"/>
          <w:sz w:val="32"/>
        </w:rPr>
        <w:t>层给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12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rFonts w:ascii="QhZznecx+FZFSK" w:hAnsi="QhZznecx+FZFSK" w:eastAsia="QhZznecx+FZFSK"/>
          <w:color w:val="000000"/>
          <w:sz w:val="32"/>
        </w:rPr>
        <w:t>（直</w:t>
      </w:r>
      <w:r>
        <w:rPr>
          <w:spacing w:val="4"/>
          <w:rFonts w:ascii="QhZznecx+FZFSK" w:hAnsi="QhZznecx+FZFSK" w:eastAsia="QhZznecx+FZFSK"/>
          <w:color w:val="000000"/>
          <w:sz w:val="32"/>
        </w:rPr>
        <w:t>接</w:t>
      </w:r>
      <w:r>
        <w:rPr>
          <w:rFonts w:ascii="QhZznecx+FZFSK" w:hAnsi="QhZznecx+FZFSK" w:eastAsia="QhZznecx+FZFSK"/>
          <w:color w:val="000000"/>
          <w:sz w:val="32"/>
        </w:rPr>
        <w:t>挂牌</w:t>
      </w:r>
      <w:r>
        <w:rPr>
          <w:spacing w:val="4"/>
          <w:rFonts w:ascii="QhZznecx+FZFSK" w:hAnsi="QhZznecx+FZFSK" w:eastAsia="QhZznecx+FZFSK"/>
          <w:color w:val="000000"/>
          <w:sz w:val="32"/>
        </w:rPr>
        <w:t>创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层给</w:t>
      </w:r>
      <w:r>
        <w:rPr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22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8"/>
          <w:rFonts w:ascii="QhZznecx+FZFSK" w:hAnsi="QhZznecx+FZFSK" w:eastAsia="QhZznecx+FZFSK"/>
          <w:color w:val="000000"/>
          <w:sz w:val="32"/>
        </w:rPr>
        <w:t>万</w:t>
      </w:r>
      <w:r>
        <w:rPr>
          <w:spacing w:val="6"/>
          <w:rFonts w:ascii="QhZznecx+FZFSK" w:hAnsi="QhZznecx+FZFSK" w:eastAsia="QhZznecx+FZFSK"/>
          <w:color w:val="000000"/>
          <w:sz w:val="32"/>
        </w:rPr>
        <w:t>元</w:t>
      </w:r>
      <w:r>
        <w:rPr>
          <w:spacing w:val="8"/>
          <w:rFonts w:ascii="QhZznecx+FZFSK" w:hAnsi="QhZznecx+FZFSK" w:eastAsia="QhZznecx+FZFSK"/>
          <w:color w:val="000000"/>
          <w:sz w:val="32"/>
        </w:rPr>
        <w:t>奖励）</w:t>
      </w:r>
      <w:r>
        <w:rPr>
          <w:spacing w:val="6"/>
          <w:rFonts w:ascii="QhZznecx+FZFSK" w:hAnsi="QhZznecx+FZFSK" w:eastAsia="QhZznecx+FZFSK"/>
          <w:color w:val="000000"/>
          <w:sz w:val="32"/>
        </w:rPr>
        <w:t>，</w:t>
      </w:r>
      <w:r>
        <w:rPr>
          <w:spacing w:val="4"/>
          <w:rFonts w:ascii="QhZznecx+FZFSK" w:hAnsi="QhZznecx+FZFSK" w:eastAsia="QhZznecx+FZFSK"/>
          <w:color w:val="000000"/>
          <w:sz w:val="32"/>
        </w:rPr>
        <w:t>完</w:t>
      </w:r>
      <w:r>
        <w:rPr>
          <w:spacing w:val="88"/>
          <w:rFonts w:ascii="QhZznecx+FZFSK" w:hAnsi="QhZznecx+FZFSK" w:eastAsia="QhZznecx+FZFSK"/>
          <w:color w:val="000000"/>
          <w:sz w:val="32"/>
        </w:rPr>
        <w:t>成</w:t>
      </w:r>
      <w:r>
        <w:rPr>
          <w:rFonts w:ascii="QhZznecx+FZFSK" w:hAnsi="QhZznecx+FZFSK" w:eastAsia="QhZznecx+FZFSK"/>
          <w:color w:val="000000"/>
          <w:sz w:val="32"/>
        </w:rPr>
        <w:t>I</w:t>
      </w:r>
      <w:r>
        <w:rPr>
          <w:spacing w:val="2"/>
          <w:rFonts w:ascii="QhZznecx+FZFSK" w:hAnsi="QhZznecx+FZFSK" w:eastAsia="QhZznecx+FZFSK"/>
          <w:color w:val="000000"/>
          <w:sz w:val="32"/>
        </w:rPr>
        <w:t>P</w:t>
      </w:r>
      <w:r>
        <w:rPr>
          <w:spacing w:val="86"/>
          <w:rFonts w:ascii="QhZznecx+FZFSK" w:hAnsi="QhZznecx+FZFSK" w:eastAsia="QhZznecx+FZFSK"/>
          <w:color w:val="000000"/>
          <w:sz w:val="32"/>
        </w:rPr>
        <w:t>O</w:t>
      </w:r>
      <w:r>
        <w:rPr>
          <w:spacing w:val="8"/>
          <w:rFonts w:ascii="QhZznecx+FZFSK" w:hAnsi="QhZznecx+FZFSK" w:eastAsia="QhZznecx+FZFSK"/>
          <w:color w:val="000000"/>
          <w:sz w:val="32"/>
        </w:rPr>
        <w:t>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8"/>
          <w:rFonts w:ascii="QhZznecx+FZFSK" w:hAnsi="QhZznecx+FZFSK" w:eastAsia="QhZznecx+FZFSK"/>
          <w:color w:val="000000"/>
          <w:sz w:val="32"/>
        </w:rPr>
        <w:t>0</w:t>
      </w:r>
      <w:r>
        <w:rPr>
          <w:spacing w:val="8"/>
          <w:rFonts w:ascii="QhZznecx+FZFSK" w:hAnsi="QhZznecx+FZFSK" w:eastAsia="QhZznecx+FZFSK"/>
          <w:color w:val="000000"/>
          <w:sz w:val="32"/>
        </w:rPr>
        <w:t>万</w:t>
      </w:r>
      <w:r>
        <w:rPr>
          <w:spacing w:val="6"/>
          <w:rFonts w:ascii="QhZznecx+FZFSK" w:hAnsi="QhZznecx+FZFSK" w:eastAsia="QhZznecx+FZFSK"/>
          <w:color w:val="000000"/>
          <w:sz w:val="32"/>
        </w:rPr>
        <w:t>元</w:t>
      </w:r>
      <w:r>
        <w:rPr>
          <w:spacing w:val="8"/>
          <w:rFonts w:ascii="QhZznecx+FZFSK" w:hAnsi="QhZznecx+FZFSK" w:eastAsia="QhZznecx+FZFSK"/>
          <w:color w:val="000000"/>
          <w:sz w:val="32"/>
        </w:rPr>
        <w:t>奖励。</w:t>
      </w:r>
      <w:r>
        <w:rPr>
          <w:spacing w:val="6"/>
          <w:rFonts w:ascii="QhZznecx+FZFSK" w:hAnsi="QhZznecx+FZFSK" w:eastAsia="QhZznecx+FZFSK"/>
          <w:color w:val="000000"/>
          <w:sz w:val="32"/>
        </w:rPr>
        <w:t>经</w:t>
      </w:r>
      <w:r>
        <w:rPr>
          <w:spacing w:val="4"/>
          <w:rFonts w:ascii="QhZznecx+FZFSK" w:hAnsi="QhZznecx+FZFSK" w:eastAsia="QhZznecx+FZFSK"/>
          <w:color w:val="000000"/>
          <w:sz w:val="32"/>
        </w:rPr>
        <w:t>中</w:t>
      </w:r>
      <w:r>
        <w:rPr>
          <w:spacing w:val="8"/>
          <w:rFonts w:ascii="QhZznecx+FZFSK" w:hAnsi="QhZznecx+FZFSK" w:eastAsia="QhZznecx+FZFSK"/>
          <w:color w:val="000000"/>
          <w:sz w:val="32"/>
        </w:rPr>
        <w:t>国证</w:t>
      </w:r>
      <w:r>
        <w:rPr>
          <w:rFonts w:ascii="QhZznecx+FZFSK" w:hAnsi="QhZznecx+FZFSK" w:eastAsia="QhZznecx+FZFSK"/>
          <w:color w:val="000000"/>
          <w:sz w:val="32"/>
        </w:rPr>
        <w:t>监</w:t>
      </w:r>
      <w:r>
        <w:rPr>
          <w:spacing w:val="2"/>
          <w:rFonts w:ascii="QhZznecx+FZFSK" w:hAnsi="QhZznecx+FZFSK" w:eastAsia="QhZznecx+FZFSK"/>
          <w:color w:val="000000"/>
          <w:sz w:val="32"/>
        </w:rPr>
        <w:t>会备</w:t>
      </w:r>
      <w:r>
        <w:rPr>
          <w:rFonts w:ascii="QhZznecx+FZFSK" w:hAnsi="QhZznecx+FZFSK" w:eastAsia="QhZznecx+FZFSK"/>
          <w:color w:val="000000"/>
          <w:sz w:val="32"/>
        </w:rPr>
        <w:t>案</w:t>
      </w:r>
      <w:r>
        <w:rPr>
          <w:spacing w:val="2"/>
          <w:rFonts w:ascii="QhZznecx+FZFSK" w:hAnsi="QhZznecx+FZFSK" w:eastAsia="QhZznecx+FZFSK"/>
          <w:color w:val="000000"/>
          <w:sz w:val="32"/>
        </w:rPr>
        <w:t>并在</w:t>
      </w:r>
      <w:r>
        <w:rPr>
          <w:rFonts w:ascii="QhZznecx+FZFSK" w:hAnsi="QhZznecx+FZFSK" w:eastAsia="QhZznecx+FZFSK"/>
          <w:color w:val="000000"/>
          <w:sz w:val="32"/>
        </w:rPr>
        <w:t>境</w:t>
      </w:r>
      <w:r>
        <w:rPr>
          <w:spacing w:val="2"/>
          <w:rFonts w:ascii="QhZznecx+FZFSK" w:hAnsi="QhZznecx+FZFSK" w:eastAsia="QhZznecx+FZFSK"/>
          <w:color w:val="000000"/>
          <w:sz w:val="32"/>
        </w:rPr>
        <w:t>外交</w:t>
      </w:r>
      <w:r>
        <w:rPr>
          <w:rFonts w:ascii="QhZznecx+FZFSK" w:hAnsi="QhZznecx+FZFSK" w:eastAsia="QhZznecx+FZFSK"/>
          <w:color w:val="000000"/>
          <w:sz w:val="32"/>
        </w:rPr>
        <w:t>易</w:t>
      </w:r>
      <w:r>
        <w:rPr>
          <w:spacing w:val="4"/>
          <w:rFonts w:ascii="QhZznecx+FZFSK" w:hAnsi="QhZznecx+FZFSK" w:eastAsia="QhZznecx+FZFSK"/>
          <w:color w:val="000000"/>
          <w:sz w:val="32"/>
        </w:rPr>
        <w:t>所</w:t>
      </w:r>
      <w:r>
        <w:rPr>
          <w:rFonts w:ascii="QhZznecx+FZFSK" w:hAnsi="QhZznecx+FZFSK" w:eastAsia="QhZznecx+FZFSK"/>
          <w:color w:val="000000"/>
          <w:sz w:val="32"/>
        </w:rPr>
        <w:t>成功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市，首</w:t>
      </w:r>
      <w:r>
        <w:rPr>
          <w:spacing w:val="2"/>
          <w:rFonts w:ascii="QhZznecx+FZFSK" w:hAnsi="QhZznecx+FZFSK" w:eastAsia="QhZznecx+FZFSK"/>
          <w:color w:val="000000"/>
          <w:sz w:val="32"/>
        </w:rPr>
        <w:t>发</w:t>
      </w:r>
      <w:r>
        <w:rPr>
          <w:rFonts w:ascii="QhZznecx+FZFSK" w:hAnsi="QhZznecx+FZFSK" w:eastAsia="QhZznecx+FZFSK"/>
          <w:color w:val="000000"/>
          <w:sz w:val="32"/>
        </w:rPr>
        <w:t>募</w:t>
      </w:r>
      <w:r>
        <w:rPr>
          <w:spacing w:val="2"/>
          <w:rFonts w:ascii="QhZznecx+FZFSK" w:hAnsi="QhZznecx+FZFSK" w:eastAsia="QhZznecx+FZFSK"/>
          <w:color w:val="000000"/>
          <w:sz w:val="32"/>
        </w:rPr>
        <w:t>集资</w:t>
      </w:r>
      <w:r>
        <w:rPr>
          <w:spacing w:val="80"/>
          <w:rFonts w:ascii="QhZznecx+FZFSK" w:hAnsi="QhZznecx+FZFSK" w:eastAsia="QhZznecx+FZFSK"/>
          <w:color w:val="000000"/>
          <w:sz w:val="32"/>
        </w:rPr>
        <w:t>金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美</w:t>
      </w:r>
      <w:r>
        <w:rPr>
          <w:rFonts w:ascii="QhZznecx+FZFSK" w:hAnsi="QhZznecx+FZFSK" w:eastAsia="QhZznecx+FZFSK"/>
          <w:color w:val="000000"/>
          <w:sz w:val="32"/>
        </w:rPr>
        <w:t>元</w:t>
      </w:r>
    </w:p>
    <w:p>
      <w:pPr>
        <w:autoSpaceDN w:val="0"/>
        <w:autoSpaceDE w:val="0"/>
        <w:widowControl/>
        <w:spacing w:line="348" w:lineRule="exact" w:before="804" w:after="0"/>
        <w:ind w:left="360" w:right="0" w:firstLine="0"/>
        <w:jc w:val="lef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8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20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tabs>
          <w:tab w:pos="1000" w:val="left"/>
        </w:tabs>
        <w:autoSpaceDE w:val="0"/>
        <w:widowControl/>
        <w:spacing w:line="572" w:lineRule="exact" w:before="0" w:after="0"/>
        <w:ind w:left="360" w:right="144" w:firstLine="0"/>
        <w:jc w:val="left"/>
      </w:pPr>
      <w:r>
        <w:rPr>
          <w:spacing w:val="2"/>
          <w:rFonts w:ascii="QhZznecx+FZFSK" w:hAnsi="QhZznecx+FZFSK" w:eastAsia="QhZznecx+FZFSK"/>
          <w:color w:val="000000"/>
          <w:sz w:val="32"/>
        </w:rPr>
        <w:t>以上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spacing w:val="-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4"/>
          <w:rFonts w:ascii="QhZznecx+FZFSK" w:hAnsi="QhZznecx+FZFSK" w:eastAsia="QhZznecx+FZFSK"/>
          <w:color w:val="000000"/>
          <w:sz w:val="32"/>
        </w:rPr>
        <w:t>浙</w:t>
      </w:r>
      <w:r>
        <w:rPr>
          <w:rFonts w:ascii="QhZznecx+FZFSK" w:hAnsi="QhZznecx+FZFSK" w:eastAsia="QhZznecx+FZFSK"/>
          <w:color w:val="000000"/>
          <w:sz w:val="32"/>
        </w:rPr>
        <w:t>江省</w:t>
      </w:r>
      <w:r>
        <w:rPr>
          <w:spacing w:val="4"/>
          <w:rFonts w:ascii="QhZznecx+FZFSK" w:hAnsi="QhZznecx+FZFSK" w:eastAsia="QhZznecx+FZFSK"/>
          <w:color w:val="000000"/>
          <w:sz w:val="32"/>
        </w:rPr>
        <w:t>股</w:t>
      </w:r>
      <w:r>
        <w:rPr>
          <w:rFonts w:ascii="QhZznecx+FZFSK" w:hAnsi="QhZznecx+FZFSK" w:eastAsia="QhZznecx+FZFSK"/>
          <w:color w:val="000000"/>
          <w:sz w:val="32"/>
        </w:rPr>
        <w:t>权交</w:t>
      </w:r>
      <w:r>
        <w:rPr>
          <w:spacing w:val="4"/>
          <w:rFonts w:ascii="QhZznecx+FZFSK" w:hAnsi="QhZznecx+FZFSK" w:eastAsia="QhZznecx+FZFSK"/>
          <w:color w:val="000000"/>
          <w:sz w:val="32"/>
        </w:rPr>
        <w:t>易</w:t>
      </w:r>
      <w:r>
        <w:rPr>
          <w:rFonts w:ascii="QhZznecx+FZFSK" w:hAnsi="QhZznecx+FZFSK" w:eastAsia="QhZznecx+FZFSK"/>
          <w:color w:val="000000"/>
          <w:sz w:val="32"/>
        </w:rPr>
        <w:t>中</w:t>
      </w:r>
      <w:r>
        <w:rPr>
          <w:spacing w:val="2"/>
          <w:rFonts w:ascii="QhZznecx+FZFSK" w:hAnsi="QhZznecx+FZFSK" w:eastAsia="QhZznecx+FZFSK"/>
          <w:color w:val="000000"/>
          <w:sz w:val="32"/>
        </w:rPr>
        <w:t>心</w:t>
      </w:r>
      <w:r>
        <w:rPr>
          <w:rFonts w:ascii="QhZznecx+FZFSK" w:hAnsi="QhZznecx+FZFSK" w:eastAsia="QhZznecx+FZFSK"/>
          <w:color w:val="000000"/>
          <w:sz w:val="32"/>
        </w:rPr>
        <w:t>专精特</w:t>
      </w:r>
      <w:r>
        <w:rPr>
          <w:spacing w:val="8"/>
          <w:rFonts w:ascii="QhZznecx+FZFSK" w:hAnsi="QhZznecx+FZFSK" w:eastAsia="QhZznecx+FZFSK"/>
          <w:color w:val="000000"/>
          <w:sz w:val="32"/>
        </w:rPr>
        <w:t>新</w:t>
      </w:r>
      <w:r>
        <w:rPr>
          <w:spacing w:val="6"/>
          <w:rFonts w:ascii="QhZznecx+FZFSK" w:hAnsi="QhZznecx+FZFSK" w:eastAsia="QhZznecx+FZFSK"/>
          <w:color w:val="000000"/>
          <w:sz w:val="32"/>
        </w:rPr>
        <w:t>板</w:t>
      </w:r>
      <w:r>
        <w:rPr>
          <w:spacing w:val="8"/>
          <w:rFonts w:ascii="QhZznecx+FZFSK" w:hAnsi="QhZznecx+FZFSK" w:eastAsia="QhZznecx+FZFSK"/>
          <w:color w:val="000000"/>
          <w:sz w:val="32"/>
        </w:rPr>
        <w:t>挂牌的</w:t>
      </w:r>
      <w:r>
        <w:rPr>
          <w:spacing w:val="6"/>
          <w:rFonts w:ascii="QhZznecx+FZFSK" w:hAnsi="QhZznecx+FZFSK" w:eastAsia="QhZznecx+FZFSK"/>
          <w:color w:val="000000"/>
          <w:sz w:val="32"/>
        </w:rPr>
        <w:t>，给</w:t>
      </w:r>
      <w:r>
        <w:rPr>
          <w:spacing w:val="88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8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6"/>
          <w:rFonts w:ascii="QhZznecx+FZFSK" w:hAnsi="QhZznecx+FZFSK" w:eastAsia="QhZznecx+FZFSK"/>
          <w:color w:val="000000"/>
          <w:sz w:val="32"/>
        </w:rPr>
        <w:t>奖励</w:t>
      </w:r>
      <w:r>
        <w:rPr>
          <w:spacing w:val="8"/>
          <w:rFonts w:ascii="QhZznecx+FZFSK" w:hAnsi="QhZznecx+FZFSK" w:eastAsia="QhZznecx+FZFSK"/>
          <w:color w:val="000000"/>
          <w:sz w:val="32"/>
        </w:rPr>
        <w:t>。</w:t>
      </w:r>
      <w:r>
        <w:rPr>
          <w:spacing w:val="8"/>
          <w:rFonts w:ascii="oWgGuaTQ+FZKTK" w:hAnsi="oWgGuaTQ+FZKTK" w:eastAsia="oWgGuaTQ+FZKTK"/>
          <w:color w:val="000000"/>
          <w:sz w:val="32"/>
        </w:rPr>
        <w:t>（责任</w:t>
      </w:r>
      <w:r>
        <w:rPr>
          <w:spacing w:val="6"/>
          <w:rFonts w:ascii="oWgGuaTQ+FZKTK" w:hAnsi="oWgGuaTQ+FZKTK" w:eastAsia="oWgGuaTQ+FZKTK"/>
          <w:color w:val="000000"/>
          <w:sz w:val="32"/>
        </w:rPr>
        <w:t>单</w:t>
      </w:r>
      <w:r>
        <w:rPr>
          <w:spacing w:val="8"/>
          <w:rFonts w:ascii="oWgGuaTQ+FZKTK" w:hAnsi="oWgGuaTQ+FZKTK" w:eastAsia="oWgGuaTQ+FZKTK"/>
          <w:color w:val="000000"/>
          <w:sz w:val="32"/>
        </w:rPr>
        <w:t>位：市</w:t>
      </w:r>
      <w:r>
        <w:rPr>
          <w:spacing w:val="6"/>
          <w:rFonts w:ascii="oWgGuaTQ+FZKTK" w:hAnsi="oWgGuaTQ+FZKTK" w:eastAsia="oWgGuaTQ+FZKTK"/>
          <w:color w:val="000000"/>
          <w:sz w:val="32"/>
        </w:rPr>
        <w:t>金</w:t>
      </w:r>
      <w:r>
        <w:rPr>
          <w:spacing w:val="8"/>
          <w:rFonts w:ascii="oWgGuaTQ+FZKTK" w:hAnsi="oWgGuaTQ+FZKTK" w:eastAsia="oWgGuaTQ+FZKTK"/>
          <w:color w:val="000000"/>
          <w:sz w:val="32"/>
        </w:rPr>
        <w:t>融</w:t>
      </w:r>
      <w:r>
        <w:rPr>
          <w:spacing w:val="6"/>
          <w:rFonts w:ascii="oWgGuaTQ+FZKTK" w:hAnsi="oWgGuaTQ+FZKTK" w:eastAsia="oWgGuaTQ+FZKTK"/>
          <w:color w:val="000000"/>
          <w:sz w:val="32"/>
        </w:rPr>
        <w:t>服</w:t>
      </w:r>
      <w:r>
        <w:rPr>
          <w:rFonts w:ascii="oWgGuaTQ+FZKTK" w:hAnsi="oWgGuaTQ+FZKTK" w:eastAsia="oWgGuaTQ+FZKTK"/>
          <w:color w:val="000000"/>
          <w:sz w:val="32"/>
        </w:rPr>
        <w:t>务</w:t>
      </w:r>
      <w:r>
        <w:rPr>
          <w:spacing w:val="2"/>
          <w:rFonts w:ascii="oWgGuaTQ+FZKTK" w:hAnsi="oWgGuaTQ+FZKTK" w:eastAsia="oWgGuaTQ+FZKTK"/>
          <w:color w:val="000000"/>
          <w:sz w:val="32"/>
        </w:rPr>
        <w:t>中心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已</w:t>
      </w:r>
      <w:r>
        <w:rPr>
          <w:spacing w:val="4"/>
          <w:rFonts w:ascii="QhZznecx+FZFSK" w:hAnsi="QhZznecx+FZFSK" w:eastAsia="QhZznecx+FZFSK"/>
          <w:color w:val="000000"/>
          <w:sz w:val="32"/>
        </w:rPr>
        <w:t>签</w:t>
      </w:r>
      <w:r>
        <w:rPr>
          <w:rFonts w:ascii="QhZznecx+FZFSK" w:hAnsi="QhZznecx+FZFSK" w:eastAsia="QhZznecx+FZFSK"/>
          <w:color w:val="000000"/>
          <w:sz w:val="32"/>
        </w:rPr>
        <w:t>约挂</w:t>
      </w:r>
      <w:r>
        <w:rPr>
          <w:spacing w:val="4"/>
          <w:rFonts w:ascii="QhZznecx+FZFSK" w:hAnsi="QhZznecx+FZFSK" w:eastAsia="QhZznecx+FZFSK"/>
          <w:color w:val="000000"/>
          <w:sz w:val="32"/>
        </w:rPr>
        <w:t>牌</w:t>
      </w:r>
      <w:r>
        <w:rPr>
          <w:rFonts w:ascii="QhZznecx+FZFSK" w:hAnsi="QhZznecx+FZFSK" w:eastAsia="QhZznecx+FZFSK"/>
          <w:color w:val="000000"/>
          <w:sz w:val="32"/>
        </w:rPr>
        <w:t>上市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业因</w:t>
      </w:r>
      <w:r>
        <w:rPr>
          <w:spacing w:val="4"/>
          <w:rFonts w:ascii="QhZznecx+FZFSK" w:hAnsi="QhZznecx+FZFSK" w:eastAsia="QhZznecx+FZFSK"/>
          <w:color w:val="000000"/>
          <w:sz w:val="32"/>
        </w:rPr>
        <w:t>权</w:t>
      </w:r>
      <w:r>
        <w:rPr>
          <w:rFonts w:ascii="QhZznecx+FZFSK" w:hAnsi="QhZznecx+FZFSK" w:eastAsia="QhZznecx+FZFSK"/>
          <w:color w:val="000000"/>
          <w:sz w:val="32"/>
        </w:rPr>
        <w:t>益变</w:t>
      </w:r>
      <w:r>
        <w:rPr>
          <w:spacing w:val="4"/>
          <w:rFonts w:ascii="QhZznecx+FZFSK" w:hAnsi="QhZznecx+FZFSK" w:eastAsia="QhZznecx+FZFSK"/>
          <w:color w:val="000000"/>
          <w:sz w:val="32"/>
        </w:rPr>
        <w:t>动</w:t>
      </w:r>
      <w:r>
        <w:rPr>
          <w:rFonts w:ascii="QhZznecx+FZFSK" w:hAnsi="QhZznecx+FZFSK" w:eastAsia="QhZznecx+FZFSK"/>
          <w:color w:val="000000"/>
          <w:sz w:val="32"/>
        </w:rPr>
        <w:t>等形</w:t>
      </w:r>
      <w:r>
        <w:rPr>
          <w:spacing w:val="4"/>
          <w:rFonts w:ascii="QhZznecx+FZFSK" w:hAnsi="QhZznecx+FZFSK" w:eastAsia="QhZznecx+FZFSK"/>
          <w:color w:val="000000"/>
          <w:sz w:val="32"/>
        </w:rPr>
        <w:t>成</w:t>
      </w:r>
      <w:r>
        <w:rPr>
          <w:rFonts w:ascii="QhZznecx+FZFSK" w:hAnsi="QhZznecx+FZFSK" w:eastAsia="QhZznecx+FZFSK"/>
          <w:color w:val="000000"/>
          <w:sz w:val="32"/>
        </w:rPr>
        <w:t>的地</w:t>
      </w:r>
      <w:r>
        <w:rPr>
          <w:spacing w:val="4"/>
          <w:rFonts w:ascii="QhZznecx+FZFSK" w:hAnsi="QhZznecx+FZFSK" w:eastAsia="QhZznecx+FZFSK"/>
          <w:color w:val="000000"/>
          <w:sz w:val="32"/>
        </w:rPr>
        <w:t>方</w:t>
      </w:r>
      <w:r>
        <w:rPr>
          <w:rFonts w:ascii="QhZznecx+FZFSK" w:hAnsi="QhZznecx+FZFSK" w:eastAsia="QhZznecx+FZFSK"/>
          <w:color w:val="000000"/>
          <w:sz w:val="32"/>
        </w:rPr>
        <w:t>贡献度，</w:t>
      </w:r>
      <w:r>
        <w:rPr>
          <w:spacing w:val="14"/>
          <w:rFonts w:ascii="QhZznecx+FZFSK" w:hAnsi="QhZznecx+FZFSK" w:eastAsia="QhZznecx+FZFSK"/>
          <w:color w:val="000000"/>
          <w:sz w:val="32"/>
        </w:rPr>
        <w:t>对</w:t>
      </w:r>
      <w:r>
        <w:rPr>
          <w:spacing w:val="10"/>
          <w:rFonts w:ascii="QhZznecx+FZFSK" w:hAnsi="QhZznecx+FZFSK" w:eastAsia="QhZznecx+FZFSK"/>
          <w:color w:val="000000"/>
          <w:sz w:val="32"/>
        </w:rPr>
        <w:t>企</w:t>
      </w:r>
      <w:r>
        <w:rPr>
          <w:spacing w:val="14"/>
          <w:rFonts w:ascii="QhZznecx+FZFSK" w:hAnsi="QhZznecx+FZFSK" w:eastAsia="QhZznecx+FZFSK"/>
          <w:color w:val="000000"/>
          <w:sz w:val="32"/>
        </w:rPr>
        <w:t>业</w:t>
      </w:r>
      <w:r>
        <w:rPr>
          <w:spacing w:val="10"/>
          <w:rFonts w:ascii="QhZznecx+FZFSK" w:hAnsi="QhZznecx+FZFSK" w:eastAsia="QhZznecx+FZFSK"/>
          <w:color w:val="000000"/>
          <w:sz w:val="32"/>
        </w:rPr>
        <w:t>和</w:t>
      </w:r>
      <w:r>
        <w:rPr>
          <w:spacing w:val="14"/>
          <w:rFonts w:ascii="QhZznecx+FZFSK" w:hAnsi="QhZznecx+FZFSK" w:eastAsia="QhZznecx+FZFSK"/>
          <w:color w:val="000000"/>
          <w:sz w:val="32"/>
        </w:rPr>
        <w:t>个</w:t>
      </w:r>
      <w:r>
        <w:rPr>
          <w:spacing w:val="10"/>
          <w:rFonts w:ascii="QhZznecx+FZFSK" w:hAnsi="QhZznecx+FZFSK" w:eastAsia="QhZznecx+FZFSK"/>
          <w:color w:val="000000"/>
          <w:sz w:val="32"/>
        </w:rPr>
        <w:t>人</w:t>
      </w:r>
      <w:r>
        <w:rPr>
          <w:spacing w:val="14"/>
          <w:rFonts w:ascii="QhZznecx+FZFSK" w:hAnsi="QhZznecx+FZFSK" w:eastAsia="QhZznecx+FZFSK"/>
          <w:color w:val="000000"/>
          <w:sz w:val="32"/>
        </w:rPr>
        <w:t>给</w:t>
      </w:r>
      <w:r>
        <w:rPr>
          <w:rFonts w:ascii="QhZznecx+FZFSK" w:hAnsi="QhZznecx+FZFSK" w:eastAsia="QhZznecx+FZFSK"/>
          <w:color w:val="000000"/>
          <w:sz w:val="32"/>
        </w:rPr>
        <w:t>予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10"/>
          <w:rFonts w:ascii="QhZznecx+FZFSK" w:hAnsi="QhZznecx+FZFSK" w:eastAsia="QhZznecx+FZFSK"/>
          <w:color w:val="000000"/>
          <w:sz w:val="32"/>
        </w:rPr>
        <w:t>%</w:t>
      </w:r>
      <w:r>
        <w:rPr>
          <w:spacing w:val="12"/>
          <w:rFonts w:ascii="QhZznecx+FZFSK" w:hAnsi="QhZznecx+FZFSK" w:eastAsia="QhZznecx+FZFSK"/>
          <w:color w:val="000000"/>
          <w:sz w:val="32"/>
        </w:rPr>
        <w:t>奖</w:t>
      </w:r>
      <w:r>
        <w:rPr>
          <w:spacing w:val="10"/>
          <w:rFonts w:ascii="QhZznecx+FZFSK" w:hAnsi="QhZznecx+FZFSK" w:eastAsia="QhZznecx+FZFSK"/>
          <w:color w:val="000000"/>
          <w:sz w:val="32"/>
        </w:rPr>
        <w:t>励</w:t>
      </w:r>
      <w:r>
        <w:rPr>
          <w:spacing w:val="12"/>
          <w:rFonts w:ascii="QhZznecx+FZFSK" w:hAnsi="QhZznecx+FZFSK" w:eastAsia="QhZznecx+FZFSK"/>
          <w:color w:val="000000"/>
          <w:sz w:val="32"/>
        </w:rPr>
        <w:t>。</w:t>
      </w:r>
      <w:r>
        <w:rPr>
          <w:spacing w:val="10"/>
          <w:rFonts w:ascii="QhZznecx+FZFSK" w:hAnsi="QhZznecx+FZFSK" w:eastAsia="QhZznecx+FZFSK"/>
          <w:color w:val="000000"/>
          <w:sz w:val="32"/>
        </w:rPr>
        <w:t>完</w:t>
      </w:r>
      <w:r>
        <w:rPr>
          <w:spacing w:val="12"/>
          <w:rFonts w:ascii="QhZznecx+FZFSK" w:hAnsi="QhZznecx+FZFSK" w:eastAsia="QhZznecx+FZFSK"/>
          <w:color w:val="000000"/>
          <w:sz w:val="32"/>
        </w:rPr>
        <w:t>成</w:t>
      </w:r>
      <w:r>
        <w:rPr>
          <w:spacing w:val="10"/>
          <w:rFonts w:ascii="QhZznecx+FZFSK" w:hAnsi="QhZznecx+FZFSK" w:eastAsia="QhZznecx+FZFSK"/>
          <w:color w:val="000000"/>
          <w:sz w:val="32"/>
        </w:rPr>
        <w:t>股</w:t>
      </w:r>
      <w:r>
        <w:rPr>
          <w:spacing w:val="12"/>
          <w:rFonts w:ascii="QhZznecx+FZFSK" w:hAnsi="QhZznecx+FZFSK" w:eastAsia="QhZznecx+FZFSK"/>
          <w:color w:val="000000"/>
          <w:sz w:val="32"/>
        </w:rPr>
        <w:t>改</w:t>
      </w:r>
      <w:r>
        <w:rPr>
          <w:spacing w:val="10"/>
          <w:rFonts w:ascii="QhZznecx+FZFSK" w:hAnsi="QhZznecx+FZFSK" w:eastAsia="QhZznecx+FZFSK"/>
          <w:color w:val="000000"/>
          <w:sz w:val="32"/>
        </w:rPr>
        <w:t>当</w:t>
      </w:r>
      <w:r>
        <w:rPr>
          <w:spacing w:val="12"/>
          <w:rFonts w:ascii="QhZznecx+FZFSK" w:hAnsi="QhZznecx+FZFSK" w:eastAsia="QhZznecx+FZFSK"/>
          <w:color w:val="000000"/>
          <w:sz w:val="32"/>
        </w:rPr>
        <w:t>年</w:t>
      </w:r>
      <w:r>
        <w:rPr>
          <w:spacing w:val="10"/>
          <w:rFonts w:ascii="QhZznecx+FZFSK" w:hAnsi="QhZznecx+FZFSK" w:eastAsia="QhZznecx+FZFSK"/>
          <w:color w:val="000000"/>
          <w:sz w:val="32"/>
        </w:rPr>
        <w:t>起</w:t>
      </w:r>
      <w:r>
        <w:rPr>
          <w:spacing w:val="12"/>
          <w:rFonts w:ascii="QhZznecx+FZFSK" w:hAnsi="QhZznecx+FZFSK" w:eastAsia="QhZznecx+FZFSK"/>
          <w:color w:val="000000"/>
          <w:sz w:val="32"/>
        </w:rPr>
        <w:t>至</w:t>
      </w:r>
      <w:r>
        <w:rPr>
          <w:spacing w:val="10"/>
          <w:rFonts w:ascii="QhZznecx+FZFSK" w:hAnsi="QhZznecx+FZFSK" w:eastAsia="QhZznecx+FZFSK"/>
          <w:color w:val="000000"/>
          <w:sz w:val="32"/>
        </w:rPr>
        <w:t>完</w:t>
      </w:r>
      <w:r>
        <w:rPr>
          <w:spacing w:val="12"/>
          <w:rFonts w:ascii="QhZznecx+FZFSK" w:hAnsi="QhZznecx+FZFSK" w:eastAsia="QhZznecx+FZFSK"/>
          <w:color w:val="000000"/>
          <w:sz w:val="32"/>
        </w:rPr>
        <w:t>成</w:t>
      </w:r>
      <w:r>
        <w:rPr>
          <w:spacing w:val="1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市</w:t>
      </w:r>
      <w:r>
        <w:rPr>
          <w:spacing w:val="2"/>
          <w:rFonts w:ascii="QhZznecx+FZFSK" w:hAnsi="QhZznecx+FZFSK" w:eastAsia="QhZznecx+FZFSK"/>
          <w:color w:val="000000"/>
          <w:sz w:val="32"/>
        </w:rPr>
        <w:t>年</w:t>
      </w:r>
      <w:r>
        <w:rPr>
          <w:spacing w:val="-4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股改</w:t>
      </w:r>
      <w:r>
        <w:rPr>
          <w:rFonts w:ascii="QhZznecx+FZFSK" w:hAnsi="QhZznecx+FZFSK" w:eastAsia="QhZznecx+FZFSK"/>
          <w:color w:val="000000"/>
          <w:sz w:val="32"/>
        </w:rPr>
        <w:t>前</w:t>
      </w:r>
      <w:r>
        <w:rPr>
          <w:spacing w:val="2"/>
          <w:rFonts w:ascii="QhZznecx+FZFSK" w:hAnsi="QhZznecx+FZFSK" w:eastAsia="QhZznecx+FZFSK"/>
          <w:color w:val="000000"/>
          <w:sz w:val="32"/>
        </w:rPr>
        <w:t>一年地</w:t>
      </w:r>
      <w:r>
        <w:rPr>
          <w:rFonts w:ascii="QhZznecx+FZFSK" w:hAnsi="QhZznecx+FZFSK" w:eastAsia="QhZznecx+FZFSK"/>
          <w:color w:val="000000"/>
          <w:sz w:val="32"/>
        </w:rPr>
        <w:t>方</w:t>
      </w:r>
      <w:r>
        <w:rPr>
          <w:spacing w:val="2"/>
          <w:rFonts w:ascii="QhZznecx+FZFSK" w:hAnsi="QhZznecx+FZFSK" w:eastAsia="QhZznecx+FZFSK"/>
          <w:color w:val="000000"/>
          <w:sz w:val="32"/>
        </w:rPr>
        <w:t>贡献</w:t>
      </w:r>
      <w:r>
        <w:rPr>
          <w:rFonts w:ascii="QhZznecx+FZFSK" w:hAnsi="QhZznecx+FZFSK" w:eastAsia="QhZznecx+FZFSK"/>
          <w:color w:val="000000"/>
          <w:sz w:val="32"/>
        </w:rPr>
        <w:t>度</w:t>
      </w:r>
      <w:r>
        <w:rPr>
          <w:spacing w:val="80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110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为</w:t>
      </w:r>
      <w:r>
        <w:rPr>
          <w:spacing w:val="4"/>
          <w:rFonts w:ascii="QhZznecx+FZFSK" w:hAnsi="QhZznecx+FZFSK" w:eastAsia="QhZznecx+FZFSK"/>
          <w:color w:val="000000"/>
          <w:sz w:val="32"/>
        </w:rPr>
        <w:t>基</w:t>
      </w:r>
      <w:r>
        <w:rPr>
          <w:rFonts w:ascii="QhZznecx+FZFSK" w:hAnsi="QhZznecx+FZFSK" w:eastAsia="QhZznecx+FZFSK"/>
          <w:color w:val="000000"/>
          <w:sz w:val="32"/>
        </w:rPr>
        <w:t>数</w:t>
      </w:r>
      <w:r>
        <w:rPr>
          <w:spacing w:val="-4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4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超基</w:t>
      </w:r>
      <w:r>
        <w:rPr>
          <w:spacing w:val="4"/>
          <w:rFonts w:ascii="QhZznecx+FZFSK" w:hAnsi="QhZznecx+FZFSK" w:eastAsia="QhZznecx+FZFSK"/>
          <w:color w:val="000000"/>
          <w:sz w:val="32"/>
        </w:rPr>
        <w:t>数</w:t>
      </w:r>
      <w:r>
        <w:rPr>
          <w:rFonts w:ascii="QhZznecx+FZFSK" w:hAnsi="QhZznecx+FZFSK" w:eastAsia="QhZznecx+FZFSK"/>
          <w:color w:val="000000"/>
          <w:sz w:val="32"/>
        </w:rPr>
        <w:t>部</w:t>
      </w:r>
      <w:r>
        <w:rPr>
          <w:spacing w:val="2"/>
          <w:rFonts w:ascii="QhZznecx+FZFSK" w:hAnsi="QhZznecx+FZFSK" w:eastAsia="QhZznecx+FZFSK"/>
          <w:color w:val="000000"/>
          <w:sz w:val="32"/>
        </w:rPr>
        <w:t>分给</w:t>
      </w:r>
      <w:r>
        <w:rPr>
          <w:spacing w:val="80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4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最</w:t>
      </w:r>
      <w:r>
        <w:rPr>
          <w:spacing w:val="2"/>
          <w:rFonts w:ascii="QhZznecx+FZFSK" w:hAnsi="QhZznecx+FZFSK" w:eastAsia="QhZznecx+FZFSK"/>
          <w:color w:val="000000"/>
          <w:sz w:val="32"/>
        </w:rPr>
        <w:t>长</w:t>
      </w:r>
      <w:r>
        <w:rPr>
          <w:rFonts w:ascii="QhZznecx+FZFSK" w:hAnsi="QhZznecx+FZFSK" w:eastAsia="QhZznecx+FZFSK"/>
          <w:color w:val="000000"/>
          <w:sz w:val="32"/>
        </w:rPr>
        <w:t>享</w:t>
      </w:r>
      <w:r>
        <w:rPr>
          <w:spacing w:val="82"/>
          <w:rFonts w:ascii="QhZznecx+FZFSK" w:hAnsi="QhZznecx+FZFSK" w:eastAsia="QhZznecx+FZFSK"/>
          <w:color w:val="000000"/>
          <w:sz w:val="32"/>
        </w:rPr>
        <w:t>受</w:t>
      </w:r>
      <w:r>
        <w:rPr>
          <w:spacing w:val="80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-4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拟</w:t>
      </w:r>
      <w:r>
        <w:rPr>
          <w:spacing w:val="2"/>
          <w:rFonts w:ascii="QhZznecx+FZFSK" w:hAnsi="QhZznecx+FZFSK" w:eastAsia="QhZznecx+FZFSK"/>
          <w:color w:val="000000"/>
          <w:sz w:val="32"/>
        </w:rPr>
        <w:t>挂</w:t>
      </w:r>
      <w:r>
        <w:rPr>
          <w:rFonts w:ascii="QhZznecx+FZFSK" w:hAnsi="QhZznecx+FZFSK" w:eastAsia="QhZznecx+FZFSK"/>
          <w:color w:val="000000"/>
          <w:sz w:val="32"/>
        </w:rPr>
        <w:t>牌新</w:t>
      </w:r>
      <w:r>
        <w:rPr>
          <w:spacing w:val="2"/>
          <w:rFonts w:ascii="QhZznecx+FZFSK" w:hAnsi="QhZznecx+FZFSK" w:eastAsia="QhZznecx+FZFSK"/>
          <w:color w:val="000000"/>
          <w:sz w:val="32"/>
        </w:rPr>
        <w:t>三</w:t>
      </w:r>
      <w:r>
        <w:rPr>
          <w:rFonts w:ascii="QhZznecx+FZFSK" w:hAnsi="QhZznecx+FZFSK" w:eastAsia="QhZznecx+FZFSK"/>
          <w:color w:val="000000"/>
          <w:sz w:val="32"/>
        </w:rPr>
        <w:t>板企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参</w:t>
      </w:r>
      <w:r>
        <w:rPr>
          <w:spacing w:val="4"/>
          <w:rFonts w:ascii="QhZznecx+FZFSK" w:hAnsi="QhZznecx+FZFSK" w:eastAsia="QhZznecx+FZFSK"/>
          <w:color w:val="000000"/>
          <w:sz w:val="32"/>
        </w:rPr>
        <w:t>照</w:t>
      </w:r>
      <w:r>
        <w:rPr>
          <w:rFonts w:ascii="QhZznecx+FZFSK" w:hAnsi="QhZznecx+FZFSK" w:eastAsia="QhZznecx+FZFSK"/>
          <w:color w:val="000000"/>
          <w:sz w:val="32"/>
        </w:rPr>
        <w:t>执</w:t>
      </w:r>
      <w:r>
        <w:rPr>
          <w:spacing w:val="2"/>
          <w:rFonts w:ascii="QhZznecx+FZFSK" w:hAnsi="QhZznecx+FZFSK" w:eastAsia="QhZznecx+FZFSK"/>
          <w:color w:val="000000"/>
          <w:sz w:val="32"/>
        </w:rPr>
        <w:t>行</w:t>
      </w:r>
      <w:r>
        <w:rPr>
          <w:spacing w:val="-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我</w:t>
      </w:r>
      <w:r>
        <w:rPr>
          <w:spacing w:val="2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2"/>
          <w:rFonts w:ascii="QhZznecx+FZFSK" w:hAnsi="QhZznecx+FZFSK" w:eastAsia="QhZznecx+FZFSK"/>
          <w:color w:val="000000"/>
          <w:sz w:val="32"/>
        </w:rPr>
        <w:t>融</w:t>
      </w:r>
      <w:r>
        <w:rPr>
          <w:rFonts w:ascii="QhZznecx+FZFSK" w:hAnsi="QhZznecx+FZFSK" w:eastAsia="QhZznecx+FZFSK"/>
          <w:color w:val="000000"/>
          <w:sz w:val="32"/>
        </w:rPr>
        <w:t>入市</w:t>
      </w:r>
      <w:r>
        <w:rPr>
          <w:spacing w:val="2"/>
          <w:rFonts w:ascii="QhZznecx+FZFSK" w:hAnsi="QhZznecx+FZFSK" w:eastAsia="QhZznecx+FZFSK"/>
          <w:color w:val="000000"/>
          <w:sz w:val="32"/>
        </w:rPr>
        <w:t>外</w:t>
      </w:r>
      <w:r>
        <w:rPr>
          <w:rFonts w:ascii="QhZznecx+FZFSK" w:hAnsi="QhZznecx+FZFSK" w:eastAsia="QhZznecx+FZFSK"/>
          <w:color w:val="000000"/>
          <w:sz w:val="32"/>
        </w:rPr>
        <w:t>控股</w:t>
      </w:r>
      <w:r>
        <w:rPr>
          <w:spacing w:val="2"/>
          <w:rFonts w:ascii="QhZznecx+FZFSK" w:hAnsi="QhZznecx+FZFSK" w:eastAsia="QhZznecx+FZFSK"/>
          <w:color w:val="000000"/>
          <w:sz w:val="32"/>
        </w:rPr>
        <w:t>母</w:t>
      </w:r>
      <w:r>
        <w:rPr>
          <w:rFonts w:ascii="QhZznecx+FZFSK" w:hAnsi="QhZznecx+FZFSK" w:eastAsia="QhZznecx+FZFSK"/>
          <w:color w:val="000000"/>
          <w:sz w:val="32"/>
        </w:rPr>
        <w:t>公司</w:t>
      </w:r>
      <w:r>
        <w:rPr>
          <w:spacing w:val="2"/>
          <w:rFonts w:ascii="QhZznecx+FZFSK" w:hAnsi="QhZznecx+FZFSK" w:eastAsia="QhZznecx+FZFSK"/>
          <w:color w:val="000000"/>
          <w:sz w:val="32"/>
        </w:rPr>
        <w:t>整</w:t>
      </w:r>
      <w:r>
        <w:rPr>
          <w:rFonts w:ascii="QhZznecx+FZFSK" w:hAnsi="QhZznecx+FZFSK" w:eastAsia="QhZznecx+FZFSK"/>
          <w:color w:val="000000"/>
          <w:sz w:val="32"/>
        </w:rPr>
        <w:t>体上</w:t>
      </w:r>
      <w:r>
        <w:rPr>
          <w:spacing w:val="2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进</w:t>
      </w:r>
      <w:r>
        <w:rPr>
          <w:rFonts w:ascii="QhZznecx+FZFSK" w:hAnsi="QhZznecx+FZFSK" w:eastAsia="QhZznecx+FZFSK"/>
          <w:color w:val="000000"/>
          <w:sz w:val="32"/>
        </w:rPr>
        <w:t>入辅导</w:t>
      </w:r>
      <w:r>
        <w:rPr>
          <w:spacing w:val="2"/>
          <w:rFonts w:ascii="QhZznecx+FZFSK" w:hAnsi="QhZznecx+FZFSK" w:eastAsia="QhZznecx+FZFSK"/>
          <w:color w:val="000000"/>
          <w:sz w:val="32"/>
        </w:rPr>
        <w:t>期前</w:t>
      </w:r>
      <w:r>
        <w:rPr>
          <w:rFonts w:ascii="QhZznecx+FZFSK" w:hAnsi="QhZznecx+FZFSK" w:eastAsia="QhZznecx+FZFSK"/>
          <w:color w:val="000000"/>
          <w:sz w:val="32"/>
        </w:rPr>
        <w:t>一</w:t>
      </w:r>
      <w:r>
        <w:rPr>
          <w:spacing w:val="2"/>
          <w:rFonts w:ascii="QhZznecx+FZFSK" w:hAnsi="QhZznecx+FZFSK" w:eastAsia="QhZznecx+FZFSK"/>
          <w:color w:val="000000"/>
          <w:sz w:val="32"/>
        </w:rPr>
        <w:t>年我</w:t>
      </w:r>
      <w:r>
        <w:rPr>
          <w:rFonts w:ascii="QhZznecx+FZFSK" w:hAnsi="QhZznecx+FZFSK" w:eastAsia="QhZznecx+FZFSK"/>
          <w:color w:val="000000"/>
          <w:sz w:val="32"/>
        </w:rPr>
        <w:t>市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业当</w:t>
      </w:r>
      <w:r>
        <w:rPr>
          <w:spacing w:val="4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地方</w:t>
      </w:r>
      <w:r>
        <w:rPr>
          <w:spacing w:val="4"/>
          <w:rFonts w:ascii="QhZznecx+FZFSK" w:hAnsi="QhZznecx+FZFSK" w:eastAsia="QhZznecx+FZFSK"/>
          <w:color w:val="000000"/>
          <w:sz w:val="32"/>
        </w:rPr>
        <w:t>贡</w:t>
      </w:r>
      <w:r>
        <w:rPr>
          <w:rFonts w:ascii="QhZznecx+FZFSK" w:hAnsi="QhZznecx+FZFSK" w:eastAsia="QhZznecx+FZFSK"/>
          <w:color w:val="000000"/>
          <w:sz w:val="32"/>
        </w:rPr>
        <w:t>献度</w:t>
      </w:r>
      <w:r>
        <w:rPr>
          <w:spacing w:val="80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110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为</w:t>
      </w:r>
      <w:r>
        <w:rPr>
          <w:spacing w:val="4"/>
          <w:rFonts w:ascii="QhZznecx+FZFSK" w:hAnsi="QhZznecx+FZFSK" w:eastAsia="QhZznecx+FZFSK"/>
          <w:color w:val="000000"/>
          <w:sz w:val="32"/>
        </w:rPr>
        <w:t>基</w:t>
      </w:r>
      <w:r>
        <w:rPr>
          <w:rFonts w:ascii="QhZznecx+FZFSK" w:hAnsi="QhZznecx+FZFSK" w:eastAsia="QhZznecx+FZFSK"/>
          <w:color w:val="000000"/>
          <w:sz w:val="32"/>
        </w:rPr>
        <w:t>数</w:t>
      </w:r>
      <w:r>
        <w:rPr>
          <w:spacing w:val="-8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从</w:t>
      </w:r>
      <w:r>
        <w:rPr>
          <w:spacing w:val="2"/>
          <w:rFonts w:ascii="QhZznecx+FZFSK" w:hAnsi="QhZznecx+FZFSK" w:eastAsia="QhZznecx+FZFSK"/>
          <w:color w:val="000000"/>
          <w:sz w:val="32"/>
        </w:rPr>
        <w:t>进入</w:t>
      </w:r>
      <w:r>
        <w:rPr>
          <w:rFonts w:ascii="QhZznecx+FZFSK" w:hAnsi="QhZznecx+FZFSK" w:eastAsia="QhZznecx+FZFSK"/>
          <w:color w:val="000000"/>
          <w:sz w:val="32"/>
        </w:rPr>
        <w:t>辅</w:t>
      </w:r>
      <w:r>
        <w:rPr>
          <w:spacing w:val="4"/>
          <w:rFonts w:ascii="QhZznecx+FZFSK" w:hAnsi="QhZznecx+FZFSK" w:eastAsia="QhZznecx+FZFSK"/>
          <w:color w:val="000000"/>
          <w:sz w:val="32"/>
        </w:rPr>
        <w:t>导</w:t>
      </w:r>
      <w:r>
        <w:rPr>
          <w:spacing w:val="6"/>
          <w:rFonts w:ascii="QhZznecx+FZFSK" w:hAnsi="QhZznecx+FZFSK" w:eastAsia="QhZznecx+FZFSK"/>
          <w:color w:val="000000"/>
          <w:sz w:val="32"/>
        </w:rPr>
        <w:t>期</w:t>
      </w:r>
      <w:r>
        <w:rPr>
          <w:spacing w:val="4"/>
          <w:rFonts w:ascii="QhZznecx+FZFSK" w:hAnsi="QhZznecx+FZFSK" w:eastAsia="QhZznecx+FZFSK"/>
          <w:color w:val="000000"/>
          <w:sz w:val="32"/>
        </w:rPr>
        <w:t>当</w:t>
      </w:r>
      <w:r>
        <w:rPr>
          <w:spacing w:val="6"/>
          <w:rFonts w:ascii="QhZznecx+FZFSK" w:hAnsi="QhZznecx+FZFSK" w:eastAsia="QhZznecx+FZFSK"/>
          <w:color w:val="000000"/>
          <w:sz w:val="32"/>
        </w:rPr>
        <w:t>年</w:t>
      </w:r>
      <w:r>
        <w:rPr>
          <w:spacing w:val="82"/>
          <w:rFonts w:ascii="QhZznecx+FZFSK" w:hAnsi="QhZznecx+FZFSK" w:eastAsia="QhZznecx+FZFSK"/>
          <w:color w:val="000000"/>
          <w:sz w:val="32"/>
        </w:rPr>
        <w:t>起</w:t>
      </w:r>
      <w:r>
        <w:rPr>
          <w:spacing w:val="84"/>
          <w:rFonts w:ascii="QhZznecx+FZFSK" w:hAnsi="QhZznecx+FZFSK" w:eastAsia="QhZznecx+FZFSK"/>
          <w:color w:val="000000"/>
          <w:sz w:val="32"/>
        </w:rPr>
        <w:t>3</w:t>
      </w:r>
      <w:r>
        <w:rPr>
          <w:spacing w:val="2"/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内</w:t>
      </w:r>
      <w:r>
        <w:rPr>
          <w:spacing w:val="2"/>
          <w:rFonts w:ascii="QhZznecx+FZFSK" w:hAnsi="QhZznecx+FZFSK" w:eastAsia="QhZznecx+FZFSK"/>
          <w:color w:val="000000"/>
          <w:sz w:val="32"/>
        </w:rPr>
        <w:t>，</w:t>
      </w:r>
      <w:r>
        <w:rPr>
          <w:spacing w:val="6"/>
          <w:rFonts w:ascii="QhZznecx+FZFSK" w:hAnsi="QhZznecx+FZFSK" w:eastAsia="QhZznecx+FZFSK"/>
          <w:color w:val="000000"/>
          <w:sz w:val="32"/>
        </w:rPr>
        <w:t>给</w:t>
      </w:r>
      <w:r>
        <w:rPr>
          <w:spacing w:val="4"/>
          <w:rFonts w:ascii="QhZznecx+FZFSK" w:hAnsi="QhZznecx+FZFSK" w:eastAsia="QhZznecx+FZFSK"/>
          <w:color w:val="000000"/>
          <w:sz w:val="32"/>
        </w:rPr>
        <w:t>予</w:t>
      </w:r>
      <w:r>
        <w:rPr>
          <w:spacing w:val="6"/>
          <w:rFonts w:ascii="QhZznecx+FZFSK" w:hAnsi="QhZznecx+FZFSK" w:eastAsia="QhZznecx+FZFSK"/>
          <w:color w:val="000000"/>
          <w:sz w:val="32"/>
        </w:rPr>
        <w:t>新</w:t>
      </w:r>
      <w:r>
        <w:rPr>
          <w:spacing w:val="4"/>
          <w:rFonts w:ascii="QhZznecx+FZFSK" w:hAnsi="QhZznecx+FZFSK" w:eastAsia="QhZznecx+FZFSK"/>
          <w:color w:val="000000"/>
          <w:sz w:val="32"/>
        </w:rPr>
        <w:t>增</w:t>
      </w:r>
      <w:r>
        <w:rPr>
          <w:spacing w:val="6"/>
          <w:rFonts w:ascii="QhZznecx+FZFSK" w:hAnsi="QhZznecx+FZFSK" w:eastAsia="QhZznecx+FZFSK"/>
          <w:color w:val="000000"/>
          <w:sz w:val="32"/>
        </w:rPr>
        <w:t>地</w:t>
      </w:r>
      <w:r>
        <w:rPr>
          <w:spacing w:val="2"/>
          <w:rFonts w:ascii="QhZznecx+FZFSK" w:hAnsi="QhZznecx+FZFSK" w:eastAsia="QhZznecx+FZFSK"/>
          <w:color w:val="000000"/>
          <w:sz w:val="32"/>
        </w:rPr>
        <w:t>方贡</w:t>
      </w:r>
      <w:r>
        <w:rPr>
          <w:spacing w:val="4"/>
          <w:rFonts w:ascii="QhZznecx+FZFSK" w:hAnsi="QhZznecx+FZFSK" w:eastAsia="QhZznecx+FZFSK"/>
          <w:color w:val="000000"/>
          <w:sz w:val="32"/>
        </w:rPr>
        <w:t>献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spacing w:val="84"/>
          <w:rFonts w:ascii="QhZznecx+FZFSK" w:hAnsi="QhZznecx+FZFSK" w:eastAsia="QhZznecx+FZFSK"/>
          <w:color w:val="000000"/>
          <w:sz w:val="32"/>
        </w:rPr>
        <w:t>的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奖</w:t>
      </w:r>
      <w:r>
        <w:rPr>
          <w:spacing w:val="6"/>
          <w:rFonts w:ascii="QhZznecx+FZFSK" w:hAnsi="QhZznecx+FZFSK" w:eastAsia="QhZznecx+FZFSK"/>
          <w:color w:val="000000"/>
          <w:sz w:val="32"/>
        </w:rPr>
        <w:t>励</w:t>
      </w:r>
      <w:r>
        <w:rPr>
          <w:spacing w:val="4"/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oWgGuaTQ+FZKTK" w:hAnsi="oWgGuaTQ+FZKTK" w:eastAsia="oWgGuaTQ+FZKTK"/>
          <w:color w:val="000000"/>
          <w:sz w:val="32"/>
        </w:rPr>
        <w:t>（</w:t>
      </w:r>
      <w:r>
        <w:rPr>
          <w:rFonts w:ascii="oWgGuaTQ+FZKTK" w:hAnsi="oWgGuaTQ+FZKTK" w:eastAsia="oWgGuaTQ+FZKTK"/>
          <w:color w:val="000000"/>
          <w:sz w:val="32"/>
        </w:rPr>
        <w:t>责</w:t>
      </w:r>
      <w:r>
        <w:rPr>
          <w:spacing w:val="2"/>
          <w:rFonts w:ascii="oWgGuaTQ+FZKTK" w:hAnsi="oWgGuaTQ+FZKTK" w:eastAsia="oWgGuaTQ+FZKTK"/>
          <w:color w:val="000000"/>
          <w:sz w:val="32"/>
        </w:rPr>
        <w:t>任单</w:t>
      </w:r>
      <w:r>
        <w:rPr>
          <w:rFonts w:ascii="oWgGuaTQ+FZKTK" w:hAnsi="oWgGuaTQ+FZKTK" w:eastAsia="oWgGuaTQ+FZKTK"/>
          <w:color w:val="000000"/>
          <w:sz w:val="32"/>
        </w:rPr>
        <w:t>位</w:t>
      </w:r>
      <w:r>
        <w:rPr>
          <w:spacing w:val="2"/>
          <w:rFonts w:ascii="oWgGuaTQ+FZKTK" w:hAnsi="oWgGuaTQ+FZKTK" w:eastAsia="oWgGuaTQ+FZKTK"/>
          <w:color w:val="000000"/>
          <w:sz w:val="32"/>
        </w:rPr>
        <w:t>：市</w:t>
      </w:r>
      <w:r>
        <w:rPr>
          <w:rFonts w:ascii="oWgGuaTQ+FZKTK" w:hAnsi="oWgGuaTQ+FZKTK" w:eastAsia="oWgGuaTQ+FZKTK"/>
          <w:color w:val="000000"/>
          <w:sz w:val="32"/>
        </w:rPr>
        <w:t>金</w:t>
      </w:r>
      <w:r>
        <w:rPr>
          <w:spacing w:val="2"/>
          <w:rFonts w:ascii="oWgGuaTQ+FZKTK" w:hAnsi="oWgGuaTQ+FZKTK" w:eastAsia="oWgGuaTQ+FZKTK"/>
          <w:color w:val="000000"/>
          <w:sz w:val="32"/>
        </w:rPr>
        <w:t>融服</w:t>
      </w:r>
      <w:r>
        <w:rPr>
          <w:rFonts w:ascii="oWgGuaTQ+FZKTK" w:hAnsi="oWgGuaTQ+FZKTK" w:eastAsia="oWgGuaTQ+FZKTK"/>
          <w:color w:val="000000"/>
          <w:sz w:val="32"/>
        </w:rPr>
        <w:t>务</w:t>
      </w:r>
      <w:r>
        <w:rPr>
          <w:spacing w:val="2"/>
          <w:rFonts w:ascii="oWgGuaTQ+FZKTK" w:hAnsi="oWgGuaTQ+FZKTK" w:eastAsia="oWgGuaTQ+FZKTK"/>
          <w:color w:val="000000"/>
          <w:sz w:val="32"/>
        </w:rPr>
        <w:t>中心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spacing w:val="14"/>
          <w:rFonts w:ascii="QhZznecx+FZFSK" w:hAnsi="QhZznecx+FZFSK" w:eastAsia="QhZznecx+FZFSK"/>
          <w:color w:val="000000"/>
          <w:sz w:val="32"/>
        </w:rPr>
        <w:t>上市</w:t>
      </w:r>
      <w:r>
        <w:rPr>
          <w:spacing w:val="16"/>
          <w:rFonts w:ascii="QhZznecx+FZFSK" w:hAnsi="QhZznecx+FZFSK" w:eastAsia="QhZznecx+FZFSK"/>
          <w:color w:val="000000"/>
          <w:sz w:val="32"/>
        </w:rPr>
        <w:t>企</w:t>
      </w:r>
      <w:r>
        <w:rPr>
          <w:spacing w:val="18"/>
          <w:rFonts w:ascii="QhZznecx+FZFSK" w:hAnsi="QhZznecx+FZFSK" w:eastAsia="QhZznecx+FZFSK"/>
          <w:color w:val="000000"/>
          <w:sz w:val="32"/>
        </w:rPr>
        <w:t>业</w:t>
      </w:r>
      <w:r>
        <w:rPr>
          <w:spacing w:val="16"/>
          <w:rFonts w:ascii="QhZznecx+FZFSK" w:hAnsi="QhZznecx+FZFSK" w:eastAsia="QhZznecx+FZFSK"/>
          <w:color w:val="000000"/>
          <w:sz w:val="32"/>
        </w:rPr>
        <w:t>年</w:t>
      </w:r>
      <w:r>
        <w:rPr>
          <w:spacing w:val="14"/>
          <w:rFonts w:ascii="QhZznecx+FZFSK" w:hAnsi="QhZznecx+FZFSK" w:eastAsia="QhZznecx+FZFSK"/>
          <w:color w:val="000000"/>
          <w:sz w:val="32"/>
        </w:rPr>
        <w:t>度地方</w:t>
      </w:r>
      <w:r>
        <w:rPr>
          <w:spacing w:val="16"/>
          <w:rFonts w:ascii="QhZznecx+FZFSK" w:hAnsi="QhZznecx+FZFSK" w:eastAsia="QhZznecx+FZFSK"/>
          <w:color w:val="000000"/>
          <w:sz w:val="32"/>
        </w:rPr>
        <w:t>综合</w:t>
      </w:r>
      <w:r>
        <w:rPr>
          <w:spacing w:val="14"/>
          <w:rFonts w:ascii="QhZznecx+FZFSK" w:hAnsi="QhZznecx+FZFSK" w:eastAsia="QhZznecx+FZFSK"/>
          <w:color w:val="000000"/>
          <w:sz w:val="32"/>
        </w:rPr>
        <w:t>贡</w:t>
      </w:r>
      <w:r>
        <w:rPr>
          <w:spacing w:val="16"/>
          <w:rFonts w:ascii="QhZznecx+FZFSK" w:hAnsi="QhZznecx+FZFSK" w:eastAsia="QhZznecx+FZFSK"/>
          <w:color w:val="000000"/>
          <w:sz w:val="32"/>
        </w:rPr>
        <w:t>献</w:t>
      </w:r>
      <w:r>
        <w:rPr>
          <w:spacing w:val="14"/>
          <w:rFonts w:ascii="QhZznecx+FZFSK" w:hAnsi="QhZznecx+FZFSK" w:eastAsia="QhZznecx+FZFSK"/>
          <w:color w:val="000000"/>
          <w:sz w:val="32"/>
        </w:rPr>
        <w:t>度（</w:t>
      </w:r>
      <w:r>
        <w:rPr>
          <w:spacing w:val="16"/>
          <w:rFonts w:ascii="QhZznecx+FZFSK" w:hAnsi="QhZznecx+FZFSK" w:eastAsia="QhZznecx+FZFSK"/>
          <w:color w:val="000000"/>
          <w:sz w:val="32"/>
        </w:rPr>
        <w:t>集团</w:t>
      </w:r>
      <w:r>
        <w:rPr>
          <w:spacing w:val="14"/>
          <w:rFonts w:ascii="QhZznecx+FZFSK" w:hAnsi="QhZznecx+FZFSK" w:eastAsia="QhZznecx+FZFSK"/>
          <w:color w:val="000000"/>
          <w:sz w:val="32"/>
        </w:rPr>
        <w:t>公司按</w:t>
      </w:r>
      <w:r>
        <w:rPr>
          <w:spacing w:val="18"/>
          <w:rFonts w:ascii="QhZznecx+FZFSK" w:hAnsi="QhZznecx+FZFSK" w:eastAsia="QhZznecx+FZFSK"/>
          <w:color w:val="000000"/>
          <w:sz w:val="32"/>
        </w:rPr>
        <w:t>合</w:t>
      </w:r>
      <w:r>
        <w:rPr>
          <w:spacing w:val="16"/>
          <w:rFonts w:ascii="QhZznecx+FZFSK" w:hAnsi="QhZznecx+FZFSK" w:eastAsia="QhZznecx+FZFSK"/>
          <w:color w:val="000000"/>
          <w:sz w:val="32"/>
        </w:rPr>
        <w:t>并后</w:t>
      </w:r>
      <w:r>
        <w:rPr>
          <w:rFonts w:ascii="QhZznecx+FZFSK" w:hAnsi="QhZznecx+FZFSK" w:eastAsia="QhZznecx+FZFSK"/>
          <w:color w:val="000000"/>
          <w:sz w:val="32"/>
        </w:rPr>
        <w:t>计</w:t>
      </w:r>
      <w:r>
        <w:rPr>
          <w:spacing w:val="6"/>
          <w:rFonts w:ascii="QhZznecx+FZFSK" w:hAnsi="QhZznecx+FZFSK" w:eastAsia="QhZznecx+FZFSK"/>
          <w:color w:val="000000"/>
          <w:sz w:val="32"/>
        </w:rPr>
        <w:t>算</w:t>
      </w:r>
      <w:r>
        <w:rPr>
          <w:spacing w:val="4"/>
          <w:rFonts w:ascii="QhZznecx+FZFSK" w:hAnsi="QhZznecx+FZFSK" w:eastAsia="QhZznecx+FZFSK"/>
          <w:color w:val="000000"/>
          <w:sz w:val="32"/>
        </w:rPr>
        <w:t>）</w:t>
      </w:r>
      <w:r>
        <w:rPr>
          <w:spacing w:val="6"/>
          <w:rFonts w:ascii="QhZznecx+FZFSK" w:hAnsi="QhZznecx+FZFSK" w:eastAsia="QhZznecx+FZFSK"/>
          <w:color w:val="000000"/>
          <w:sz w:val="32"/>
        </w:rPr>
        <w:t>在</w:t>
      </w:r>
      <w:r>
        <w:rPr>
          <w:spacing w:val="4"/>
          <w:rFonts w:ascii="QhZznecx+FZFSK" w:hAnsi="QhZznecx+FZFSK" w:eastAsia="QhZznecx+FZFSK"/>
          <w:color w:val="000000"/>
          <w:sz w:val="32"/>
        </w:rPr>
        <w:t>本</w:t>
      </w:r>
      <w:r>
        <w:rPr>
          <w:spacing w:val="6"/>
          <w:rFonts w:ascii="QhZznecx+FZFSK" w:hAnsi="QhZznecx+FZFSK" w:eastAsia="QhZznecx+FZFSK"/>
          <w:color w:val="000000"/>
          <w:sz w:val="32"/>
        </w:rPr>
        <w:t>政策</w:t>
      </w:r>
      <w:r>
        <w:rPr>
          <w:spacing w:val="2"/>
          <w:rFonts w:ascii="QhZznecx+FZFSK" w:hAnsi="QhZznecx+FZFSK" w:eastAsia="QhZznecx+FZFSK"/>
          <w:color w:val="000000"/>
          <w:sz w:val="32"/>
        </w:rPr>
        <w:t>有</w:t>
      </w:r>
      <w:r>
        <w:rPr>
          <w:spacing w:val="4"/>
          <w:rFonts w:ascii="QhZznecx+FZFSK" w:hAnsi="QhZznecx+FZFSK" w:eastAsia="QhZznecx+FZFSK"/>
          <w:color w:val="000000"/>
          <w:sz w:val="32"/>
        </w:rPr>
        <w:t>效期内首</w:t>
      </w:r>
      <w:r>
        <w:rPr>
          <w:spacing w:val="2"/>
          <w:rFonts w:ascii="QhZznecx+FZFSK" w:hAnsi="QhZznecx+FZFSK" w:eastAsia="QhZznecx+FZFSK"/>
          <w:color w:val="000000"/>
          <w:sz w:val="32"/>
        </w:rPr>
        <w:t>次</w:t>
      </w:r>
      <w:r>
        <w:rPr>
          <w:spacing w:val="4"/>
          <w:rFonts w:ascii="QhZznecx+FZFSK" w:hAnsi="QhZznecx+FZFSK" w:eastAsia="QhZznecx+FZFSK"/>
          <w:color w:val="000000"/>
          <w:sz w:val="32"/>
        </w:rPr>
        <w:t>达</w:t>
      </w:r>
      <w:r>
        <w:rPr>
          <w:spacing w:val="84"/>
          <w:rFonts w:ascii="QhZznecx+FZFSK" w:hAnsi="QhZznecx+FZFSK" w:eastAsia="QhZznecx+FZFSK"/>
          <w:color w:val="000000"/>
          <w:sz w:val="32"/>
        </w:rPr>
        <w:t>到</w:t>
      </w:r>
      <w:r>
        <w:rPr>
          <w:spacing w:val="-2"/>
          <w:rFonts w:ascii="QhZznecx+FZFSK" w:hAnsi="QhZznecx+FZFSK" w:eastAsia="QhZznecx+FZFSK"/>
          <w:color w:val="000000"/>
          <w:sz w:val="32"/>
        </w:rPr>
        <w:t>4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6"/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4</w:t>
      </w:r>
      <w:r>
        <w:rPr>
          <w:spacing w:val="2"/>
          <w:rFonts w:ascii="QhZznecx+FZFSK" w:hAnsi="QhZznecx+FZFSK" w:eastAsia="QhZznecx+FZFSK"/>
          <w:color w:val="000000"/>
          <w:sz w:val="32"/>
        </w:rPr>
        <w:t>50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6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从达</w:t>
      </w:r>
      <w:r>
        <w:rPr>
          <w:rFonts w:ascii="QhZznecx+FZFSK" w:hAnsi="QhZznecx+FZFSK" w:eastAsia="QhZznecx+FZFSK"/>
          <w:color w:val="000000"/>
          <w:sz w:val="32"/>
        </w:rPr>
        <w:t>到</w:t>
      </w:r>
      <w:r>
        <w:rPr>
          <w:spacing w:val="4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度</w:t>
      </w:r>
      <w:r>
        <w:rPr>
          <w:spacing w:val="80"/>
          <w:rFonts w:ascii="QhZznecx+FZFSK" w:hAnsi="QhZznecx+FZFSK" w:eastAsia="QhZznecx+FZFSK"/>
          <w:color w:val="000000"/>
          <w:sz w:val="32"/>
        </w:rPr>
        <w:t>起</w:t>
      </w:r>
      <w:r>
        <w:rPr>
          <w:spacing w:val="82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2"/>
          <w:rFonts w:ascii="QhZznecx+FZFSK" w:hAnsi="QhZznecx+FZFSK" w:eastAsia="QhZznecx+FZFSK"/>
          <w:color w:val="000000"/>
          <w:sz w:val="32"/>
        </w:rPr>
        <w:t>内</w:t>
      </w:r>
      <w:r>
        <w:rPr>
          <w:spacing w:val="-4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2"/>
          <w:rFonts w:ascii="QhZznecx+FZFSK" w:hAnsi="QhZznecx+FZFSK" w:eastAsia="QhZznecx+FZFSK"/>
          <w:color w:val="000000"/>
          <w:sz w:val="32"/>
        </w:rPr>
        <w:t>别</w:t>
      </w:r>
      <w:r>
        <w:rPr>
          <w:spacing w:val="82"/>
          <w:rFonts w:ascii="QhZznecx+FZFSK" w:hAnsi="QhZznecx+FZFSK" w:eastAsia="QhZznecx+FZFSK"/>
          <w:color w:val="000000"/>
          <w:sz w:val="32"/>
        </w:rPr>
        <w:t>以</w:t>
      </w:r>
      <w:r>
        <w:rPr>
          <w:spacing w:val="-2"/>
          <w:rFonts w:ascii="QhZznecx+FZFSK" w:hAnsi="QhZznecx+FZFSK" w:eastAsia="QhZznecx+FZFSK"/>
          <w:color w:val="000000"/>
          <w:sz w:val="32"/>
        </w:rPr>
        <w:t>4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-46"/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4</w:t>
      </w:r>
      <w:r>
        <w:rPr>
          <w:spacing w:val="2"/>
          <w:rFonts w:ascii="QhZznecx+FZFSK" w:hAnsi="QhZznecx+FZFSK" w:eastAsia="QhZznecx+FZFSK"/>
          <w:color w:val="000000"/>
          <w:sz w:val="32"/>
        </w:rPr>
        <w:t>50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元为基</w:t>
      </w:r>
      <w:r>
        <w:rPr>
          <w:rFonts w:ascii="QhZznecx+FZFSK" w:hAnsi="QhZznecx+FZFSK" w:eastAsia="QhZznecx+FZFSK"/>
          <w:color w:val="000000"/>
          <w:sz w:val="32"/>
        </w:rPr>
        <w:t>数，</w:t>
      </w:r>
      <w:r>
        <w:rPr>
          <w:spacing w:val="10"/>
          <w:rFonts w:ascii="QhZznecx+FZFSK" w:hAnsi="QhZznecx+FZFSK" w:eastAsia="QhZznecx+FZFSK"/>
          <w:color w:val="000000"/>
          <w:sz w:val="32"/>
        </w:rPr>
        <w:t>每年递</w:t>
      </w:r>
      <w:r>
        <w:rPr>
          <w:rFonts w:ascii="QhZznecx+FZFSK" w:hAnsi="QhZznecx+FZFSK" w:eastAsia="QhZznecx+FZFSK"/>
          <w:color w:val="000000"/>
          <w:sz w:val="32"/>
        </w:rPr>
        <w:t>增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10"/>
          <w:rFonts w:ascii="QhZznecx+FZFSK" w:hAnsi="QhZznecx+FZFSK" w:eastAsia="QhZznecx+FZFSK"/>
          <w:color w:val="000000"/>
          <w:sz w:val="32"/>
        </w:rPr>
        <w:t>%为基准</w:t>
      </w:r>
      <w:r>
        <w:rPr>
          <w:spacing w:val="12"/>
          <w:rFonts w:ascii="QhZznecx+FZFSK" w:hAnsi="QhZznecx+FZFSK" w:eastAsia="QhZznecx+FZFSK"/>
          <w:color w:val="000000"/>
          <w:sz w:val="32"/>
        </w:rPr>
        <w:t>，</w:t>
      </w:r>
      <w:r>
        <w:rPr>
          <w:spacing w:val="10"/>
          <w:rFonts w:ascii="QhZznecx+FZFSK" w:hAnsi="QhZznecx+FZFSK" w:eastAsia="QhZznecx+FZFSK"/>
          <w:color w:val="000000"/>
          <w:sz w:val="32"/>
        </w:rPr>
        <w:t>分别给予地</w:t>
      </w:r>
      <w:r>
        <w:rPr>
          <w:spacing w:val="12"/>
          <w:rFonts w:ascii="QhZznecx+FZFSK" w:hAnsi="QhZznecx+FZFSK" w:eastAsia="QhZznecx+FZFSK"/>
          <w:color w:val="000000"/>
          <w:sz w:val="32"/>
        </w:rPr>
        <w:t>方</w:t>
      </w:r>
      <w:r>
        <w:rPr>
          <w:spacing w:val="10"/>
          <w:rFonts w:ascii="QhZznecx+FZFSK" w:hAnsi="QhZznecx+FZFSK" w:eastAsia="QhZznecx+FZFSK"/>
          <w:color w:val="000000"/>
          <w:sz w:val="32"/>
        </w:rPr>
        <w:t>综合贡献度超</w:t>
      </w:r>
      <w:r>
        <w:rPr>
          <w:spacing w:val="12"/>
          <w:rFonts w:ascii="QhZznecx+FZFSK" w:hAnsi="QhZznecx+FZFSK" w:eastAsia="QhZznecx+FZFSK"/>
          <w:color w:val="000000"/>
          <w:sz w:val="32"/>
        </w:rPr>
        <w:t>基</w:t>
      </w:r>
      <w:r>
        <w:rPr>
          <w:spacing w:val="10"/>
          <w:rFonts w:ascii="QhZznecx+FZFSK" w:hAnsi="QhZznecx+FZFSK" w:eastAsia="QhZznecx+FZFSK"/>
          <w:color w:val="000000"/>
          <w:sz w:val="32"/>
        </w:rPr>
        <w:t>准</w:t>
      </w:r>
      <w:r>
        <w:rPr>
          <w:spacing w:val="6"/>
          <w:rFonts w:ascii="QhZznecx+FZFSK" w:hAnsi="QhZznecx+FZFSK" w:eastAsia="QhZznecx+FZFSK"/>
          <w:color w:val="000000"/>
          <w:sz w:val="32"/>
        </w:rPr>
        <w:t>部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9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%、10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4"/>
          <w:rFonts w:ascii="QhZznecx+FZFSK" w:hAnsi="QhZznecx+FZFSK" w:eastAsia="QhZznecx+FZFSK"/>
          <w:color w:val="000000"/>
          <w:sz w:val="32"/>
        </w:rPr>
        <w:t>励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4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任单</w:t>
      </w:r>
      <w:r>
        <w:rPr>
          <w:spacing w:val="4"/>
          <w:rFonts w:ascii="oWgGuaTQ+FZKTK" w:hAnsi="oWgGuaTQ+FZKTK" w:eastAsia="oWgGuaTQ+FZKTK"/>
          <w:color w:val="000000"/>
          <w:sz w:val="32"/>
        </w:rPr>
        <w:t>位</w:t>
      </w:r>
      <w:r>
        <w:rPr>
          <w:rFonts w:ascii="oWgGuaTQ+FZKTK" w:hAnsi="oWgGuaTQ+FZKTK" w:eastAsia="oWgGuaTQ+FZKTK"/>
          <w:color w:val="000000"/>
          <w:sz w:val="32"/>
        </w:rPr>
        <w:t>：市</w:t>
      </w:r>
      <w:r>
        <w:rPr>
          <w:spacing w:val="4"/>
          <w:rFonts w:ascii="oWgGuaTQ+FZKTK" w:hAnsi="oWgGuaTQ+FZKTK" w:eastAsia="oWgGuaTQ+FZKTK"/>
          <w:color w:val="000000"/>
          <w:sz w:val="32"/>
        </w:rPr>
        <w:t>经</w:t>
      </w:r>
      <w:r>
        <w:rPr>
          <w:rFonts w:ascii="oWgGuaTQ+FZKTK" w:hAnsi="oWgGuaTQ+FZKTK" w:eastAsia="oWgGuaTQ+FZKTK"/>
          <w:color w:val="000000"/>
          <w:sz w:val="32"/>
        </w:rPr>
        <w:t>信局）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限</w:t>
      </w:r>
      <w:r>
        <w:rPr>
          <w:rFonts w:ascii="QhZznecx+FZFSK" w:hAnsi="QhZznecx+FZFSK" w:eastAsia="QhZznecx+FZFSK"/>
          <w:color w:val="000000"/>
          <w:sz w:val="32"/>
        </w:rPr>
        <w:t>售股</w:t>
      </w:r>
      <w:r>
        <w:rPr>
          <w:spacing w:val="4"/>
          <w:rFonts w:ascii="QhZznecx+FZFSK" w:hAnsi="QhZznecx+FZFSK" w:eastAsia="QhZznecx+FZFSK"/>
          <w:color w:val="000000"/>
          <w:sz w:val="32"/>
        </w:rPr>
        <w:t>解</w:t>
      </w:r>
      <w:r>
        <w:rPr>
          <w:rFonts w:ascii="QhZznecx+FZFSK" w:hAnsi="QhZznecx+FZFSK" w:eastAsia="QhZznecx+FZFSK"/>
          <w:color w:val="000000"/>
          <w:sz w:val="32"/>
        </w:rPr>
        <w:t>禁前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业分</w:t>
      </w:r>
      <w:r>
        <w:rPr>
          <w:spacing w:val="2"/>
          <w:rFonts w:ascii="QhZznecx+FZFSK" w:hAnsi="QhZznecx+FZFSK" w:eastAsia="QhZznecx+FZFSK"/>
          <w:color w:val="000000"/>
          <w:sz w:val="32"/>
        </w:rPr>
        <w:t>红</w:t>
      </w:r>
      <w:r>
        <w:rPr>
          <w:spacing w:val="-1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4"/>
          <w:rFonts w:ascii="QhZznecx+FZFSK" w:hAnsi="QhZznecx+FZFSK" w:eastAsia="QhZznecx+FZFSK"/>
          <w:color w:val="000000"/>
          <w:sz w:val="32"/>
        </w:rPr>
        <w:t>分</w:t>
      </w:r>
      <w:r>
        <w:rPr>
          <w:rFonts w:ascii="QhZznecx+FZFSK" w:hAnsi="QhZznecx+FZFSK" w:eastAsia="QhZznecx+FZFSK"/>
          <w:color w:val="000000"/>
          <w:sz w:val="32"/>
        </w:rPr>
        <w:t>红产</w:t>
      </w:r>
      <w:r>
        <w:rPr>
          <w:spacing w:val="4"/>
          <w:rFonts w:ascii="QhZznecx+FZFSK" w:hAnsi="QhZznecx+FZFSK" w:eastAsia="QhZznecx+FZFSK"/>
          <w:color w:val="000000"/>
          <w:sz w:val="32"/>
        </w:rPr>
        <w:t>生</w:t>
      </w:r>
      <w:r>
        <w:rPr>
          <w:rFonts w:ascii="QhZznecx+FZFSK" w:hAnsi="QhZznecx+FZFSK" w:eastAsia="QhZznecx+FZFSK"/>
          <w:color w:val="000000"/>
          <w:sz w:val="32"/>
        </w:rPr>
        <w:t>地方</w:t>
      </w:r>
      <w:r>
        <w:rPr>
          <w:spacing w:val="4"/>
          <w:rFonts w:ascii="QhZznecx+FZFSK" w:hAnsi="QhZznecx+FZFSK" w:eastAsia="QhZznecx+FZFSK"/>
          <w:color w:val="000000"/>
          <w:sz w:val="32"/>
        </w:rPr>
        <w:t>贡</w:t>
      </w:r>
      <w:r>
        <w:rPr>
          <w:rFonts w:ascii="QhZznecx+FZFSK" w:hAnsi="QhZznecx+FZFSK" w:eastAsia="QhZznecx+FZFSK"/>
          <w:color w:val="000000"/>
          <w:sz w:val="32"/>
        </w:rPr>
        <w:t>献</w:t>
      </w:r>
      <w:r>
        <w:rPr>
          <w:spacing w:val="4"/>
          <w:rFonts w:ascii="QhZznecx+FZFSK" w:hAnsi="QhZznecx+FZFSK" w:eastAsia="QhZznecx+FZFSK"/>
          <w:color w:val="000000"/>
          <w:sz w:val="32"/>
        </w:rPr>
        <w:t>度给</w:t>
      </w:r>
      <w:r>
        <w:rPr>
          <w:spacing w:val="6"/>
          <w:rFonts w:ascii="QhZznecx+FZFSK" w:hAnsi="QhZznecx+FZFSK" w:eastAsia="QhZznecx+FZFSK"/>
          <w:color w:val="000000"/>
          <w:sz w:val="32"/>
        </w:rPr>
        <w:t>予</w:t>
      </w:r>
      <w:r>
        <w:rPr>
          <w:spacing w:val="2"/>
          <w:rFonts w:ascii="QhZznecx+FZFSK" w:hAnsi="QhZznecx+FZFSK" w:eastAsia="QhZznecx+FZFSK"/>
          <w:color w:val="000000"/>
          <w:sz w:val="32"/>
        </w:rPr>
        <w:t>原</w:t>
      </w:r>
      <w:r>
        <w:rPr>
          <w:spacing w:val="4"/>
          <w:rFonts w:ascii="QhZznecx+FZFSK" w:hAnsi="QhZznecx+FZFSK" w:eastAsia="QhZznecx+FZFSK"/>
          <w:color w:val="000000"/>
          <w:sz w:val="32"/>
        </w:rPr>
        <w:t>始</w:t>
      </w:r>
      <w:r>
        <w:rPr>
          <w:spacing w:val="2"/>
          <w:rFonts w:ascii="QhZznecx+FZFSK" w:hAnsi="QhZznecx+FZFSK" w:eastAsia="QhZznecx+FZFSK"/>
          <w:color w:val="000000"/>
          <w:sz w:val="32"/>
        </w:rPr>
        <w:t>股</w:t>
      </w:r>
      <w:r>
        <w:rPr>
          <w:spacing w:val="84"/>
          <w:rFonts w:ascii="QhZznecx+FZFSK" w:hAnsi="QhZznecx+FZFSK" w:eastAsia="QhZznecx+FZFSK"/>
          <w:color w:val="000000"/>
          <w:sz w:val="32"/>
        </w:rPr>
        <w:t>东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奖</w:t>
      </w:r>
      <w:r>
        <w:rPr>
          <w:spacing w:val="6"/>
          <w:rFonts w:ascii="QhZznecx+FZFSK" w:hAnsi="QhZznecx+FZFSK" w:eastAsia="QhZznecx+FZFSK"/>
          <w:color w:val="000000"/>
          <w:sz w:val="32"/>
        </w:rPr>
        <w:t>励</w:t>
      </w:r>
      <w:r>
        <w:rPr>
          <w:spacing w:val="4"/>
          <w:rFonts w:ascii="QhZznecx+FZFSK" w:hAnsi="QhZznecx+FZFSK" w:eastAsia="QhZznecx+FZFSK"/>
          <w:color w:val="000000"/>
          <w:sz w:val="32"/>
        </w:rPr>
        <w:t>。</w:t>
      </w:r>
      <w:r>
        <w:rPr>
          <w:spacing w:val="6"/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户</w:t>
      </w:r>
      <w:r>
        <w:rPr>
          <w:spacing w:val="6"/>
          <w:rFonts w:ascii="QhZznecx+FZFSK" w:hAnsi="QhZznecx+FZFSK" w:eastAsia="QhZznecx+FZFSK"/>
          <w:color w:val="000000"/>
          <w:sz w:val="32"/>
        </w:rPr>
        <w:t>籍</w:t>
      </w:r>
      <w:r>
        <w:rPr>
          <w:spacing w:val="2"/>
          <w:rFonts w:ascii="QhZznecx+FZFSK" w:hAnsi="QhZznecx+FZFSK" w:eastAsia="QhZznecx+FZFSK"/>
          <w:color w:val="000000"/>
          <w:sz w:val="32"/>
        </w:rPr>
        <w:t>在</w:t>
      </w:r>
      <w:r>
        <w:rPr>
          <w:spacing w:val="4"/>
          <w:rFonts w:ascii="QhZznecx+FZFSK" w:hAnsi="QhZznecx+FZFSK" w:eastAsia="QhZznecx+FZFSK"/>
          <w:color w:val="000000"/>
          <w:sz w:val="32"/>
        </w:rPr>
        <w:t>我</w:t>
      </w:r>
      <w:r>
        <w:rPr>
          <w:spacing w:val="2"/>
          <w:rFonts w:ascii="QhZznecx+FZFSK" w:hAnsi="QhZznecx+FZFSK" w:eastAsia="QhZznecx+FZFSK"/>
          <w:color w:val="000000"/>
          <w:sz w:val="32"/>
        </w:rPr>
        <w:t>市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市</w:t>
      </w:r>
      <w:r>
        <w:rPr>
          <w:spacing w:val="6"/>
          <w:rFonts w:ascii="QhZznecx+FZFSK" w:hAnsi="QhZznecx+FZFSK" w:eastAsia="QhZznecx+FZFSK"/>
          <w:color w:val="000000"/>
          <w:sz w:val="32"/>
        </w:rPr>
        <w:t>民</w:t>
      </w:r>
      <w:r>
        <w:rPr>
          <w:spacing w:val="4"/>
          <w:rFonts w:ascii="QhZznecx+FZFSK" w:hAnsi="QhZznecx+FZFSK" w:eastAsia="QhZznecx+FZFSK"/>
          <w:color w:val="000000"/>
          <w:sz w:val="32"/>
        </w:rPr>
        <w:t>或注</w:t>
      </w:r>
      <w:r>
        <w:rPr>
          <w:spacing w:val="6"/>
          <w:rFonts w:ascii="QhZznecx+FZFSK" w:hAnsi="QhZznecx+FZFSK" w:eastAsia="QhZznecx+FZFSK"/>
          <w:color w:val="000000"/>
          <w:sz w:val="32"/>
        </w:rPr>
        <w:t>册</w:t>
      </w:r>
      <w:r>
        <w:rPr>
          <w:spacing w:val="2"/>
          <w:rFonts w:ascii="QhZznecx+FZFSK" w:hAnsi="QhZznecx+FZFSK" w:eastAsia="QhZznecx+FZFSK"/>
          <w:color w:val="000000"/>
          <w:sz w:val="32"/>
        </w:rPr>
        <w:t>地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2"/>
          <w:rFonts w:ascii="QhZznecx+FZFSK" w:hAnsi="QhZznecx+FZFSK" w:eastAsia="QhZznecx+FZFSK"/>
          <w:color w:val="000000"/>
          <w:sz w:val="32"/>
        </w:rPr>
        <w:t>我市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上市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-14"/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含</w:t>
      </w:r>
      <w:r>
        <w:rPr>
          <w:spacing w:val="4"/>
          <w:rFonts w:ascii="QhZznecx+FZFSK" w:hAnsi="QhZznecx+FZFSK" w:eastAsia="QhZznecx+FZFSK"/>
          <w:color w:val="000000"/>
          <w:sz w:val="32"/>
        </w:rPr>
        <w:t>子</w:t>
      </w:r>
      <w:r>
        <w:rPr>
          <w:rFonts w:ascii="QhZznecx+FZFSK" w:hAnsi="QhZznecx+FZFSK" w:eastAsia="QhZznecx+FZFSK"/>
          <w:color w:val="000000"/>
          <w:sz w:val="32"/>
        </w:rPr>
        <w:t>公司</w:t>
      </w:r>
      <w:r>
        <w:rPr>
          <w:spacing w:val="4"/>
          <w:rFonts w:ascii="QhZznecx+FZFSK" w:hAnsi="QhZznecx+FZFSK" w:eastAsia="QhZznecx+FZFSK"/>
          <w:color w:val="000000"/>
          <w:sz w:val="32"/>
        </w:rPr>
        <w:t>等</w:t>
      </w:r>
      <w:r>
        <w:rPr>
          <w:rFonts w:ascii="QhZznecx+FZFSK" w:hAnsi="QhZznecx+FZFSK" w:eastAsia="QhZznecx+FZFSK"/>
          <w:color w:val="000000"/>
          <w:sz w:val="32"/>
        </w:rPr>
        <w:t>并表</w:t>
      </w:r>
      <w:r>
        <w:rPr>
          <w:spacing w:val="4"/>
          <w:rFonts w:ascii="QhZznecx+FZFSK" w:hAnsi="QhZznecx+FZFSK" w:eastAsia="QhZznecx+FZFSK"/>
          <w:color w:val="000000"/>
          <w:sz w:val="32"/>
        </w:rPr>
        <w:t>公</w:t>
      </w:r>
      <w:r>
        <w:rPr>
          <w:rFonts w:ascii="QhZznecx+FZFSK" w:hAnsi="QhZznecx+FZFSK" w:eastAsia="QhZznecx+FZFSK"/>
          <w:color w:val="000000"/>
          <w:sz w:val="32"/>
        </w:rPr>
        <w:t>司在</w:t>
      </w:r>
      <w:r>
        <w:rPr>
          <w:spacing w:val="4"/>
          <w:rFonts w:ascii="QhZznecx+FZFSK" w:hAnsi="QhZznecx+FZFSK" w:eastAsia="QhZznecx+FZFSK"/>
          <w:color w:val="000000"/>
          <w:sz w:val="32"/>
        </w:rPr>
        <w:t>我</w:t>
      </w:r>
      <w:r>
        <w:rPr>
          <w:rFonts w:ascii="QhZznecx+FZFSK" w:hAnsi="QhZznecx+FZFSK" w:eastAsia="QhZznecx+FZFSK"/>
          <w:color w:val="000000"/>
          <w:sz w:val="32"/>
        </w:rPr>
        <w:t>市纳</w:t>
      </w:r>
      <w:r>
        <w:rPr>
          <w:spacing w:val="4"/>
          <w:rFonts w:ascii="QhZznecx+FZFSK" w:hAnsi="QhZznecx+FZFSK" w:eastAsia="QhZznecx+FZFSK"/>
          <w:color w:val="000000"/>
          <w:sz w:val="32"/>
        </w:rPr>
        <w:t>税</w:t>
      </w:r>
      <w:r>
        <w:rPr>
          <w:rFonts w:ascii="QhZznecx+FZFSK" w:hAnsi="QhZznecx+FZFSK" w:eastAsia="QhZznecx+FZFSK"/>
          <w:color w:val="000000"/>
          <w:sz w:val="32"/>
        </w:rPr>
        <w:t>的上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84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个</w:t>
      </w:r>
      <w:r>
        <w:rPr>
          <w:spacing w:val="4"/>
          <w:rFonts w:ascii="QhZznecx+FZFSK" w:hAnsi="QhZznecx+FZFSK" w:eastAsia="QhZznecx+FZFSK"/>
          <w:color w:val="000000"/>
          <w:sz w:val="32"/>
        </w:rPr>
        <w:t>人</w:t>
      </w:r>
      <w:r>
        <w:rPr>
          <w:rFonts w:ascii="QhZznecx+FZFSK" w:hAnsi="QhZznecx+FZFSK" w:eastAsia="QhZznecx+FZFSK"/>
          <w:color w:val="000000"/>
          <w:sz w:val="32"/>
        </w:rPr>
        <w:t>股</w:t>
      </w:r>
      <w:r>
        <w:rPr>
          <w:spacing w:val="2"/>
          <w:rFonts w:ascii="QhZznecx+FZFSK" w:hAnsi="QhZznecx+FZFSK" w:eastAsia="QhZznecx+FZFSK"/>
          <w:color w:val="000000"/>
          <w:sz w:val="32"/>
        </w:rPr>
        <w:t>东</w:t>
      </w:r>
      <w:r>
        <w:rPr>
          <w:spacing w:val="-8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2"/>
          <w:rFonts w:ascii="QhZznecx+FZFSK" w:hAnsi="QhZznecx+FZFSK" w:eastAsia="QhZznecx+FZFSK"/>
          <w:color w:val="000000"/>
          <w:sz w:val="32"/>
        </w:rPr>
        <w:t>我市减</w:t>
      </w:r>
      <w:r>
        <w:rPr>
          <w:rFonts w:ascii="QhZznecx+FZFSK" w:hAnsi="QhZznecx+FZFSK" w:eastAsia="QhZznecx+FZFSK"/>
          <w:color w:val="000000"/>
          <w:sz w:val="32"/>
        </w:rPr>
        <w:t>持</w:t>
      </w:r>
      <w:r>
        <w:rPr>
          <w:spacing w:val="2"/>
          <w:rFonts w:ascii="QhZznecx+FZFSK" w:hAnsi="QhZznecx+FZFSK" w:eastAsia="QhZznecx+FZFSK"/>
          <w:color w:val="000000"/>
          <w:sz w:val="32"/>
        </w:rPr>
        <w:t>限售</w:t>
      </w:r>
      <w:r>
        <w:rPr>
          <w:rFonts w:ascii="QhZznecx+FZFSK" w:hAnsi="QhZznecx+FZFSK" w:eastAsia="QhZznecx+FZFSK"/>
          <w:color w:val="000000"/>
          <w:sz w:val="32"/>
        </w:rPr>
        <w:t>股</w:t>
      </w:r>
      <w:r>
        <w:rPr>
          <w:spacing w:val="-8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2"/>
          <w:rFonts w:ascii="QhZznecx+FZFSK" w:hAnsi="QhZznecx+FZFSK" w:eastAsia="QhZznecx+FZFSK"/>
          <w:color w:val="000000"/>
          <w:sz w:val="32"/>
        </w:rPr>
        <w:t>其</w:t>
      </w:r>
      <w:r>
        <w:rPr>
          <w:rFonts w:ascii="QhZznecx+FZFSK" w:hAnsi="QhZznecx+FZFSK" w:eastAsia="QhZznecx+FZFSK"/>
          <w:color w:val="000000"/>
          <w:sz w:val="32"/>
        </w:rPr>
        <w:t>地</w:t>
      </w:r>
      <w:r>
        <w:rPr>
          <w:spacing w:val="4"/>
          <w:rFonts w:ascii="QhZznecx+FZFSK" w:hAnsi="QhZznecx+FZFSK" w:eastAsia="QhZznecx+FZFSK"/>
          <w:color w:val="000000"/>
          <w:sz w:val="32"/>
        </w:rPr>
        <w:t>方</w:t>
      </w:r>
      <w:r>
        <w:rPr>
          <w:rFonts w:ascii="QhZznecx+FZFSK" w:hAnsi="QhZznecx+FZFSK" w:eastAsia="QhZznecx+FZFSK"/>
          <w:color w:val="000000"/>
          <w:sz w:val="32"/>
        </w:rPr>
        <w:t>贡献度给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9</w:t>
      </w:r>
      <w:r>
        <w:rPr>
          <w:spacing w:val="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奖励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oWgGuaTQ+FZKTK" w:hAnsi="oWgGuaTQ+FZKTK" w:eastAsia="oWgGuaTQ+FZKTK"/>
          <w:color w:val="000000"/>
          <w:sz w:val="32"/>
        </w:rPr>
        <w:t>（责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2"/>
          <w:rFonts w:ascii="oWgGuaTQ+FZKTK" w:hAnsi="oWgGuaTQ+FZKTK" w:eastAsia="oWgGuaTQ+FZKTK"/>
          <w:color w:val="000000"/>
          <w:sz w:val="32"/>
        </w:rPr>
        <w:t>单位</w:t>
      </w:r>
      <w:r>
        <w:rPr>
          <w:rFonts w:ascii="oWgGuaTQ+FZKTK" w:hAnsi="oWgGuaTQ+FZKTK" w:eastAsia="oWgGuaTQ+FZKTK"/>
          <w:color w:val="000000"/>
          <w:sz w:val="32"/>
        </w:rPr>
        <w:t>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市金</w:t>
      </w:r>
      <w:r>
        <w:rPr>
          <w:rFonts w:ascii="oWgGuaTQ+FZKTK" w:hAnsi="oWgGuaTQ+FZKTK" w:eastAsia="oWgGuaTQ+FZKTK"/>
          <w:color w:val="000000"/>
          <w:sz w:val="32"/>
        </w:rPr>
        <w:t>融</w:t>
      </w:r>
      <w:r>
        <w:rPr>
          <w:spacing w:val="2"/>
          <w:rFonts w:ascii="oWgGuaTQ+FZKTK" w:hAnsi="oWgGuaTQ+FZKTK" w:eastAsia="oWgGuaTQ+FZKTK"/>
          <w:color w:val="000000"/>
          <w:sz w:val="32"/>
        </w:rPr>
        <w:t>服务</w:t>
      </w:r>
      <w:r>
        <w:rPr>
          <w:rFonts w:ascii="oWgGuaTQ+FZKTK" w:hAnsi="oWgGuaTQ+FZKTK" w:eastAsia="oWgGuaTQ+FZKTK"/>
          <w:color w:val="000000"/>
          <w:sz w:val="32"/>
        </w:rPr>
        <w:t>中</w:t>
      </w:r>
      <w:r>
        <w:rPr>
          <w:spacing w:val="2"/>
          <w:rFonts w:ascii="oWgGuaTQ+FZKTK" w:hAnsi="oWgGuaTQ+FZKTK" w:eastAsia="oWgGuaTQ+FZKTK"/>
          <w:color w:val="000000"/>
          <w:sz w:val="32"/>
        </w:rPr>
        <w:t>心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8</w:t>
      </w:r>
      <w:r>
        <w:rPr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业融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4"/>
          <w:rFonts w:ascii="QhZznecx+FZFSK" w:hAnsi="QhZznecx+FZFSK" w:eastAsia="QhZznecx+FZFSK"/>
          <w:color w:val="000000"/>
          <w:sz w:val="32"/>
        </w:rPr>
        <w:t>发</w:t>
      </w:r>
      <w:r>
        <w:rPr>
          <w:spacing w:val="2"/>
          <w:rFonts w:ascii="QhZznecx+FZFSK" w:hAnsi="QhZznecx+FZFSK" w:eastAsia="QhZznecx+FZFSK"/>
          <w:color w:val="000000"/>
          <w:sz w:val="32"/>
        </w:rPr>
        <w:t>展</w:t>
      </w:r>
      <w:r>
        <w:rPr>
          <w:spacing w:val="-12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2"/>
          <w:rFonts w:ascii="QhZznecx+FZFSK" w:hAnsi="QhZznecx+FZFSK" w:eastAsia="QhZznecx+FZFSK"/>
          <w:color w:val="000000"/>
          <w:sz w:val="32"/>
        </w:rPr>
        <w:t>拟</w:t>
      </w:r>
      <w:r>
        <w:rPr>
          <w:rFonts w:ascii="QhZznecx+FZFSK" w:hAnsi="QhZznecx+FZFSK" w:eastAsia="QhZznecx+FZFSK"/>
          <w:color w:val="000000"/>
          <w:sz w:val="32"/>
        </w:rPr>
        <w:t>挂</w:t>
      </w:r>
      <w:r>
        <w:rPr>
          <w:spacing w:val="4"/>
          <w:rFonts w:ascii="QhZznecx+FZFSK" w:hAnsi="QhZznecx+FZFSK" w:eastAsia="QhZznecx+FZFSK"/>
          <w:color w:val="000000"/>
          <w:sz w:val="32"/>
        </w:rPr>
        <w:t>牌</w:t>
      </w:r>
      <w:r>
        <w:rPr>
          <w:rFonts w:ascii="QhZznecx+FZFSK" w:hAnsi="QhZznecx+FZFSK" w:eastAsia="QhZznecx+FZFSK"/>
          <w:color w:val="000000"/>
          <w:sz w:val="32"/>
        </w:rPr>
        <w:t>上市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业引</w:t>
      </w:r>
      <w:r>
        <w:rPr>
          <w:spacing w:val="4"/>
          <w:rFonts w:ascii="QhZznecx+FZFSK" w:hAnsi="QhZznecx+FZFSK" w:eastAsia="QhZznecx+FZFSK"/>
          <w:color w:val="000000"/>
          <w:sz w:val="32"/>
        </w:rPr>
        <w:t>进</w:t>
      </w:r>
      <w:r>
        <w:rPr>
          <w:rFonts w:ascii="QhZznecx+FZFSK" w:hAnsi="QhZznecx+FZFSK" w:eastAsia="QhZznecx+FZFSK"/>
          <w:color w:val="000000"/>
          <w:sz w:val="32"/>
        </w:rPr>
        <w:t>私</w:t>
      </w:r>
      <w:r>
        <w:rPr>
          <w:spacing w:val="2"/>
          <w:rFonts w:ascii="QhZznecx+FZFSK" w:hAnsi="QhZznecx+FZFSK" w:eastAsia="QhZznecx+FZFSK"/>
          <w:color w:val="000000"/>
          <w:sz w:val="32"/>
        </w:rPr>
        <w:t>募</w:t>
      </w:r>
      <w:r>
        <w:rPr>
          <w:rFonts w:ascii="QhZznecx+FZFSK" w:hAnsi="QhZznecx+FZFSK" w:eastAsia="QhZznecx+FZFSK"/>
          <w:color w:val="000000"/>
          <w:sz w:val="32"/>
        </w:rPr>
        <w:t>投资</w:t>
      </w:r>
      <w:r>
        <w:rPr>
          <w:spacing w:val="6"/>
          <w:rFonts w:ascii="QhZznecx+FZFSK" w:hAnsi="QhZznecx+FZFSK" w:eastAsia="QhZznecx+FZFSK"/>
          <w:color w:val="000000"/>
          <w:sz w:val="32"/>
        </w:rPr>
        <w:t>的，</w:t>
      </w:r>
      <w:r>
        <w:rPr>
          <w:spacing w:val="4"/>
          <w:rFonts w:ascii="QhZznecx+FZFSK" w:hAnsi="QhZznecx+FZFSK" w:eastAsia="QhZznecx+FZFSK"/>
          <w:color w:val="000000"/>
          <w:sz w:val="32"/>
        </w:rPr>
        <w:t>给</w:t>
      </w:r>
      <w:r>
        <w:rPr>
          <w:spacing w:val="6"/>
          <w:rFonts w:ascii="QhZznecx+FZFSK" w:hAnsi="QhZznecx+FZFSK" w:eastAsia="QhZznecx+FZFSK"/>
          <w:color w:val="000000"/>
          <w:sz w:val="32"/>
        </w:rPr>
        <w:t>予</w:t>
      </w:r>
      <w:r>
        <w:rPr>
          <w:spacing w:val="4"/>
          <w:rFonts w:ascii="QhZznecx+FZFSK" w:hAnsi="QhZznecx+FZFSK" w:eastAsia="QhZznecx+FZFSK"/>
          <w:color w:val="000000"/>
          <w:sz w:val="32"/>
        </w:rPr>
        <w:t>所</w:t>
      </w:r>
      <w:r>
        <w:rPr>
          <w:spacing w:val="6"/>
          <w:rFonts w:ascii="QhZznecx+FZFSK" w:hAnsi="QhZznecx+FZFSK" w:eastAsia="QhZznecx+FZFSK"/>
          <w:color w:val="000000"/>
          <w:sz w:val="32"/>
        </w:rPr>
        <w:t>募</w:t>
      </w:r>
      <w:r>
        <w:rPr>
          <w:spacing w:val="2"/>
          <w:rFonts w:ascii="QhZznecx+FZFSK" w:hAnsi="QhZznecx+FZFSK" w:eastAsia="QhZznecx+FZFSK"/>
          <w:color w:val="000000"/>
          <w:sz w:val="32"/>
        </w:rPr>
        <w:t>资</w:t>
      </w:r>
      <w:r>
        <w:rPr>
          <w:spacing w:val="84"/>
          <w:rFonts w:ascii="QhZznecx+FZFSK" w:hAnsi="QhZznecx+FZFSK" w:eastAsia="QhZznecx+FZFSK"/>
          <w:color w:val="000000"/>
          <w:sz w:val="32"/>
        </w:rPr>
        <w:t>金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4"/>
          <w:rFonts w:ascii="QhZznecx+FZFSK" w:hAnsi="QhZznecx+FZFSK" w:eastAsia="QhZznecx+FZFSK"/>
          <w:color w:val="000000"/>
          <w:sz w:val="32"/>
        </w:rPr>
        <w:t>%奖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每</w:t>
      </w:r>
      <w:r>
        <w:rPr>
          <w:spacing w:val="6"/>
          <w:rFonts w:ascii="QhZznecx+FZFSK" w:hAnsi="QhZznecx+FZFSK" w:eastAsia="QhZznecx+FZFSK"/>
          <w:color w:val="000000"/>
          <w:sz w:val="32"/>
        </w:rPr>
        <w:t>单</w:t>
      </w:r>
      <w:r>
        <w:rPr>
          <w:spacing w:val="4"/>
          <w:rFonts w:ascii="QhZznecx+FZFSK" w:hAnsi="QhZznecx+FZFSK" w:eastAsia="QhZznecx+FZFSK"/>
          <w:color w:val="000000"/>
          <w:sz w:val="32"/>
        </w:rPr>
        <w:t>最</w:t>
      </w:r>
      <w:r>
        <w:rPr>
          <w:spacing w:val="84"/>
          <w:rFonts w:ascii="QhZznecx+FZFSK" w:hAnsi="QhZznecx+FZFSK" w:eastAsia="QhZznecx+FZFSK"/>
          <w:color w:val="000000"/>
          <w:sz w:val="32"/>
        </w:rPr>
        <w:t>高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6"/>
          <w:rFonts w:ascii="QhZznecx+FZFSK" w:hAnsi="QhZznecx+FZFSK" w:eastAsia="QhZznecx+FZFSK"/>
          <w:color w:val="000000"/>
          <w:sz w:val="32"/>
        </w:rPr>
        <w:t>。</w:t>
      </w:r>
      <w:r>
        <w:rPr>
          <w:spacing w:val="4"/>
          <w:rFonts w:ascii="QhZznecx+FZFSK" w:hAnsi="QhZznecx+FZFSK" w:eastAsia="QhZznecx+FZFSK"/>
          <w:color w:val="000000"/>
          <w:sz w:val="32"/>
        </w:rPr>
        <w:t>对</w:t>
      </w:r>
      <w:r>
        <w:rPr>
          <w:spacing w:val="6"/>
          <w:rFonts w:ascii="QhZznecx+FZFSK" w:hAnsi="QhZznecx+FZFSK" w:eastAsia="QhZznecx+FZFSK"/>
          <w:color w:val="000000"/>
          <w:sz w:val="32"/>
        </w:rPr>
        <w:t>上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spacing w:val="6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首</w:t>
      </w:r>
      <w:r>
        <w:rPr>
          <w:spacing w:val="6"/>
          <w:rFonts w:ascii="QhZznecx+FZFSK" w:hAnsi="QhZznecx+FZFSK" w:eastAsia="QhZznecx+FZFSK"/>
          <w:color w:val="000000"/>
          <w:sz w:val="32"/>
        </w:rPr>
        <w:t>次</w:t>
      </w:r>
      <w:r>
        <w:rPr>
          <w:spacing w:val="4"/>
          <w:rFonts w:ascii="QhZznecx+FZFSK" w:hAnsi="QhZznecx+FZFSK" w:eastAsia="QhZznecx+FZFSK"/>
          <w:color w:val="000000"/>
          <w:sz w:val="32"/>
        </w:rPr>
        <w:t>募</w:t>
      </w:r>
      <w:r>
        <w:rPr>
          <w:spacing w:val="2"/>
          <w:rFonts w:ascii="QhZznecx+FZFSK" w:hAnsi="QhZznecx+FZFSK" w:eastAsia="QhZznecx+FZFSK"/>
          <w:color w:val="000000"/>
          <w:sz w:val="32"/>
        </w:rPr>
        <w:t>集</w:t>
      </w:r>
      <w:r>
        <w:rPr>
          <w:spacing w:val="4"/>
          <w:rFonts w:ascii="QhZznecx+FZFSK" w:hAnsi="QhZznecx+FZFSK" w:eastAsia="QhZznecx+FZFSK"/>
          <w:color w:val="000000"/>
          <w:sz w:val="32"/>
        </w:rPr>
        <w:t>资</w:t>
      </w:r>
      <w:r>
        <w:rPr>
          <w:spacing w:val="82"/>
          <w:rFonts w:ascii="QhZznecx+FZFSK" w:hAnsi="QhZznecx+FZFSK" w:eastAsia="QhZznecx+FZFSK"/>
          <w:color w:val="000000"/>
          <w:sz w:val="32"/>
        </w:rPr>
        <w:t>金</w:t>
      </w:r>
      <w:r>
        <w:rPr>
          <w:spacing w:val="-2"/>
          <w:rFonts w:ascii="QhZznecx+FZFSK" w:hAnsi="QhZznecx+FZFSK" w:eastAsia="QhZznecx+FZFSK"/>
          <w:color w:val="000000"/>
          <w:sz w:val="32"/>
        </w:rPr>
        <w:t>7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%以</w:t>
      </w:r>
      <w:r>
        <w:rPr>
          <w:spacing w:val="6"/>
          <w:rFonts w:ascii="QhZznecx+FZFSK" w:hAnsi="QhZznecx+FZFSK" w:eastAsia="QhZznecx+FZFSK"/>
          <w:color w:val="000000"/>
          <w:sz w:val="32"/>
        </w:rPr>
        <w:t>上</w:t>
      </w:r>
      <w:r>
        <w:rPr>
          <w:spacing w:val="2"/>
          <w:rFonts w:ascii="QhZznecx+FZFSK" w:hAnsi="QhZznecx+FZFSK" w:eastAsia="QhZznecx+FZFSK"/>
          <w:color w:val="000000"/>
          <w:sz w:val="32"/>
        </w:rPr>
        <w:t>投资</w:t>
      </w:r>
      <w:r>
        <w:rPr>
          <w:spacing w:val="4"/>
          <w:rFonts w:ascii="QhZznecx+FZFSK" w:hAnsi="QhZznecx+FZFSK" w:eastAsia="QhZznecx+FZFSK"/>
          <w:color w:val="000000"/>
          <w:sz w:val="32"/>
        </w:rPr>
        <w:t>（</w:t>
      </w:r>
      <w:r>
        <w:rPr>
          <w:spacing w:val="2"/>
          <w:rFonts w:ascii="QhZznecx+FZFSK" w:hAnsi="QhZznecx+FZFSK" w:eastAsia="QhZznecx+FZFSK"/>
          <w:color w:val="000000"/>
          <w:sz w:val="32"/>
        </w:rPr>
        <w:t>含</w:t>
      </w:r>
      <w:r>
        <w:rPr>
          <w:spacing w:val="4"/>
          <w:rFonts w:ascii="QhZznecx+FZFSK" w:hAnsi="QhZznecx+FZFSK" w:eastAsia="QhZznecx+FZFSK"/>
          <w:color w:val="000000"/>
          <w:sz w:val="32"/>
        </w:rPr>
        <w:t>补</w:t>
      </w:r>
      <w:r>
        <w:rPr>
          <w:spacing w:val="6"/>
          <w:rFonts w:ascii="QhZznecx+FZFSK" w:hAnsi="QhZznecx+FZFSK" w:eastAsia="QhZznecx+FZFSK"/>
          <w:color w:val="000000"/>
          <w:sz w:val="32"/>
        </w:rPr>
        <w:t>充</w:t>
      </w:r>
      <w:r>
        <w:rPr>
          <w:spacing w:val="4"/>
          <w:rFonts w:ascii="QhZznecx+FZFSK" w:hAnsi="QhZznecx+FZFSK" w:eastAsia="QhZznecx+FZFSK"/>
          <w:color w:val="000000"/>
          <w:sz w:val="32"/>
        </w:rPr>
        <w:t>流</w:t>
      </w:r>
      <w:r>
        <w:rPr>
          <w:spacing w:val="2"/>
          <w:rFonts w:ascii="QhZznecx+FZFSK" w:hAnsi="QhZznecx+FZFSK" w:eastAsia="QhZznecx+FZFSK"/>
          <w:color w:val="000000"/>
          <w:sz w:val="32"/>
        </w:rPr>
        <w:t>动</w:t>
      </w:r>
      <w:r>
        <w:rPr>
          <w:spacing w:val="4"/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金）</w:t>
      </w:r>
      <w:r>
        <w:rPr>
          <w:spacing w:val="6"/>
          <w:rFonts w:ascii="QhZznecx+FZFSK" w:hAnsi="QhZznecx+FZFSK" w:eastAsia="QhZznecx+FZFSK"/>
          <w:color w:val="000000"/>
          <w:sz w:val="32"/>
        </w:rPr>
        <w:t>在</w:t>
      </w:r>
      <w:r>
        <w:rPr>
          <w:spacing w:val="4"/>
          <w:rFonts w:ascii="QhZznecx+FZFSK" w:hAnsi="QhZznecx+FZFSK" w:eastAsia="QhZznecx+FZFSK"/>
          <w:color w:val="000000"/>
          <w:sz w:val="32"/>
        </w:rPr>
        <w:t>我市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，</w:t>
      </w:r>
    </w:p>
    <w:p>
      <w:pPr>
        <w:autoSpaceDN w:val="0"/>
        <w:autoSpaceDE w:val="0"/>
        <w:widowControl/>
        <w:spacing w:line="348" w:lineRule="exact" w:before="304" w:after="0"/>
        <w:ind w:left="0" w:right="356" w:firstLine="0"/>
        <w:jc w:val="righ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5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9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4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autoSpaceDE w:val="0"/>
        <w:widowControl/>
        <w:spacing w:line="530" w:lineRule="exact" w:before="0" w:after="0"/>
        <w:ind w:left="360" w:right="200" w:firstLine="0"/>
        <w:jc w:val="both"/>
      </w:pPr>
      <w:r>
        <w:rPr>
          <w:spacing w:val="4"/>
          <w:rFonts w:ascii="QhZznecx+FZFSK" w:hAnsi="QhZznecx+FZFSK" w:eastAsia="QhZznecx+FZFSK"/>
          <w:color w:val="000000"/>
          <w:sz w:val="32"/>
        </w:rPr>
        <w:t>按</w:t>
      </w:r>
      <w:r>
        <w:rPr>
          <w:spacing w:val="6"/>
          <w:rFonts w:ascii="QhZznecx+FZFSK" w:hAnsi="QhZznecx+FZFSK" w:eastAsia="QhZznecx+FZFSK"/>
          <w:color w:val="000000"/>
          <w:sz w:val="32"/>
        </w:rPr>
        <w:t>资</w:t>
      </w:r>
      <w:r>
        <w:rPr>
          <w:spacing w:val="4"/>
          <w:rFonts w:ascii="QhZznecx+FZFSK" w:hAnsi="QhZznecx+FZFSK" w:eastAsia="QhZznecx+FZFSK"/>
          <w:color w:val="000000"/>
          <w:sz w:val="32"/>
        </w:rPr>
        <w:t>金</w:t>
      </w:r>
      <w:r>
        <w:rPr>
          <w:spacing w:val="82"/>
          <w:rFonts w:ascii="QhZznecx+FZFSK" w:hAnsi="QhZznecx+FZFSK" w:eastAsia="QhZznecx+FZFSK"/>
          <w:color w:val="000000"/>
          <w:sz w:val="32"/>
        </w:rPr>
        <w:t>在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亿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2"/>
          <w:rFonts w:ascii="QhZznecx+FZFSK" w:hAnsi="QhZznecx+FZFSK" w:eastAsia="QhZznecx+FZFSK"/>
          <w:color w:val="000000"/>
          <w:sz w:val="32"/>
        </w:rPr>
        <w:t>（含</w:t>
      </w:r>
      <w:r>
        <w:rPr>
          <w:spacing w:val="6"/>
          <w:rFonts w:ascii="QhZznecx+FZFSK" w:hAnsi="QhZznecx+FZFSK" w:eastAsia="QhZznecx+FZFSK"/>
          <w:color w:val="000000"/>
          <w:sz w:val="32"/>
        </w:rPr>
        <w:t>）</w:t>
      </w:r>
      <w:r>
        <w:rPr>
          <w:spacing w:val="4"/>
          <w:rFonts w:ascii="QhZznecx+FZFSK" w:hAnsi="QhZznecx+FZFSK" w:eastAsia="QhZznecx+FZFSK"/>
          <w:color w:val="000000"/>
          <w:sz w:val="32"/>
        </w:rPr>
        <w:t>以上</w:t>
      </w:r>
      <w:r>
        <w:rPr>
          <w:spacing w:val="6"/>
          <w:rFonts w:ascii="QhZznecx+FZFSK" w:hAnsi="QhZznecx+FZFSK" w:eastAsia="QhZznecx+FZFSK"/>
          <w:color w:val="000000"/>
          <w:sz w:val="32"/>
        </w:rPr>
        <w:t>、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-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亿</w:t>
      </w:r>
      <w:r>
        <w:rPr>
          <w:spacing w:val="6"/>
          <w:rFonts w:ascii="QhZznecx+FZFSK" w:hAnsi="QhZznecx+FZFSK" w:eastAsia="QhZznecx+FZFSK"/>
          <w:color w:val="000000"/>
          <w:sz w:val="32"/>
        </w:rPr>
        <w:t>元</w:t>
      </w:r>
      <w:r>
        <w:rPr>
          <w:spacing w:val="82"/>
          <w:rFonts w:ascii="QhZznecx+FZFSK" w:hAnsi="QhZznecx+FZFSK" w:eastAsia="QhZznecx+FZFSK"/>
          <w:color w:val="000000"/>
          <w:sz w:val="32"/>
        </w:rPr>
        <w:t>和</w:t>
      </w:r>
      <w:r>
        <w:rPr>
          <w:spacing w:val="84"/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亿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spacing w:val="4"/>
          <w:rFonts w:ascii="QhZznecx+FZFSK" w:hAnsi="QhZznecx+FZFSK" w:eastAsia="QhZznecx+FZFSK"/>
          <w:color w:val="000000"/>
          <w:sz w:val="32"/>
        </w:rPr>
        <w:t>含</w:t>
      </w:r>
      <w:r>
        <w:rPr>
          <w:spacing w:val="6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下三</w:t>
      </w:r>
      <w:r>
        <w:rPr>
          <w:rFonts w:ascii="QhZznecx+FZFSK" w:hAnsi="QhZznecx+FZFSK" w:eastAsia="QhZznecx+FZFSK"/>
          <w:color w:val="000000"/>
          <w:sz w:val="32"/>
        </w:rPr>
        <w:t>档</w:t>
      </w:r>
      <w:r>
        <w:rPr>
          <w:spacing w:val="2"/>
          <w:rFonts w:ascii="QhZznecx+FZFSK" w:hAnsi="QhZznecx+FZFSK" w:eastAsia="QhZznecx+FZFSK"/>
          <w:color w:val="000000"/>
          <w:sz w:val="32"/>
        </w:rPr>
        <w:t>分别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8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-4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spacing w:val="-4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奖励</w:t>
      </w:r>
      <w:r>
        <w:rPr>
          <w:spacing w:val="-46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业在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本市</w:t>
      </w:r>
      <w:r>
        <w:rPr>
          <w:rFonts w:ascii="QhZznecx+FZFSK" w:hAnsi="QhZznecx+FZFSK" w:eastAsia="QhZznecx+FZFSK"/>
          <w:color w:val="000000"/>
          <w:sz w:val="32"/>
        </w:rPr>
        <w:t>场</w:t>
      </w:r>
      <w:r>
        <w:rPr>
          <w:spacing w:val="2"/>
          <w:rFonts w:ascii="QhZznecx+FZFSK" w:hAnsi="QhZznecx+FZFSK" w:eastAsia="QhZznecx+FZFSK"/>
          <w:color w:val="000000"/>
          <w:sz w:val="32"/>
        </w:rPr>
        <w:t>再融</w:t>
      </w:r>
      <w:r>
        <w:rPr>
          <w:spacing w:val="-4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（不</w:t>
      </w:r>
      <w:r>
        <w:rPr>
          <w:spacing w:val="4"/>
          <w:rFonts w:ascii="QhZznecx+FZFSK" w:hAnsi="QhZznecx+FZFSK" w:eastAsia="QhZznecx+FZFSK"/>
          <w:color w:val="000000"/>
          <w:sz w:val="32"/>
        </w:rPr>
        <w:t>含</w:t>
      </w:r>
      <w:r>
        <w:rPr>
          <w:rFonts w:ascii="QhZznecx+FZFSK" w:hAnsi="QhZznecx+FZFSK" w:eastAsia="QhZznecx+FZFSK"/>
          <w:color w:val="000000"/>
          <w:sz w:val="32"/>
        </w:rPr>
        <w:t>首</w:t>
      </w:r>
      <w:r>
        <w:rPr>
          <w:spacing w:val="2"/>
          <w:rFonts w:ascii="QhZznecx+FZFSK" w:hAnsi="QhZznecx+FZFSK" w:eastAsia="QhZznecx+FZFSK"/>
          <w:color w:val="000000"/>
          <w:sz w:val="32"/>
        </w:rPr>
        <w:t>发</w:t>
      </w:r>
      <w:r>
        <w:rPr>
          <w:spacing w:val="-6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并</w:t>
      </w:r>
      <w:r>
        <w:rPr>
          <w:spacing w:val="4"/>
          <w:rFonts w:ascii="QhZznecx+FZFSK" w:hAnsi="QhZznecx+FZFSK" w:eastAsia="QhZznecx+FZFSK"/>
          <w:color w:val="000000"/>
          <w:sz w:val="32"/>
        </w:rPr>
        <w:t>投</w:t>
      </w:r>
      <w:r>
        <w:rPr>
          <w:rFonts w:ascii="QhZznecx+FZFSK" w:hAnsi="QhZznecx+FZFSK" w:eastAsia="QhZznecx+FZFSK"/>
          <w:color w:val="000000"/>
          <w:sz w:val="32"/>
        </w:rPr>
        <w:t>在我</w:t>
      </w:r>
      <w:r>
        <w:rPr>
          <w:spacing w:val="-2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（含</w:t>
      </w:r>
      <w:r>
        <w:rPr>
          <w:spacing w:val="2"/>
          <w:rFonts w:ascii="QhZznecx+FZFSK" w:hAnsi="QhZznecx+FZFSK" w:eastAsia="QhZznecx+FZFSK"/>
          <w:color w:val="000000"/>
          <w:sz w:val="32"/>
        </w:rPr>
        <w:t>补</w:t>
      </w:r>
      <w:r>
        <w:rPr>
          <w:rFonts w:ascii="QhZznecx+FZFSK" w:hAnsi="QhZznecx+FZFSK" w:eastAsia="QhZznecx+FZFSK"/>
          <w:color w:val="000000"/>
          <w:sz w:val="32"/>
        </w:rPr>
        <w:t>充流动</w:t>
      </w:r>
      <w:r>
        <w:rPr>
          <w:spacing w:val="2"/>
          <w:rFonts w:ascii="QhZznecx+FZFSK" w:hAnsi="QhZznecx+FZFSK" w:eastAsia="QhZznecx+FZFSK"/>
          <w:color w:val="000000"/>
          <w:sz w:val="32"/>
        </w:rPr>
        <w:t>资金</w:t>
      </w:r>
      <w:r>
        <w:rPr>
          <w:spacing w:val="-26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2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2"/>
          <w:rFonts w:ascii="QhZznecx+FZFSK" w:hAnsi="QhZznecx+FZFSK" w:eastAsia="QhZznecx+FZFSK"/>
          <w:color w:val="000000"/>
          <w:sz w:val="32"/>
        </w:rPr>
        <w:t>实</w:t>
      </w:r>
      <w:r>
        <w:rPr>
          <w:rFonts w:ascii="QhZznecx+FZFSK" w:hAnsi="QhZznecx+FZFSK" w:eastAsia="QhZznecx+FZFSK"/>
          <w:color w:val="000000"/>
          <w:sz w:val="32"/>
        </w:rPr>
        <w:t>际投</w:t>
      </w:r>
      <w:r>
        <w:rPr>
          <w:spacing w:val="2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额给</w:t>
      </w:r>
      <w:r>
        <w:rPr>
          <w:spacing w:val="8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3‰奖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2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2"/>
          <w:rFonts w:ascii="QhZznecx+FZFSK" w:hAnsi="QhZznecx+FZFSK" w:eastAsia="QhZznecx+FZFSK"/>
          <w:color w:val="000000"/>
          <w:sz w:val="32"/>
        </w:rPr>
        <w:t>单</w:t>
      </w:r>
      <w:r>
        <w:rPr>
          <w:rFonts w:ascii="QhZznecx+FZFSK" w:hAnsi="QhZznecx+FZFSK" w:eastAsia="QhZznecx+FZFSK"/>
          <w:color w:val="000000"/>
          <w:sz w:val="32"/>
        </w:rPr>
        <w:t>最</w:t>
      </w:r>
      <w:r>
        <w:rPr>
          <w:spacing w:val="80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6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。</w:t>
      </w:r>
    </w:p>
    <w:p>
      <w:pPr>
        <w:autoSpaceDN w:val="0"/>
        <w:tabs>
          <w:tab w:pos="1000" w:val="left"/>
        </w:tabs>
        <w:autoSpaceDE w:val="0"/>
        <w:widowControl/>
        <w:spacing w:line="590" w:lineRule="exact" w:before="0" w:after="0"/>
        <w:ind w:left="360" w:right="288" w:firstLine="0"/>
        <w:jc w:val="left"/>
      </w:pPr>
      <w:r>
        <w:rPr>
          <w:spacing w:val="2"/>
          <w:rFonts w:ascii="oWgGuaTQ+FZKTK" w:hAnsi="oWgGuaTQ+FZKTK" w:eastAsia="oWgGuaTQ+FZKTK"/>
          <w:color w:val="000000"/>
          <w:sz w:val="32"/>
        </w:rPr>
        <w:t>（责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2"/>
          <w:rFonts w:ascii="oWgGuaTQ+FZKTK" w:hAnsi="oWgGuaTQ+FZKTK" w:eastAsia="oWgGuaTQ+FZKTK"/>
          <w:color w:val="000000"/>
          <w:sz w:val="32"/>
        </w:rPr>
        <w:t>单位</w:t>
      </w:r>
      <w:r>
        <w:rPr>
          <w:rFonts w:ascii="oWgGuaTQ+FZKTK" w:hAnsi="oWgGuaTQ+FZKTK" w:eastAsia="oWgGuaTQ+FZKTK"/>
          <w:color w:val="000000"/>
          <w:sz w:val="32"/>
        </w:rPr>
        <w:t>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市金</w:t>
      </w:r>
      <w:r>
        <w:rPr>
          <w:rFonts w:ascii="oWgGuaTQ+FZKTK" w:hAnsi="oWgGuaTQ+FZKTK" w:eastAsia="oWgGuaTQ+FZKTK"/>
          <w:color w:val="000000"/>
          <w:sz w:val="32"/>
        </w:rPr>
        <w:t>融</w:t>
      </w:r>
      <w:r>
        <w:rPr>
          <w:spacing w:val="2"/>
          <w:rFonts w:ascii="oWgGuaTQ+FZKTK" w:hAnsi="oWgGuaTQ+FZKTK" w:eastAsia="oWgGuaTQ+FZKTK"/>
          <w:color w:val="000000"/>
          <w:sz w:val="32"/>
        </w:rPr>
        <w:t>服务</w:t>
      </w:r>
      <w:r>
        <w:rPr>
          <w:rFonts w:ascii="oWgGuaTQ+FZKTK" w:hAnsi="oWgGuaTQ+FZKTK" w:eastAsia="oWgGuaTQ+FZKTK"/>
          <w:color w:val="000000"/>
          <w:sz w:val="32"/>
        </w:rPr>
        <w:t>中</w:t>
      </w:r>
      <w:r>
        <w:rPr>
          <w:spacing w:val="2"/>
          <w:rFonts w:ascii="oWgGuaTQ+FZKTK" w:hAnsi="oWgGuaTQ+FZKTK" w:eastAsia="oWgGuaTQ+FZKTK"/>
          <w:color w:val="000000"/>
          <w:sz w:val="32"/>
        </w:rPr>
        <w:t>心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9.</w:t>
      </w:r>
      <w:r>
        <w:rPr>
          <w:spacing w:val="4"/>
          <w:rFonts w:ascii="QhZznecx+FZFSK" w:hAnsi="QhZznecx+FZFSK" w:eastAsia="QhZznecx+FZFSK"/>
          <w:color w:val="000000"/>
          <w:sz w:val="32"/>
        </w:rPr>
        <w:t>支持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企业并</w:t>
      </w:r>
      <w:r>
        <w:rPr>
          <w:spacing w:val="4"/>
          <w:rFonts w:ascii="QhZznecx+FZFSK" w:hAnsi="QhZznecx+FZFSK" w:eastAsia="QhZznecx+FZFSK"/>
          <w:color w:val="000000"/>
          <w:sz w:val="32"/>
        </w:rPr>
        <w:t>购</w:t>
      </w:r>
      <w:r>
        <w:rPr>
          <w:rFonts w:ascii="QhZznecx+FZFSK" w:hAnsi="QhZznecx+FZFSK" w:eastAsia="QhZznecx+FZFSK"/>
          <w:color w:val="000000"/>
          <w:sz w:val="32"/>
        </w:rPr>
        <w:t>重</w:t>
      </w:r>
      <w:r>
        <w:rPr>
          <w:spacing w:val="4"/>
          <w:rFonts w:ascii="QhZznecx+FZFSK" w:hAnsi="QhZznecx+FZFSK" w:eastAsia="QhZznecx+FZFSK"/>
          <w:color w:val="000000"/>
          <w:sz w:val="32"/>
        </w:rPr>
        <w:t>组</w:t>
      </w:r>
      <w:r>
        <w:rPr>
          <w:spacing w:val="-56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4"/>
          <w:rFonts w:ascii="QhZznecx+FZFSK" w:hAnsi="QhZznecx+FZFSK" w:eastAsia="QhZznecx+FZFSK"/>
          <w:color w:val="000000"/>
          <w:sz w:val="32"/>
        </w:rPr>
        <w:t>市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5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4"/>
          <w:rFonts w:ascii="QhZznecx+FZFSK" w:hAnsi="QhZznecx+FZFSK" w:eastAsia="QhZznecx+FZFSK"/>
          <w:color w:val="000000"/>
          <w:sz w:val="32"/>
        </w:rPr>
        <w:t>三</w:t>
      </w:r>
      <w:r>
        <w:rPr>
          <w:rFonts w:ascii="QhZznecx+FZFSK" w:hAnsi="QhZznecx+FZFSK" w:eastAsia="QhZznecx+FZFSK"/>
          <w:color w:val="000000"/>
          <w:sz w:val="32"/>
        </w:rPr>
        <w:t>板</w:t>
      </w:r>
      <w:r>
        <w:rPr>
          <w:spacing w:val="2"/>
          <w:rFonts w:ascii="QhZznecx+FZFSK" w:hAnsi="QhZznecx+FZFSK" w:eastAsia="QhZznecx+FZFSK"/>
          <w:color w:val="000000"/>
          <w:sz w:val="32"/>
        </w:rPr>
        <w:t>挂</w:t>
      </w:r>
      <w:r>
        <w:rPr>
          <w:rFonts w:ascii="QhZznecx+FZFSK" w:hAnsi="QhZznecx+FZFSK" w:eastAsia="QhZznecx+FZFSK"/>
          <w:color w:val="000000"/>
          <w:sz w:val="32"/>
        </w:rPr>
        <w:t>牌企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及行</w:t>
      </w:r>
      <w:r>
        <w:rPr>
          <w:spacing w:val="2"/>
          <w:rFonts w:ascii="QhZznecx+FZFSK" w:hAnsi="QhZznecx+FZFSK" w:eastAsia="QhZznecx+FZFSK"/>
          <w:color w:val="000000"/>
          <w:sz w:val="32"/>
        </w:rPr>
        <w:t>业龙</w:t>
      </w:r>
      <w:r>
        <w:rPr>
          <w:rFonts w:ascii="QhZznecx+FZFSK" w:hAnsi="QhZznecx+FZFSK" w:eastAsia="QhZznecx+FZFSK"/>
          <w:color w:val="000000"/>
          <w:sz w:val="32"/>
        </w:rPr>
        <w:t>头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收</w:t>
      </w:r>
      <w:r>
        <w:rPr>
          <w:spacing w:val="2"/>
          <w:rFonts w:ascii="QhZznecx+FZFSK" w:hAnsi="QhZznecx+FZFSK" w:eastAsia="QhZznecx+FZFSK"/>
          <w:color w:val="000000"/>
          <w:sz w:val="32"/>
        </w:rPr>
        <w:t>购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兼</w:t>
      </w:r>
      <w:r>
        <w:rPr>
          <w:spacing w:val="2"/>
          <w:rFonts w:ascii="QhZznecx+FZFSK" w:hAnsi="QhZznecx+FZFSK" w:eastAsia="QhZznecx+FZFSK"/>
          <w:color w:val="000000"/>
          <w:sz w:val="32"/>
        </w:rPr>
        <w:t>并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控</w:t>
      </w:r>
      <w:r>
        <w:rPr>
          <w:spacing w:val="2"/>
          <w:rFonts w:ascii="QhZznecx+FZFSK" w:hAnsi="QhZznecx+FZFSK" w:eastAsia="QhZznecx+FZFSK"/>
          <w:color w:val="000000"/>
          <w:sz w:val="32"/>
        </w:rPr>
        <w:t>股</w:t>
      </w:r>
      <w:r>
        <w:rPr>
          <w:rFonts w:ascii="QhZznecx+FZFSK" w:hAnsi="QhZznecx+FZFSK" w:eastAsia="QhZznecx+FZFSK"/>
          <w:color w:val="000000"/>
          <w:sz w:val="32"/>
        </w:rPr>
        <w:t>市内</w:t>
      </w:r>
      <w:r>
        <w:rPr>
          <w:spacing w:val="2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业（含</w:t>
      </w:r>
      <w:r>
        <w:rPr>
          <w:spacing w:val="4"/>
          <w:rFonts w:ascii="QhZznecx+FZFSK" w:hAnsi="QhZznecx+FZFSK" w:eastAsia="QhZznecx+FZFSK"/>
          <w:color w:val="000000"/>
          <w:sz w:val="32"/>
        </w:rPr>
        <w:t>破</w:t>
      </w:r>
      <w:r>
        <w:rPr>
          <w:rFonts w:ascii="QhZznecx+FZFSK" w:hAnsi="QhZznecx+FZFSK" w:eastAsia="QhZznecx+FZFSK"/>
          <w:color w:val="000000"/>
          <w:sz w:val="32"/>
        </w:rPr>
        <w:t>产重</w:t>
      </w:r>
      <w:r>
        <w:rPr>
          <w:spacing w:val="2"/>
          <w:rFonts w:ascii="QhZznecx+FZFSK" w:hAnsi="QhZznecx+FZFSK" w:eastAsia="QhZznecx+FZFSK"/>
          <w:color w:val="000000"/>
          <w:sz w:val="32"/>
        </w:rPr>
        <w:t>整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，给</w:t>
      </w:r>
      <w:r>
        <w:rPr>
          <w:spacing w:val="2"/>
          <w:rFonts w:ascii="QhZznecx+FZFSK" w:hAnsi="QhZznecx+FZFSK" w:eastAsia="QhZznecx+FZFSK"/>
          <w:color w:val="000000"/>
          <w:sz w:val="32"/>
        </w:rPr>
        <w:t>予重</w:t>
      </w:r>
      <w:r>
        <w:rPr>
          <w:rFonts w:ascii="QhZznecx+FZFSK" w:hAnsi="QhZznecx+FZFSK" w:eastAsia="QhZznecx+FZFSK"/>
          <w:color w:val="000000"/>
          <w:sz w:val="32"/>
        </w:rPr>
        <w:t>组</w:t>
      </w:r>
      <w:r>
        <w:rPr>
          <w:spacing w:val="2"/>
          <w:rFonts w:ascii="QhZznecx+FZFSK" w:hAnsi="QhZznecx+FZFSK" w:eastAsia="QhZznecx+FZFSK"/>
          <w:color w:val="000000"/>
          <w:sz w:val="32"/>
        </w:rPr>
        <w:t>方在</w:t>
      </w:r>
      <w:r>
        <w:rPr>
          <w:rFonts w:ascii="QhZznecx+FZFSK" w:hAnsi="QhZznecx+FZFSK" w:eastAsia="QhZznecx+FZFSK"/>
          <w:color w:val="000000"/>
          <w:sz w:val="32"/>
        </w:rPr>
        <w:t>并</w:t>
      </w:r>
      <w:r>
        <w:rPr>
          <w:spacing w:val="2"/>
          <w:rFonts w:ascii="QhZznecx+FZFSK" w:hAnsi="QhZznecx+FZFSK" w:eastAsia="QhZznecx+FZFSK"/>
          <w:color w:val="000000"/>
          <w:sz w:val="32"/>
        </w:rPr>
        <w:t>购重</w:t>
      </w:r>
      <w:r>
        <w:rPr>
          <w:rFonts w:ascii="QhZznecx+FZFSK" w:hAnsi="QhZznecx+FZFSK" w:eastAsia="QhZznecx+FZFSK"/>
          <w:color w:val="000000"/>
          <w:sz w:val="32"/>
        </w:rPr>
        <w:t>组</w:t>
      </w:r>
      <w:r>
        <w:rPr>
          <w:spacing w:val="4"/>
          <w:rFonts w:ascii="QhZznecx+FZFSK" w:hAnsi="QhZznecx+FZFSK" w:eastAsia="QhZznecx+FZFSK"/>
          <w:color w:val="000000"/>
          <w:sz w:val="32"/>
        </w:rPr>
        <w:t>中</w:t>
      </w:r>
      <w:r>
        <w:rPr>
          <w:rFonts w:ascii="QhZznecx+FZFSK" w:hAnsi="QhZznecx+FZFSK" w:eastAsia="QhZznecx+FZFSK"/>
          <w:color w:val="000000"/>
          <w:sz w:val="32"/>
        </w:rPr>
        <w:t>产生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地方</w:t>
      </w:r>
      <w:r>
        <w:rPr>
          <w:spacing w:val="4"/>
          <w:rFonts w:ascii="QhZznecx+FZFSK" w:hAnsi="QhZznecx+FZFSK" w:eastAsia="QhZznecx+FZFSK"/>
          <w:color w:val="000000"/>
          <w:sz w:val="32"/>
        </w:rPr>
        <w:t>贡</w:t>
      </w:r>
      <w:r>
        <w:rPr>
          <w:rFonts w:ascii="QhZznecx+FZFSK" w:hAnsi="QhZznecx+FZFSK" w:eastAsia="QhZznecx+FZFSK"/>
          <w:color w:val="000000"/>
          <w:sz w:val="32"/>
        </w:rPr>
        <w:t>献</w:t>
      </w:r>
      <w:r>
        <w:rPr>
          <w:spacing w:val="80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9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被重组</w:t>
      </w:r>
      <w:r>
        <w:rPr>
          <w:spacing w:val="6"/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(</w:t>
      </w:r>
      <w:r>
        <w:rPr>
          <w:spacing w:val="6"/>
          <w:rFonts w:ascii="QhZznecx+FZFSK" w:hAnsi="QhZznecx+FZFSK" w:eastAsia="QhZznecx+FZFSK"/>
          <w:color w:val="000000"/>
          <w:sz w:val="32"/>
        </w:rPr>
        <w:t>含本市股改重组企业)</w:t>
      </w:r>
      <w:r>
        <w:rPr>
          <w:spacing w:val="4"/>
          <w:rFonts w:ascii="QhZznecx+FZFSK" w:hAnsi="QhZznecx+FZFSK" w:eastAsia="QhZznecx+FZFSK"/>
          <w:color w:val="000000"/>
          <w:sz w:val="32"/>
        </w:rPr>
        <w:t>的能耗、排污等指标予以保留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16"/>
          <w:rFonts w:ascii="QhZznecx+FZFSK" w:hAnsi="QhZznecx+FZFSK" w:eastAsia="QhZznecx+FZFSK"/>
          <w:color w:val="000000"/>
          <w:sz w:val="32"/>
        </w:rPr>
        <w:t>重</w:t>
      </w:r>
      <w:r>
        <w:rPr>
          <w:spacing w:val="12"/>
          <w:rFonts w:ascii="QhZznecx+FZFSK" w:hAnsi="QhZznecx+FZFSK" w:eastAsia="QhZznecx+FZFSK"/>
          <w:color w:val="000000"/>
          <w:sz w:val="32"/>
        </w:rPr>
        <w:t>组</w:t>
      </w:r>
      <w:r>
        <w:rPr>
          <w:spacing w:val="14"/>
          <w:rFonts w:ascii="QhZznecx+FZFSK" w:hAnsi="QhZznecx+FZFSK" w:eastAsia="QhZznecx+FZFSK"/>
          <w:color w:val="000000"/>
          <w:sz w:val="32"/>
        </w:rPr>
        <w:t>后企业，相</w:t>
      </w:r>
      <w:r>
        <w:rPr>
          <w:spacing w:val="12"/>
          <w:rFonts w:ascii="QhZznecx+FZFSK" w:hAnsi="QhZznecx+FZFSK" w:eastAsia="QhZznecx+FZFSK"/>
          <w:color w:val="000000"/>
          <w:sz w:val="32"/>
        </w:rPr>
        <w:t>关</w:t>
      </w:r>
      <w:r>
        <w:rPr>
          <w:spacing w:val="16"/>
          <w:rFonts w:ascii="QhZznecx+FZFSK" w:hAnsi="QhZznecx+FZFSK" w:eastAsia="QhZznecx+FZFSK"/>
          <w:color w:val="000000"/>
          <w:sz w:val="32"/>
        </w:rPr>
        <w:t>批</w:t>
      </w:r>
      <w:r>
        <w:rPr>
          <w:spacing w:val="12"/>
          <w:rFonts w:ascii="QhZznecx+FZFSK" w:hAnsi="QhZznecx+FZFSK" w:eastAsia="QhZznecx+FZFSK"/>
          <w:color w:val="000000"/>
          <w:sz w:val="32"/>
        </w:rPr>
        <w:t>准</w:t>
      </w:r>
      <w:r>
        <w:rPr>
          <w:spacing w:val="14"/>
          <w:rFonts w:ascii="QhZznecx+FZFSK" w:hAnsi="QhZznecx+FZFSK" w:eastAsia="QhZznecx+FZFSK"/>
          <w:color w:val="000000"/>
          <w:sz w:val="32"/>
        </w:rPr>
        <w:t>文</w:t>
      </w:r>
      <w:r>
        <w:rPr>
          <w:spacing w:val="16"/>
          <w:rFonts w:ascii="QhZznecx+FZFSK" w:hAnsi="QhZznecx+FZFSK" w:eastAsia="QhZznecx+FZFSK"/>
          <w:color w:val="000000"/>
          <w:sz w:val="32"/>
        </w:rPr>
        <w:t>书</w:t>
      </w:r>
      <w:r>
        <w:rPr>
          <w:spacing w:val="12"/>
          <w:rFonts w:ascii="QhZznecx+FZFSK" w:hAnsi="QhZznecx+FZFSK" w:eastAsia="QhZznecx+FZFSK"/>
          <w:color w:val="000000"/>
          <w:sz w:val="32"/>
        </w:rPr>
        <w:t>符</w:t>
      </w:r>
      <w:r>
        <w:rPr>
          <w:spacing w:val="14"/>
          <w:rFonts w:ascii="QhZznecx+FZFSK" w:hAnsi="QhZznecx+FZFSK" w:eastAsia="QhZznecx+FZFSK"/>
          <w:color w:val="000000"/>
          <w:sz w:val="32"/>
        </w:rPr>
        <w:t>合条件可按</w:t>
      </w:r>
      <w:r>
        <w:rPr>
          <w:spacing w:val="12"/>
          <w:rFonts w:ascii="QhZznecx+FZFSK" w:hAnsi="QhZznecx+FZFSK" w:eastAsia="QhZznecx+FZFSK"/>
          <w:color w:val="000000"/>
          <w:sz w:val="32"/>
        </w:rPr>
        <w:t>更</w:t>
      </w:r>
      <w:r>
        <w:rPr>
          <w:spacing w:val="16"/>
          <w:rFonts w:ascii="QhZznecx+FZFSK" w:hAnsi="QhZznecx+FZFSK" w:eastAsia="QhZznecx+FZFSK"/>
          <w:color w:val="000000"/>
          <w:sz w:val="32"/>
        </w:rPr>
        <w:t>名</w:t>
      </w:r>
      <w:r>
        <w:rPr>
          <w:spacing w:val="14"/>
          <w:rFonts w:ascii="QhZznecx+FZFSK" w:hAnsi="QhZznecx+FZFSK" w:eastAsia="QhZznecx+FZFSK"/>
          <w:color w:val="000000"/>
          <w:sz w:val="32"/>
        </w:rPr>
        <w:t>方</w:t>
      </w:r>
      <w:r>
        <w:rPr>
          <w:spacing w:val="12"/>
          <w:rFonts w:ascii="QhZznecx+FZFSK" w:hAnsi="QhZznecx+FZFSK" w:eastAsia="QhZznecx+FZFSK"/>
          <w:color w:val="000000"/>
          <w:sz w:val="32"/>
        </w:rPr>
        <w:t>式</w:t>
      </w:r>
      <w:r>
        <w:rPr>
          <w:spacing w:val="16"/>
          <w:rFonts w:ascii="QhZznecx+FZFSK" w:hAnsi="QhZznecx+FZFSK" w:eastAsia="QhZznecx+FZFSK"/>
          <w:color w:val="000000"/>
          <w:sz w:val="32"/>
        </w:rPr>
        <w:t>直</w:t>
      </w:r>
      <w:r>
        <w:rPr>
          <w:spacing w:val="12"/>
          <w:rFonts w:ascii="QhZznecx+FZFSK" w:hAnsi="QhZznecx+FZFSK" w:eastAsia="QhZznecx+FZFSK"/>
          <w:color w:val="000000"/>
          <w:sz w:val="32"/>
        </w:rPr>
        <w:t>接</w:t>
      </w:r>
      <w:r>
        <w:rPr>
          <w:rFonts w:ascii="QhZznecx+FZFSK" w:hAnsi="QhZznecx+FZFSK" w:eastAsia="QhZznecx+FZFSK"/>
          <w:color w:val="000000"/>
          <w:sz w:val="32"/>
        </w:rPr>
        <w:t>办</w:t>
      </w:r>
      <w:r>
        <w:rPr>
          <w:spacing w:val="2"/>
          <w:rFonts w:ascii="QhZznecx+FZFSK" w:hAnsi="QhZznecx+FZFSK" w:eastAsia="QhZznecx+FZFSK"/>
          <w:color w:val="000000"/>
          <w:sz w:val="32"/>
        </w:rPr>
        <w:t>理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重</w:t>
      </w:r>
      <w:r>
        <w:rPr>
          <w:spacing w:val="2"/>
          <w:rFonts w:ascii="QhZznecx+FZFSK" w:hAnsi="QhZznecx+FZFSK" w:eastAsia="QhZznecx+FZFSK"/>
          <w:color w:val="000000"/>
          <w:sz w:val="32"/>
        </w:rPr>
        <w:t>大</w:t>
      </w:r>
      <w:r>
        <w:rPr>
          <w:rFonts w:ascii="QhZznecx+FZFSK" w:hAnsi="QhZznecx+FZFSK" w:eastAsia="QhZznecx+FZFSK"/>
          <w:color w:val="000000"/>
          <w:sz w:val="32"/>
        </w:rPr>
        <w:t>并</w:t>
      </w:r>
      <w:r>
        <w:rPr>
          <w:spacing w:val="2"/>
          <w:rFonts w:ascii="QhZznecx+FZFSK" w:hAnsi="QhZznecx+FZFSK" w:eastAsia="QhZznecx+FZFSK"/>
          <w:color w:val="000000"/>
          <w:sz w:val="32"/>
        </w:rPr>
        <w:t>购重</w:t>
      </w:r>
      <w:r>
        <w:rPr>
          <w:rFonts w:ascii="QhZznecx+FZFSK" w:hAnsi="QhZznecx+FZFSK" w:eastAsia="QhZznecx+FZFSK"/>
          <w:color w:val="000000"/>
          <w:sz w:val="32"/>
        </w:rPr>
        <w:t>组</w:t>
      </w:r>
      <w:r>
        <w:rPr>
          <w:spacing w:val="2"/>
          <w:rFonts w:ascii="QhZznecx+FZFSK" w:hAnsi="QhZznecx+FZFSK" w:eastAsia="QhZznecx+FZFSK"/>
          <w:color w:val="000000"/>
          <w:sz w:val="32"/>
        </w:rPr>
        <w:t>项目</w:t>
      </w:r>
      <w:r>
        <w:rPr>
          <w:rFonts w:ascii="QhZznecx+FZFSK" w:hAnsi="QhZznecx+FZFSK" w:eastAsia="QhZznecx+FZFSK"/>
          <w:color w:val="000000"/>
          <w:sz w:val="32"/>
        </w:rPr>
        <w:t>可</w:t>
      </w:r>
      <w:r>
        <w:rPr>
          <w:spacing w:val="4"/>
          <w:rFonts w:ascii="QhZznecx+FZFSK" w:hAnsi="QhZznecx+FZFSK" w:eastAsia="QhZznecx+FZFSK"/>
          <w:color w:val="000000"/>
          <w:sz w:val="32"/>
        </w:rPr>
        <w:t>给</w:t>
      </w:r>
      <w:r>
        <w:rPr>
          <w:rFonts w:ascii="QhZznecx+FZFSK" w:hAnsi="QhZznecx+FZFSK" w:eastAsia="QhZznecx+FZFSK"/>
          <w:color w:val="000000"/>
          <w:sz w:val="32"/>
        </w:rPr>
        <w:t>予企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“一</w:t>
      </w:r>
      <w:r>
        <w:rPr>
          <w:spacing w:val="4"/>
          <w:rFonts w:ascii="QhZznecx+FZFSK" w:hAnsi="QhZznecx+FZFSK" w:eastAsia="QhZznecx+FZFSK"/>
          <w:color w:val="000000"/>
          <w:sz w:val="32"/>
        </w:rPr>
        <w:t>事</w:t>
      </w:r>
      <w:r>
        <w:rPr>
          <w:rFonts w:ascii="QhZznecx+FZFSK" w:hAnsi="QhZznecx+FZFSK" w:eastAsia="QhZznecx+FZFSK"/>
          <w:color w:val="000000"/>
          <w:sz w:val="32"/>
        </w:rPr>
        <w:t>一</w:t>
      </w:r>
      <w:r>
        <w:rPr>
          <w:spacing w:val="2"/>
          <w:rFonts w:ascii="QhZznecx+FZFSK" w:hAnsi="QhZznecx+FZFSK" w:eastAsia="QhZznecx+FZFSK"/>
          <w:color w:val="000000"/>
          <w:sz w:val="32"/>
        </w:rPr>
        <w:t>议</w:t>
      </w:r>
      <w:r>
        <w:rPr>
          <w:spacing w:val="-4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政</w:t>
      </w:r>
      <w:r>
        <w:rPr>
          <w:spacing w:val="2"/>
          <w:rFonts w:ascii="QhZznecx+FZFSK" w:hAnsi="QhZznecx+FZFSK" w:eastAsia="QhZznecx+FZFSK"/>
          <w:color w:val="000000"/>
          <w:sz w:val="32"/>
        </w:rPr>
        <w:t>策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（责</w:t>
      </w:r>
      <w:r>
        <w:rPr>
          <w:spacing w:val="2"/>
          <w:rFonts w:ascii="oWgGuaTQ+FZKTK" w:hAnsi="oWgGuaTQ+FZKTK" w:eastAsia="oWgGuaTQ+FZKTK"/>
          <w:color w:val="000000"/>
          <w:sz w:val="32"/>
        </w:rPr>
        <w:t>任单</w:t>
      </w:r>
      <w:r>
        <w:rPr>
          <w:rFonts w:ascii="oWgGuaTQ+FZKTK" w:hAnsi="oWgGuaTQ+FZKTK" w:eastAsia="oWgGuaTQ+FZKTK"/>
          <w:color w:val="000000"/>
          <w:sz w:val="32"/>
        </w:rPr>
        <w:t>位</w:t>
      </w:r>
      <w:r>
        <w:rPr>
          <w:spacing w:val="2"/>
          <w:rFonts w:ascii="oWgGuaTQ+FZKTK" w:hAnsi="oWgGuaTQ+FZKTK" w:eastAsia="oWgGuaTQ+FZKTK"/>
          <w:color w:val="000000"/>
          <w:sz w:val="32"/>
        </w:rPr>
        <w:t>：市</w:t>
      </w:r>
      <w:r>
        <w:rPr>
          <w:rFonts w:ascii="oWgGuaTQ+FZKTK" w:hAnsi="oWgGuaTQ+FZKTK" w:eastAsia="oWgGuaTQ+FZKTK"/>
          <w:color w:val="000000"/>
          <w:sz w:val="32"/>
        </w:rPr>
        <w:t>经</w:t>
      </w:r>
      <w:r>
        <w:rPr>
          <w:spacing w:val="2"/>
          <w:rFonts w:ascii="oWgGuaTQ+FZKTK" w:hAnsi="oWgGuaTQ+FZKTK" w:eastAsia="oWgGuaTQ+FZKTK"/>
          <w:color w:val="000000"/>
          <w:sz w:val="32"/>
        </w:rPr>
        <w:t>信局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TZq99STw+FZHTK" w:hAnsi="TZq99STw+FZHTK" w:eastAsia="TZq99STw+FZHTK"/>
          <w:color w:val="000000"/>
          <w:sz w:val="32"/>
        </w:rPr>
        <w:t>五</w:t>
      </w:r>
      <w:r>
        <w:rPr>
          <w:spacing w:val="4"/>
          <w:rFonts w:ascii="TZq99STw+FZHTK" w:hAnsi="TZq99STw+FZHTK" w:eastAsia="TZq99STw+FZHTK"/>
          <w:color w:val="000000"/>
          <w:sz w:val="32"/>
        </w:rPr>
        <w:t>、</w:t>
      </w:r>
      <w:r>
        <w:rPr>
          <w:rFonts w:ascii="TZq99STw+FZHTK" w:hAnsi="TZq99STw+FZHTK" w:eastAsia="TZq99STw+FZHTK"/>
          <w:color w:val="000000"/>
          <w:sz w:val="32"/>
        </w:rPr>
        <w:t>优化</w:t>
      </w:r>
      <w:r>
        <w:rPr>
          <w:spacing w:val="4"/>
          <w:rFonts w:ascii="TZq99STw+FZHTK" w:hAnsi="TZq99STw+FZHTK" w:eastAsia="TZq99STw+FZHTK"/>
          <w:color w:val="000000"/>
          <w:sz w:val="32"/>
        </w:rPr>
        <w:t>提</w:t>
      </w:r>
      <w:r>
        <w:rPr>
          <w:rFonts w:ascii="TZq99STw+FZHTK" w:hAnsi="TZq99STw+FZHTK" w:eastAsia="TZq99STw+FZHTK"/>
          <w:color w:val="000000"/>
          <w:sz w:val="32"/>
        </w:rPr>
        <w:t>升服</w:t>
      </w:r>
      <w:r>
        <w:rPr>
          <w:spacing w:val="4"/>
          <w:rFonts w:ascii="TZq99STw+FZHTK" w:hAnsi="TZq99STw+FZHTK" w:eastAsia="TZq99STw+FZHTK"/>
          <w:color w:val="000000"/>
          <w:sz w:val="32"/>
        </w:rPr>
        <w:t>务</w:t>
      </w:r>
      <w:r>
        <w:rPr>
          <w:rFonts w:ascii="TZq99STw+FZHTK" w:hAnsi="TZq99STw+FZHTK" w:eastAsia="TZq99STw+FZHTK"/>
          <w:color w:val="000000"/>
          <w:sz w:val="32"/>
        </w:rPr>
        <w:t>链，</w:t>
      </w:r>
      <w:r>
        <w:rPr>
          <w:spacing w:val="4"/>
          <w:rFonts w:ascii="TZq99STw+FZHTK" w:hAnsi="TZq99STw+FZHTK" w:eastAsia="TZq99STw+FZHTK"/>
          <w:color w:val="000000"/>
          <w:sz w:val="32"/>
        </w:rPr>
        <w:t>推</w:t>
      </w:r>
      <w:r>
        <w:rPr>
          <w:rFonts w:ascii="TZq99STw+FZHTK" w:hAnsi="TZq99STw+FZHTK" w:eastAsia="TZq99STw+FZHTK"/>
          <w:color w:val="000000"/>
          <w:sz w:val="32"/>
        </w:rPr>
        <w:t>进改</w:t>
      </w:r>
      <w:r>
        <w:rPr>
          <w:spacing w:val="4"/>
          <w:rFonts w:ascii="TZq99STw+FZHTK" w:hAnsi="TZq99STw+FZHTK" w:eastAsia="TZq99STw+FZHTK"/>
          <w:color w:val="000000"/>
          <w:sz w:val="32"/>
        </w:rPr>
        <w:t>革</w:t>
      </w:r>
      <w:r>
        <w:rPr>
          <w:rFonts w:ascii="TZq99STw+FZHTK" w:hAnsi="TZq99STw+FZHTK" w:eastAsia="TZq99STw+FZHTK"/>
          <w:color w:val="000000"/>
          <w:sz w:val="32"/>
        </w:rPr>
        <w:t>健康</w:t>
      </w:r>
      <w:r>
        <w:rPr>
          <w:spacing w:val="4"/>
          <w:rFonts w:ascii="TZq99STw+FZHTK" w:hAnsi="TZq99STw+FZHTK" w:eastAsia="TZq99STw+FZHTK"/>
          <w:color w:val="000000"/>
          <w:sz w:val="32"/>
        </w:rPr>
        <w:t>发</w:t>
      </w:r>
      <w:r>
        <w:rPr>
          <w:rFonts w:ascii="TZq99STw+FZHTK" w:hAnsi="TZq99STw+FZHTK" w:eastAsia="TZq99STw+FZHTK"/>
          <w:color w:val="000000"/>
          <w:sz w:val="32"/>
        </w:rPr>
        <w:t>展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2"/>
          <w:rFonts w:ascii="QhZznecx+FZFSK" w:hAnsi="QhZznecx+FZFSK" w:eastAsia="QhZznecx+FZFSK"/>
          <w:color w:val="000000"/>
          <w:sz w:val="32"/>
        </w:rPr>
        <w:t>0.支持平</w:t>
      </w:r>
      <w:r>
        <w:rPr>
          <w:spacing w:val="4"/>
          <w:rFonts w:ascii="QhZznecx+FZFSK" w:hAnsi="QhZznecx+FZFSK" w:eastAsia="QhZznecx+FZFSK"/>
          <w:color w:val="000000"/>
          <w:sz w:val="32"/>
        </w:rPr>
        <w:t>台发</w:t>
      </w:r>
      <w:r>
        <w:rPr>
          <w:spacing w:val="2"/>
          <w:rFonts w:ascii="QhZznecx+FZFSK" w:hAnsi="QhZznecx+FZFSK" w:eastAsia="QhZznecx+FZFSK"/>
          <w:color w:val="000000"/>
          <w:sz w:val="32"/>
        </w:rPr>
        <w:t>展赋能</w:t>
      </w:r>
      <w:r>
        <w:rPr>
          <w:spacing w:val="-56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“一</w:t>
      </w:r>
      <w:r>
        <w:rPr>
          <w:spacing w:val="2"/>
          <w:rFonts w:ascii="QhZznecx+FZFSK" w:hAnsi="QhZznecx+FZFSK" w:eastAsia="QhZznecx+FZFSK"/>
          <w:color w:val="000000"/>
          <w:sz w:val="32"/>
        </w:rPr>
        <w:t>主三副</w:t>
      </w:r>
      <w:r>
        <w:rPr>
          <w:spacing w:val="-32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平</w:t>
      </w:r>
      <w:r>
        <w:rPr>
          <w:spacing w:val="2"/>
          <w:rFonts w:ascii="QhZznecx+FZFSK" w:hAnsi="QhZznecx+FZFSK" w:eastAsia="QhZznecx+FZFSK"/>
          <w:color w:val="000000"/>
          <w:sz w:val="32"/>
        </w:rPr>
        <w:t>台内</w:t>
      </w:r>
      <w:r>
        <w:rPr>
          <w:spacing w:val="-3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配套</w:t>
      </w:r>
    </w:p>
    <w:p>
      <w:pPr>
        <w:autoSpaceDN w:val="0"/>
        <w:autoSpaceDE w:val="0"/>
        <w:widowControl/>
        <w:spacing w:line="350" w:lineRule="exact" w:before="274" w:after="0"/>
        <w:ind w:left="0" w:right="0" w:firstLine="0"/>
        <w:jc w:val="center"/>
      </w:pPr>
      <w:r>
        <w:rPr>
          <w:spacing w:val="16"/>
          <w:rFonts w:ascii="QhZznecx+FZFSK" w:hAnsi="QhZznecx+FZFSK" w:eastAsia="QhZznecx+FZFSK"/>
          <w:color w:val="000000"/>
          <w:sz w:val="32"/>
        </w:rPr>
        <w:t>建</w:t>
      </w:r>
      <w:r>
        <w:rPr>
          <w:spacing w:val="12"/>
          <w:rFonts w:ascii="QhZznecx+FZFSK" w:hAnsi="QhZznecx+FZFSK" w:eastAsia="QhZznecx+FZFSK"/>
          <w:color w:val="000000"/>
          <w:sz w:val="32"/>
        </w:rPr>
        <w:t>设</w:t>
      </w:r>
      <w:r>
        <w:rPr>
          <w:spacing w:val="14"/>
          <w:rFonts w:ascii="QhZznecx+FZFSK" w:hAnsi="QhZznecx+FZFSK" w:eastAsia="QhZznecx+FZFSK"/>
          <w:color w:val="000000"/>
          <w:sz w:val="32"/>
        </w:rPr>
        <w:t>行政办公及</w:t>
      </w:r>
      <w:r>
        <w:rPr>
          <w:spacing w:val="12"/>
          <w:rFonts w:ascii="QhZznecx+FZFSK" w:hAnsi="QhZznecx+FZFSK" w:eastAsia="QhZznecx+FZFSK"/>
          <w:color w:val="000000"/>
          <w:sz w:val="32"/>
        </w:rPr>
        <w:t>生</w:t>
      </w:r>
      <w:r>
        <w:rPr>
          <w:spacing w:val="16"/>
          <w:rFonts w:ascii="QhZznecx+FZFSK" w:hAnsi="QhZznecx+FZFSK" w:eastAsia="QhZznecx+FZFSK"/>
          <w:color w:val="000000"/>
          <w:sz w:val="32"/>
        </w:rPr>
        <w:t>活</w:t>
      </w:r>
      <w:r>
        <w:rPr>
          <w:spacing w:val="12"/>
          <w:rFonts w:ascii="QhZznecx+FZFSK" w:hAnsi="QhZznecx+FZFSK" w:eastAsia="QhZznecx+FZFSK"/>
          <w:color w:val="000000"/>
          <w:sz w:val="32"/>
        </w:rPr>
        <w:t>服</w:t>
      </w:r>
      <w:r>
        <w:rPr>
          <w:spacing w:val="14"/>
          <w:rFonts w:ascii="QhZznecx+FZFSK" w:hAnsi="QhZznecx+FZFSK" w:eastAsia="QhZznecx+FZFSK"/>
          <w:color w:val="000000"/>
          <w:sz w:val="32"/>
        </w:rPr>
        <w:t>务</w:t>
      </w:r>
      <w:r>
        <w:rPr>
          <w:spacing w:val="16"/>
          <w:rFonts w:ascii="QhZznecx+FZFSK" w:hAnsi="QhZznecx+FZFSK" w:eastAsia="QhZznecx+FZFSK"/>
          <w:color w:val="000000"/>
          <w:sz w:val="32"/>
        </w:rPr>
        <w:t>设</w:t>
      </w:r>
      <w:r>
        <w:rPr>
          <w:spacing w:val="12"/>
          <w:rFonts w:ascii="QhZznecx+FZFSK" w:hAnsi="QhZznecx+FZFSK" w:eastAsia="QhZznecx+FZFSK"/>
          <w:color w:val="000000"/>
          <w:sz w:val="32"/>
        </w:rPr>
        <w:t>施</w:t>
      </w:r>
      <w:r>
        <w:rPr>
          <w:spacing w:val="14"/>
          <w:rFonts w:ascii="QhZznecx+FZFSK" w:hAnsi="QhZznecx+FZFSK" w:eastAsia="QhZznecx+FZFSK"/>
          <w:color w:val="000000"/>
          <w:sz w:val="32"/>
        </w:rPr>
        <w:t>的用地面积</w:t>
      </w:r>
      <w:r>
        <w:rPr>
          <w:spacing w:val="12"/>
          <w:rFonts w:ascii="QhZznecx+FZFSK" w:hAnsi="QhZznecx+FZFSK" w:eastAsia="QhZznecx+FZFSK"/>
          <w:color w:val="000000"/>
          <w:sz w:val="32"/>
        </w:rPr>
        <w:t>占</w:t>
      </w:r>
      <w:r>
        <w:rPr>
          <w:spacing w:val="16"/>
          <w:rFonts w:ascii="QhZznecx+FZFSK" w:hAnsi="QhZznecx+FZFSK" w:eastAsia="QhZznecx+FZFSK"/>
          <w:color w:val="000000"/>
          <w:sz w:val="32"/>
        </w:rPr>
        <w:t>项</w:t>
      </w:r>
      <w:r>
        <w:rPr>
          <w:spacing w:val="14"/>
          <w:rFonts w:ascii="QhZznecx+FZFSK" w:hAnsi="QhZznecx+FZFSK" w:eastAsia="QhZznecx+FZFSK"/>
          <w:color w:val="000000"/>
          <w:sz w:val="32"/>
        </w:rPr>
        <w:t>目</w:t>
      </w:r>
      <w:r>
        <w:rPr>
          <w:spacing w:val="12"/>
          <w:rFonts w:ascii="QhZznecx+FZFSK" w:hAnsi="QhZznecx+FZFSK" w:eastAsia="QhZznecx+FZFSK"/>
          <w:color w:val="000000"/>
          <w:sz w:val="32"/>
        </w:rPr>
        <w:t>总</w:t>
      </w:r>
      <w:r>
        <w:rPr>
          <w:spacing w:val="16"/>
          <w:rFonts w:ascii="QhZznecx+FZFSK" w:hAnsi="QhZznecx+FZFSK" w:eastAsia="QhZznecx+FZFSK"/>
          <w:color w:val="000000"/>
          <w:sz w:val="32"/>
        </w:rPr>
        <w:t>用</w:t>
      </w:r>
      <w:r>
        <w:rPr>
          <w:spacing w:val="12"/>
          <w:rFonts w:ascii="QhZznecx+FZFSK" w:hAnsi="QhZznecx+FZFSK" w:eastAsia="QhZznecx+FZFSK"/>
          <w:color w:val="000000"/>
          <w:sz w:val="32"/>
        </w:rPr>
        <w:t>地</w:t>
      </w:r>
      <w:r>
        <w:rPr>
          <w:rFonts w:ascii="QhZznecx+FZFSK" w:hAnsi="QhZznecx+FZFSK" w:eastAsia="QhZznecx+FZFSK"/>
          <w:color w:val="000000"/>
          <w:sz w:val="32"/>
        </w:rPr>
        <w:t>面</w:t>
      </w:r>
    </w:p>
    <w:p>
      <w:pPr>
        <w:autoSpaceDN w:val="0"/>
        <w:autoSpaceDE w:val="0"/>
        <w:widowControl/>
        <w:spacing w:line="350" w:lineRule="exact" w:before="274" w:after="0"/>
        <w:ind w:left="0" w:right="0" w:firstLine="0"/>
        <w:jc w:val="center"/>
      </w:pPr>
      <w:r>
        <w:rPr>
          <w:spacing w:val="2"/>
          <w:rFonts w:ascii="QhZznecx+FZFSK" w:hAnsi="QhZznecx+FZFSK" w:eastAsia="QhZznecx+FZFSK"/>
          <w:color w:val="000000"/>
          <w:sz w:val="32"/>
        </w:rPr>
        <w:t>积的</w:t>
      </w:r>
      <w:r>
        <w:rPr>
          <w:rFonts w:ascii="QhZznecx+FZFSK" w:hAnsi="QhZznecx+FZFSK" w:eastAsia="QhZznecx+FZFSK"/>
          <w:color w:val="000000"/>
          <w:sz w:val="32"/>
        </w:rPr>
        <w:t>比</w:t>
      </w:r>
      <w:r>
        <w:rPr>
          <w:spacing w:val="2"/>
          <w:rFonts w:ascii="QhZznecx+FZFSK" w:hAnsi="QhZznecx+FZFSK" w:eastAsia="QhZznecx+FZFSK"/>
          <w:color w:val="000000"/>
          <w:sz w:val="32"/>
        </w:rPr>
        <w:t>例上</w:t>
      </w:r>
      <w:r>
        <w:rPr>
          <w:rFonts w:ascii="QhZznecx+FZFSK" w:hAnsi="QhZznecx+FZFSK" w:eastAsia="QhZznecx+FZFSK"/>
          <w:color w:val="000000"/>
          <w:sz w:val="32"/>
        </w:rPr>
        <w:t>限</w:t>
      </w:r>
      <w:r>
        <w:rPr>
          <w:spacing w:val="4"/>
          <w:rFonts w:ascii="QhZznecx+FZFSK" w:hAnsi="QhZznecx+FZFSK" w:eastAsia="QhZznecx+FZFSK"/>
          <w:color w:val="000000"/>
          <w:sz w:val="32"/>
        </w:rPr>
        <w:t>可</w:t>
      </w:r>
      <w:r>
        <w:rPr>
          <w:spacing w:val="80"/>
          <w:rFonts w:ascii="QhZznecx+FZFSK" w:hAnsi="QhZznecx+FZFSK" w:eastAsia="QhZznecx+FZFSK"/>
          <w:color w:val="000000"/>
          <w:sz w:val="32"/>
        </w:rPr>
        <w:t>由</w:t>
      </w:r>
      <w:r>
        <w:rPr>
          <w:spacing w:val="-2"/>
          <w:rFonts w:ascii="QhZznecx+FZFSK" w:hAnsi="QhZznecx+FZFSK" w:eastAsia="QhZznecx+FZFSK"/>
          <w:color w:val="000000"/>
          <w:sz w:val="32"/>
        </w:rPr>
        <w:t>7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提</w:t>
      </w:r>
      <w:r>
        <w:rPr>
          <w:spacing w:val="2"/>
          <w:rFonts w:ascii="QhZznecx+FZFSK" w:hAnsi="QhZznecx+FZFSK" w:eastAsia="QhZznecx+FZFSK"/>
          <w:color w:val="000000"/>
          <w:sz w:val="32"/>
        </w:rPr>
        <w:t>高</w:t>
      </w:r>
      <w:r>
        <w:rPr>
          <w:spacing w:val="78"/>
          <w:rFonts w:ascii="QhZznecx+FZFSK" w:hAnsi="QhZznecx+FZFSK" w:eastAsia="QhZznecx+FZFSK"/>
          <w:color w:val="000000"/>
          <w:sz w:val="32"/>
        </w:rPr>
        <w:t>到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spacing w:val="-2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提</w:t>
      </w:r>
      <w:r>
        <w:rPr>
          <w:spacing w:val="2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部</w:t>
      </w:r>
      <w:r>
        <w:rPr>
          <w:spacing w:val="2"/>
          <w:rFonts w:ascii="QhZznecx+FZFSK" w:hAnsi="QhZznecx+FZFSK" w:eastAsia="QhZznecx+FZFSK"/>
          <w:color w:val="000000"/>
          <w:sz w:val="32"/>
        </w:rPr>
        <w:t>分主</w:t>
      </w:r>
      <w:r>
        <w:rPr>
          <w:rFonts w:ascii="QhZznecx+FZFSK" w:hAnsi="QhZznecx+FZFSK" w:eastAsia="QhZznecx+FZFSK"/>
          <w:color w:val="000000"/>
          <w:sz w:val="32"/>
        </w:rPr>
        <w:t>要</w:t>
      </w:r>
      <w:r>
        <w:rPr>
          <w:spacing w:val="4"/>
          <w:rFonts w:ascii="QhZznecx+FZFSK" w:hAnsi="QhZznecx+FZFSK" w:eastAsia="QhZznecx+FZFSK"/>
          <w:color w:val="000000"/>
          <w:sz w:val="32"/>
        </w:rPr>
        <w:t>用</w:t>
      </w:r>
      <w:r>
        <w:rPr>
          <w:spacing w:val="-2"/>
          <w:rFonts w:ascii="QhZznecx+FZFSK" w:hAnsi="QhZznecx+FZFSK" w:eastAsia="QhZznecx+FZFSK"/>
          <w:color w:val="000000"/>
          <w:sz w:val="32"/>
        </w:rPr>
        <w:t>于</w:t>
      </w:r>
      <w:r>
        <w:rPr>
          <w:rFonts w:ascii="QhZznecx+FZFSK" w:hAnsi="QhZznecx+FZFSK" w:eastAsia="QhZznecx+FZFSK"/>
          <w:color w:val="161A1D"/>
          <w:sz w:val="32"/>
        </w:rPr>
        <w:t>建</w:t>
      </w:r>
      <w:r>
        <w:rPr>
          <w:spacing w:val="4"/>
          <w:rFonts w:ascii="QhZznecx+FZFSK" w:hAnsi="QhZznecx+FZFSK" w:eastAsia="QhZznecx+FZFSK"/>
          <w:color w:val="161A1D"/>
          <w:sz w:val="32"/>
        </w:rPr>
        <w:t>设</w:t>
      </w:r>
      <w:r>
        <w:rPr>
          <w:rFonts w:ascii="QhZznecx+FZFSK" w:hAnsi="QhZznecx+FZFSK" w:eastAsia="QhZznecx+FZFSK"/>
          <w:color w:val="161A1D"/>
          <w:sz w:val="32"/>
        </w:rPr>
        <w:t>宿</w:t>
      </w:r>
    </w:p>
    <w:p>
      <w:pPr>
        <w:autoSpaceDN w:val="0"/>
        <w:autoSpaceDE w:val="0"/>
        <w:widowControl/>
        <w:spacing w:line="350" w:lineRule="exact" w:before="274" w:after="0"/>
        <w:ind w:left="0" w:right="0" w:firstLine="0"/>
        <w:jc w:val="center"/>
      </w:pPr>
      <w:r>
        <w:rPr>
          <w:spacing w:val="2"/>
          <w:rFonts w:ascii="QhZznecx+FZFSK" w:hAnsi="QhZznecx+FZFSK" w:eastAsia="QhZznecx+FZFSK"/>
          <w:color w:val="161A1D"/>
          <w:sz w:val="32"/>
        </w:rPr>
        <w:t>舍型</w:t>
      </w:r>
      <w:r>
        <w:rPr>
          <w:rFonts w:ascii="QhZznecx+FZFSK" w:hAnsi="QhZznecx+FZFSK" w:eastAsia="QhZznecx+FZFSK"/>
          <w:color w:val="161A1D"/>
          <w:sz w:val="32"/>
        </w:rPr>
        <w:t>保</w:t>
      </w:r>
      <w:r>
        <w:rPr>
          <w:spacing w:val="2"/>
          <w:rFonts w:ascii="QhZznecx+FZFSK" w:hAnsi="QhZznecx+FZFSK" w:eastAsia="QhZznecx+FZFSK"/>
          <w:color w:val="161A1D"/>
          <w:sz w:val="32"/>
        </w:rPr>
        <w:t>障性</w:t>
      </w:r>
      <w:r>
        <w:rPr>
          <w:rFonts w:ascii="QhZznecx+FZFSK" w:hAnsi="QhZznecx+FZFSK" w:eastAsia="QhZznecx+FZFSK"/>
          <w:color w:val="161A1D"/>
          <w:sz w:val="32"/>
        </w:rPr>
        <w:t>租</w:t>
      </w:r>
      <w:r>
        <w:rPr>
          <w:spacing w:val="2"/>
          <w:rFonts w:ascii="QhZznecx+FZFSK" w:hAnsi="QhZznecx+FZFSK" w:eastAsia="QhZznecx+FZFSK"/>
          <w:color w:val="161A1D"/>
          <w:sz w:val="32"/>
        </w:rPr>
        <w:t>赁住</w:t>
      </w:r>
      <w:r>
        <w:rPr>
          <w:rFonts w:ascii="QhZznecx+FZFSK" w:hAnsi="QhZznecx+FZFSK" w:eastAsia="QhZznecx+FZFSK"/>
          <w:color w:val="161A1D"/>
          <w:sz w:val="32"/>
        </w:rPr>
        <w:t>房</w:t>
      </w:r>
      <w:r>
        <w:rPr>
          <w:spacing w:val="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2"/>
          <w:rFonts w:ascii="oWgGuaTQ+FZKTK" w:hAnsi="oWgGuaTQ+FZKTK" w:eastAsia="oWgGuaTQ+FZKTK"/>
          <w:color w:val="000000"/>
          <w:sz w:val="32"/>
        </w:rPr>
        <w:t>责任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资规</w:t>
      </w:r>
      <w:r>
        <w:rPr>
          <w:rFonts w:ascii="oWgGuaTQ+FZKTK" w:hAnsi="oWgGuaTQ+FZKTK" w:eastAsia="oWgGuaTQ+FZKTK"/>
          <w:color w:val="000000"/>
          <w:sz w:val="32"/>
        </w:rPr>
        <w:t>局</w:t>
      </w:r>
      <w:r>
        <w:rPr>
          <w:spacing w:val="2"/>
          <w:rFonts w:ascii="oWgGuaTQ+FZKTK" w:hAnsi="oWgGuaTQ+FZKTK" w:eastAsia="oWgGuaTQ+FZKTK"/>
          <w:color w:val="000000"/>
          <w:sz w:val="32"/>
        </w:rPr>
        <w:t>、市</w:t>
      </w:r>
      <w:r>
        <w:rPr>
          <w:rFonts w:ascii="oWgGuaTQ+FZKTK" w:hAnsi="oWgGuaTQ+FZKTK" w:eastAsia="oWgGuaTQ+FZKTK"/>
          <w:color w:val="000000"/>
          <w:sz w:val="32"/>
        </w:rPr>
        <w:t>住</w:t>
      </w:r>
      <w:r>
        <w:rPr>
          <w:spacing w:val="2"/>
          <w:rFonts w:ascii="oWgGuaTQ+FZKTK" w:hAnsi="oWgGuaTQ+FZKTK" w:eastAsia="oWgGuaTQ+FZKTK"/>
          <w:color w:val="000000"/>
          <w:sz w:val="32"/>
        </w:rPr>
        <w:t>建局</w:t>
      </w:r>
      <w:r>
        <w:rPr>
          <w:rFonts w:ascii="oWgGuaTQ+FZKTK" w:hAnsi="oWgGuaTQ+FZKTK" w:eastAsia="oWgGuaTQ+FZKTK"/>
          <w:color w:val="000000"/>
          <w:sz w:val="32"/>
        </w:rPr>
        <w:t>、</w:t>
      </w:r>
    </w:p>
    <w:p>
      <w:pPr>
        <w:autoSpaceDN w:val="0"/>
        <w:autoSpaceDE w:val="0"/>
        <w:widowControl/>
        <w:spacing w:line="346" w:lineRule="exact" w:before="276" w:after="0"/>
        <w:ind w:left="360" w:right="0" w:firstLine="0"/>
        <w:jc w:val="left"/>
      </w:pPr>
      <w:r>
        <w:rPr>
          <w:spacing w:val="2"/>
          <w:rFonts w:ascii="oWgGuaTQ+FZKTK" w:hAnsi="oWgGuaTQ+FZKTK" w:eastAsia="oWgGuaTQ+FZKTK"/>
          <w:color w:val="000000"/>
          <w:sz w:val="32"/>
        </w:rPr>
        <w:t>江山</w:t>
      </w:r>
      <w:r>
        <w:rPr>
          <w:rFonts w:ascii="oWgGuaTQ+FZKTK" w:hAnsi="oWgGuaTQ+FZKTK" w:eastAsia="oWgGuaTQ+FZKTK"/>
          <w:color w:val="000000"/>
          <w:sz w:val="32"/>
        </w:rPr>
        <w:t>经</w:t>
      </w:r>
      <w:r>
        <w:rPr>
          <w:spacing w:val="2"/>
          <w:rFonts w:ascii="oWgGuaTQ+FZKTK" w:hAnsi="oWgGuaTQ+FZKTK" w:eastAsia="oWgGuaTQ+FZKTK"/>
          <w:color w:val="000000"/>
          <w:sz w:val="32"/>
        </w:rPr>
        <w:t>济开</w:t>
      </w:r>
      <w:r>
        <w:rPr>
          <w:rFonts w:ascii="oWgGuaTQ+FZKTK" w:hAnsi="oWgGuaTQ+FZKTK" w:eastAsia="oWgGuaTQ+FZKTK"/>
          <w:color w:val="000000"/>
          <w:sz w:val="32"/>
        </w:rPr>
        <w:t>发</w:t>
      </w:r>
      <w:r>
        <w:rPr>
          <w:spacing w:val="2"/>
          <w:rFonts w:ascii="oWgGuaTQ+FZKTK" w:hAnsi="oWgGuaTQ+FZKTK" w:eastAsia="oWgGuaTQ+FZKTK"/>
          <w:color w:val="000000"/>
          <w:sz w:val="32"/>
        </w:rPr>
        <w:t>区、</w:t>
      </w:r>
      <w:r>
        <w:rPr>
          <w:rFonts w:ascii="oWgGuaTQ+FZKTK" w:hAnsi="oWgGuaTQ+FZKTK" w:eastAsia="oWgGuaTQ+FZKTK"/>
          <w:color w:val="000000"/>
          <w:sz w:val="32"/>
        </w:rPr>
        <w:t>贺</w:t>
      </w:r>
      <w:r>
        <w:rPr>
          <w:spacing w:val="2"/>
          <w:rFonts w:ascii="oWgGuaTQ+FZKTK" w:hAnsi="oWgGuaTQ+FZKTK" w:eastAsia="oWgGuaTQ+FZKTK"/>
          <w:color w:val="000000"/>
          <w:sz w:val="32"/>
        </w:rPr>
        <w:t>村镇</w:t>
      </w:r>
      <w:r>
        <w:rPr>
          <w:rFonts w:ascii="oWgGuaTQ+FZKTK" w:hAnsi="oWgGuaTQ+FZKTK" w:eastAsia="oWgGuaTQ+FZKTK"/>
          <w:color w:val="000000"/>
          <w:sz w:val="32"/>
        </w:rPr>
        <w:t>、</w:t>
      </w:r>
      <w:r>
        <w:rPr>
          <w:spacing w:val="2"/>
          <w:rFonts w:ascii="oWgGuaTQ+FZKTK" w:hAnsi="oWgGuaTQ+FZKTK" w:eastAsia="oWgGuaTQ+FZKTK"/>
          <w:color w:val="000000"/>
          <w:sz w:val="32"/>
        </w:rPr>
        <w:t>四都</w:t>
      </w:r>
      <w:r>
        <w:rPr>
          <w:rFonts w:ascii="oWgGuaTQ+FZKTK" w:hAnsi="oWgGuaTQ+FZKTK" w:eastAsia="oWgGuaTQ+FZKTK"/>
          <w:color w:val="000000"/>
          <w:sz w:val="32"/>
        </w:rPr>
        <w:t>镇</w:t>
      </w:r>
      <w:r>
        <w:rPr>
          <w:spacing w:val="2"/>
          <w:rFonts w:ascii="oWgGuaTQ+FZKTK" w:hAnsi="oWgGuaTQ+FZKTK" w:eastAsia="oWgGuaTQ+FZKTK"/>
          <w:color w:val="000000"/>
          <w:sz w:val="32"/>
        </w:rPr>
        <w:t>、峡</w:t>
      </w:r>
      <w:r>
        <w:rPr>
          <w:rFonts w:ascii="oWgGuaTQ+FZKTK" w:hAnsi="oWgGuaTQ+FZKTK" w:eastAsia="oWgGuaTQ+FZKTK"/>
          <w:color w:val="000000"/>
          <w:sz w:val="32"/>
        </w:rPr>
        <w:t>口</w:t>
      </w:r>
      <w:r>
        <w:rPr>
          <w:spacing w:val="2"/>
          <w:rFonts w:ascii="oWgGuaTQ+FZKTK" w:hAnsi="oWgGuaTQ+FZKTK" w:eastAsia="oWgGuaTQ+FZKTK"/>
          <w:color w:val="000000"/>
          <w:sz w:val="32"/>
        </w:rPr>
        <w:t>镇</w:t>
      </w:r>
      <w:r>
        <w:rPr>
          <w:rFonts w:ascii="oWgGuaTQ+FZKTK" w:hAnsi="oWgGuaTQ+FZKTK" w:eastAsia="oWgGuaTQ+FZKTK"/>
          <w:color w:val="000000"/>
          <w:sz w:val="32"/>
        </w:rPr>
        <w:t>）</w:t>
      </w:r>
    </w:p>
    <w:p>
      <w:pPr>
        <w:autoSpaceDN w:val="0"/>
        <w:autoSpaceDE w:val="0"/>
        <w:widowControl/>
        <w:spacing w:line="590" w:lineRule="exact" w:before="96" w:after="0"/>
        <w:ind w:left="360" w:right="144" w:firstLine="640"/>
        <w:jc w:val="left"/>
      </w:pPr>
      <w:r>
        <w:rPr>
          <w:rFonts w:ascii="QhZznecx+FZFSK" w:hAnsi="QhZznecx+FZFSK" w:eastAsia="QhZznecx+FZFSK"/>
          <w:color w:val="000000"/>
          <w:sz w:val="32"/>
        </w:rPr>
        <w:t>加</w:t>
      </w:r>
      <w:r>
        <w:rPr>
          <w:spacing w:val="4"/>
          <w:rFonts w:ascii="QhZznecx+FZFSK" w:hAnsi="QhZznecx+FZFSK" w:eastAsia="QhZznecx+FZFSK"/>
          <w:color w:val="000000"/>
          <w:sz w:val="32"/>
        </w:rPr>
        <w:t>大</w:t>
      </w:r>
      <w:r>
        <w:rPr>
          <w:rFonts w:ascii="QhZznecx+FZFSK" w:hAnsi="QhZznecx+FZFSK" w:eastAsia="QhZznecx+FZFSK"/>
          <w:color w:val="000000"/>
          <w:sz w:val="32"/>
        </w:rPr>
        <w:t>对经</w:t>
      </w:r>
      <w:r>
        <w:rPr>
          <w:spacing w:val="4"/>
          <w:rFonts w:ascii="QhZznecx+FZFSK" w:hAnsi="QhZznecx+FZFSK" w:eastAsia="QhZznecx+FZFSK"/>
          <w:color w:val="000000"/>
          <w:sz w:val="32"/>
        </w:rPr>
        <w:t>省</w:t>
      </w:r>
      <w:r>
        <w:rPr>
          <w:rFonts w:ascii="QhZznecx+FZFSK" w:hAnsi="QhZznecx+FZFSK" w:eastAsia="QhZznecx+FZFSK"/>
          <w:color w:val="000000"/>
          <w:sz w:val="32"/>
        </w:rPr>
        <w:t>市县</w:t>
      </w:r>
      <w:r>
        <w:rPr>
          <w:spacing w:val="4"/>
          <w:rFonts w:ascii="QhZznecx+FZFSK" w:hAnsi="QhZznecx+FZFSK" w:eastAsia="QhZznecx+FZFSK"/>
          <w:color w:val="000000"/>
          <w:sz w:val="32"/>
        </w:rPr>
        <w:t>三</w:t>
      </w:r>
      <w:r>
        <w:rPr>
          <w:rFonts w:ascii="QhZznecx+FZFSK" w:hAnsi="QhZznecx+FZFSK" w:eastAsia="QhZznecx+FZFSK"/>
          <w:color w:val="000000"/>
          <w:sz w:val="32"/>
        </w:rPr>
        <w:t>级认</w:t>
      </w:r>
      <w:r>
        <w:rPr>
          <w:spacing w:val="4"/>
          <w:rFonts w:ascii="QhZznecx+FZFSK" w:hAnsi="QhZznecx+FZFSK" w:eastAsia="QhZznecx+FZFSK"/>
          <w:color w:val="000000"/>
          <w:sz w:val="32"/>
        </w:rPr>
        <w:t>定</w:t>
      </w:r>
      <w:r>
        <w:rPr>
          <w:rFonts w:ascii="QhZznecx+FZFSK" w:hAnsi="QhZznecx+FZFSK" w:eastAsia="QhZznecx+FZFSK"/>
          <w:color w:val="000000"/>
          <w:sz w:val="32"/>
        </w:rPr>
        <w:t>的民</w:t>
      </w:r>
      <w:r>
        <w:rPr>
          <w:spacing w:val="4"/>
          <w:rFonts w:ascii="QhZznecx+FZFSK" w:hAnsi="QhZznecx+FZFSK" w:eastAsia="QhZznecx+FZFSK"/>
          <w:color w:val="000000"/>
          <w:sz w:val="32"/>
        </w:rPr>
        <w:t>营</w:t>
      </w:r>
      <w:r>
        <w:rPr>
          <w:rFonts w:ascii="QhZznecx+FZFSK" w:hAnsi="QhZznecx+FZFSK" w:eastAsia="QhZznecx+FZFSK"/>
          <w:color w:val="000000"/>
          <w:sz w:val="32"/>
        </w:rPr>
        <w:t>小微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业园</w:t>
      </w:r>
      <w:r>
        <w:rPr>
          <w:spacing w:val="4"/>
          <w:rFonts w:ascii="QhZznecx+FZFSK" w:hAnsi="QhZznecx+FZFSK" w:eastAsia="QhZznecx+FZFSK"/>
          <w:color w:val="000000"/>
          <w:sz w:val="32"/>
        </w:rPr>
        <w:t>支</w:t>
      </w:r>
      <w:r>
        <w:rPr>
          <w:rFonts w:ascii="QhZznecx+FZFSK" w:hAnsi="QhZznecx+FZFSK" w:eastAsia="QhZznecx+FZFSK"/>
          <w:color w:val="000000"/>
          <w:sz w:val="32"/>
        </w:rPr>
        <w:t>持力</w:t>
      </w:r>
      <w:r>
        <w:rPr>
          <w:spacing w:val="2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经市</w:t>
      </w:r>
      <w:r>
        <w:rPr>
          <w:rFonts w:ascii="QhZznecx+FZFSK" w:hAnsi="QhZznecx+FZFSK" w:eastAsia="QhZznecx+FZFSK"/>
          <w:color w:val="000000"/>
          <w:sz w:val="32"/>
        </w:rPr>
        <w:t>经</w:t>
      </w:r>
      <w:r>
        <w:rPr>
          <w:spacing w:val="2"/>
          <w:rFonts w:ascii="QhZznecx+FZFSK" w:hAnsi="QhZznecx+FZFSK" w:eastAsia="QhZznecx+FZFSK"/>
          <w:color w:val="000000"/>
          <w:sz w:val="32"/>
        </w:rPr>
        <w:t>信局</w:t>
      </w:r>
      <w:r>
        <w:rPr>
          <w:rFonts w:ascii="QhZznecx+FZFSK" w:hAnsi="QhZznecx+FZFSK" w:eastAsia="QhZznecx+FZFSK"/>
          <w:color w:val="000000"/>
          <w:sz w:val="32"/>
        </w:rPr>
        <w:t>备</w:t>
      </w:r>
      <w:r>
        <w:rPr>
          <w:spacing w:val="2"/>
          <w:rFonts w:ascii="QhZznecx+FZFSK" w:hAnsi="QhZznecx+FZFSK" w:eastAsia="QhZznecx+FZFSK"/>
          <w:color w:val="000000"/>
          <w:sz w:val="32"/>
        </w:rPr>
        <w:t>案的</w:t>
      </w:r>
      <w:r>
        <w:rPr>
          <w:rFonts w:ascii="QhZznecx+FZFSK" w:hAnsi="QhZznecx+FZFSK" w:eastAsia="QhZznecx+FZFSK"/>
          <w:color w:val="000000"/>
          <w:sz w:val="32"/>
        </w:rPr>
        <w:t>实</w:t>
      </w:r>
      <w:r>
        <w:rPr>
          <w:spacing w:val="2"/>
          <w:rFonts w:ascii="QhZznecx+FZFSK" w:hAnsi="QhZznecx+FZFSK" w:eastAsia="QhZznecx+FZFSK"/>
          <w:color w:val="000000"/>
          <w:sz w:val="32"/>
        </w:rPr>
        <w:t>施数</w:t>
      </w:r>
      <w:r>
        <w:rPr>
          <w:rFonts w:ascii="QhZznecx+FZFSK" w:hAnsi="QhZznecx+FZFSK" w:eastAsia="QhZznecx+FZFSK"/>
          <w:color w:val="000000"/>
          <w:sz w:val="32"/>
        </w:rPr>
        <w:t>字</w:t>
      </w:r>
      <w:r>
        <w:rPr>
          <w:spacing w:val="2"/>
          <w:rFonts w:ascii="QhZznecx+FZFSK" w:hAnsi="QhZznecx+FZFSK" w:eastAsia="QhZznecx+FZFSK"/>
          <w:color w:val="000000"/>
          <w:sz w:val="32"/>
        </w:rPr>
        <w:t>化园</w:t>
      </w:r>
      <w:r>
        <w:rPr>
          <w:rFonts w:ascii="QhZznecx+FZFSK" w:hAnsi="QhZznecx+FZFSK" w:eastAsia="QhZznecx+FZFSK"/>
          <w:color w:val="000000"/>
          <w:sz w:val="32"/>
        </w:rPr>
        <w:t>区</w:t>
      </w:r>
      <w:r>
        <w:rPr>
          <w:spacing w:val="2"/>
          <w:rFonts w:ascii="QhZznecx+FZFSK" w:hAnsi="QhZznecx+FZFSK" w:eastAsia="QhZznecx+FZFSK"/>
          <w:color w:val="000000"/>
          <w:sz w:val="32"/>
        </w:rPr>
        <w:t>的建</w:t>
      </w:r>
      <w:r>
        <w:rPr>
          <w:rFonts w:ascii="QhZznecx+FZFSK" w:hAnsi="QhZznecx+FZFSK" w:eastAsia="QhZznecx+FZFSK"/>
          <w:color w:val="000000"/>
          <w:sz w:val="32"/>
        </w:rPr>
        <w:t>设</w:t>
      </w:r>
      <w:r>
        <w:rPr>
          <w:spacing w:val="2"/>
          <w:rFonts w:ascii="QhZznecx+FZFSK" w:hAnsi="QhZznecx+FZFSK" w:eastAsia="QhZznecx+FZFSK"/>
          <w:color w:val="000000"/>
          <w:sz w:val="32"/>
        </w:rPr>
        <w:t>项目</w:t>
      </w:r>
      <w:r>
        <w:rPr>
          <w:spacing w:val="-1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2"/>
          <w:rFonts w:ascii="QhZznecx+FZFSK" w:hAnsi="QhZznecx+FZFSK" w:eastAsia="QhZznecx+FZFSK"/>
          <w:color w:val="000000"/>
          <w:sz w:val="32"/>
        </w:rPr>
        <w:t>硬</w:t>
      </w:r>
      <w:r>
        <w:rPr>
          <w:rFonts w:ascii="QhZznecx+FZFSK" w:hAnsi="QhZznecx+FZFSK" w:eastAsia="QhZznecx+FZFSK"/>
          <w:color w:val="000000"/>
          <w:sz w:val="32"/>
        </w:rPr>
        <w:t>件和软</w:t>
      </w:r>
      <w:r>
        <w:rPr>
          <w:spacing w:val="2"/>
          <w:rFonts w:ascii="QhZznecx+FZFSK" w:hAnsi="QhZznecx+FZFSK" w:eastAsia="QhZznecx+FZFSK"/>
          <w:color w:val="000000"/>
          <w:sz w:val="32"/>
        </w:rPr>
        <w:t>件投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额</w:t>
      </w:r>
      <w:r>
        <w:rPr>
          <w:spacing w:val="8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20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园区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主</w:t>
      </w:r>
      <w:r>
        <w:rPr>
          <w:spacing w:val="2"/>
          <w:rFonts w:ascii="QhZznecx+FZFSK" w:hAnsi="QhZznecx+FZFSK" w:eastAsia="QhZznecx+FZFSK"/>
          <w:color w:val="000000"/>
          <w:sz w:val="32"/>
        </w:rPr>
        <w:t>补</w:t>
      </w:r>
      <w:r>
        <w:rPr>
          <w:rFonts w:ascii="QhZznecx+FZFSK" w:hAnsi="QhZznecx+FZFSK" w:eastAsia="QhZznecx+FZFSK"/>
          <w:color w:val="000000"/>
          <w:sz w:val="32"/>
        </w:rPr>
        <w:t>助</w:t>
      </w:r>
      <w:r>
        <w:rPr>
          <w:spacing w:val="-8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单</w:t>
      </w:r>
      <w:r>
        <w:rPr>
          <w:spacing w:val="2"/>
          <w:rFonts w:ascii="QhZznecx+FZFSK" w:hAnsi="QhZznecx+FZFSK" w:eastAsia="QhZznecx+FZFSK"/>
          <w:color w:val="000000"/>
          <w:sz w:val="32"/>
        </w:rPr>
        <w:t>个园</w:t>
      </w:r>
      <w:r>
        <w:rPr>
          <w:rFonts w:ascii="QhZznecx+FZFSK" w:hAnsi="QhZznecx+FZFSK" w:eastAsia="QhZznecx+FZFSK"/>
          <w:color w:val="000000"/>
          <w:sz w:val="32"/>
        </w:rPr>
        <w:t>区</w:t>
      </w:r>
      <w:r>
        <w:rPr>
          <w:spacing w:val="2"/>
          <w:rFonts w:ascii="QhZznecx+FZFSK" w:hAnsi="QhZznecx+FZFSK" w:eastAsia="QhZznecx+FZFSK"/>
          <w:color w:val="000000"/>
          <w:sz w:val="32"/>
        </w:rPr>
        <w:t>最</w:t>
      </w:r>
      <w:r>
        <w:rPr>
          <w:spacing w:val="82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8"/>
          <w:rFonts w:ascii="QhZznecx+FZFSK" w:hAnsi="QhZznecx+FZFSK" w:eastAsia="QhZznecx+FZFSK"/>
          <w:color w:val="000000"/>
          <w:sz w:val="32"/>
        </w:rPr>
        <w:t>新</w:t>
      </w:r>
      <w:r>
        <w:rPr>
          <w:spacing w:val="6"/>
          <w:rFonts w:ascii="QhZznecx+FZFSK" w:hAnsi="QhZznecx+FZFSK" w:eastAsia="QhZznecx+FZFSK"/>
          <w:color w:val="000000"/>
          <w:sz w:val="32"/>
        </w:rPr>
        <w:t>评</w:t>
      </w:r>
      <w:r>
        <w:rPr>
          <w:spacing w:val="8"/>
          <w:rFonts w:ascii="QhZznecx+FZFSK" w:hAnsi="QhZznecx+FZFSK" w:eastAsia="QhZznecx+FZFSK"/>
          <w:color w:val="000000"/>
          <w:sz w:val="32"/>
        </w:rPr>
        <w:t>定省级数</w:t>
      </w:r>
      <w:r>
        <w:rPr>
          <w:spacing w:val="6"/>
          <w:rFonts w:ascii="QhZznecx+FZFSK" w:hAnsi="QhZznecx+FZFSK" w:eastAsia="QhZznecx+FZFSK"/>
          <w:color w:val="000000"/>
          <w:sz w:val="32"/>
        </w:rPr>
        <w:t>字</w:t>
      </w:r>
      <w:r>
        <w:rPr>
          <w:spacing w:val="4"/>
          <w:rFonts w:ascii="QhZznecx+FZFSK" w:hAnsi="QhZznecx+FZFSK" w:eastAsia="QhZznecx+FZFSK"/>
          <w:color w:val="000000"/>
          <w:sz w:val="32"/>
        </w:rPr>
        <w:t>化</w:t>
      </w:r>
      <w:r>
        <w:rPr>
          <w:spacing w:val="8"/>
          <w:rFonts w:ascii="QhZznecx+FZFSK" w:hAnsi="QhZznecx+FZFSK" w:eastAsia="QhZznecx+FZFSK"/>
          <w:color w:val="000000"/>
          <w:sz w:val="32"/>
        </w:rPr>
        <w:t>示范小微</w:t>
      </w:r>
      <w:r>
        <w:rPr>
          <w:spacing w:val="6"/>
          <w:rFonts w:ascii="QhZznecx+FZFSK" w:hAnsi="QhZznecx+FZFSK" w:eastAsia="QhZznecx+FZFSK"/>
          <w:color w:val="000000"/>
          <w:sz w:val="32"/>
        </w:rPr>
        <w:t>企</w:t>
      </w:r>
      <w:r>
        <w:rPr>
          <w:spacing w:val="8"/>
          <w:rFonts w:ascii="QhZznecx+FZFSK" w:hAnsi="QhZznecx+FZFSK" w:eastAsia="QhZznecx+FZFSK"/>
          <w:color w:val="000000"/>
          <w:sz w:val="32"/>
        </w:rPr>
        <w:t>业园的，</w:t>
      </w:r>
      <w:r>
        <w:rPr>
          <w:spacing w:val="6"/>
          <w:rFonts w:ascii="QhZznecx+FZFSK" w:hAnsi="QhZznecx+FZFSK" w:eastAsia="QhZznecx+FZFSK"/>
          <w:color w:val="000000"/>
          <w:sz w:val="32"/>
        </w:rPr>
        <w:t>给</w:t>
      </w:r>
      <w:r>
        <w:rPr>
          <w:spacing w:val="8"/>
          <w:rFonts w:ascii="QhZznecx+FZFSK" w:hAnsi="QhZznecx+FZFSK" w:eastAsia="QhZznecx+FZFSK"/>
          <w:color w:val="000000"/>
          <w:sz w:val="32"/>
        </w:rPr>
        <w:t>予园区业</w:t>
      </w:r>
      <w:r>
        <w:rPr>
          <w:spacing w:val="86"/>
          <w:rFonts w:ascii="QhZznecx+FZFSK" w:hAnsi="QhZznecx+FZFSK" w:eastAsia="QhZznecx+FZFSK"/>
          <w:color w:val="000000"/>
          <w:sz w:val="32"/>
        </w:rPr>
        <w:t>主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元奖</w:t>
      </w:r>
      <w:r>
        <w:rPr>
          <w:rFonts w:ascii="QhZznecx+FZFSK" w:hAnsi="QhZznecx+FZFSK" w:eastAsia="QhZznecx+FZFSK"/>
          <w:color w:val="000000"/>
          <w:sz w:val="32"/>
        </w:rPr>
        <w:t>励</w:t>
      </w:r>
      <w:r>
        <w:rPr>
          <w:spacing w:val="-6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评</w:t>
      </w:r>
      <w:r>
        <w:rPr>
          <w:rFonts w:ascii="QhZznecx+FZFSK" w:hAnsi="QhZznecx+FZFSK" w:eastAsia="QhZznecx+FZFSK"/>
          <w:color w:val="000000"/>
          <w:sz w:val="32"/>
        </w:rPr>
        <w:t>定</w:t>
      </w:r>
      <w:r>
        <w:rPr>
          <w:spacing w:val="2"/>
          <w:rFonts w:ascii="QhZznecx+FZFSK" w:hAnsi="QhZznecx+FZFSK" w:eastAsia="QhZznecx+FZFSK"/>
          <w:color w:val="000000"/>
          <w:sz w:val="32"/>
        </w:rPr>
        <w:t>省级</w:t>
      </w:r>
      <w:r>
        <w:rPr>
          <w:rFonts w:ascii="QhZznecx+FZFSK" w:hAnsi="QhZznecx+FZFSK" w:eastAsia="QhZznecx+FZFSK"/>
          <w:color w:val="000000"/>
          <w:sz w:val="32"/>
        </w:rPr>
        <w:t>专</w:t>
      </w:r>
      <w:r>
        <w:rPr>
          <w:spacing w:val="2"/>
          <w:rFonts w:ascii="QhZznecx+FZFSK" w:hAnsi="QhZznecx+FZFSK" w:eastAsia="QhZznecx+FZFSK"/>
          <w:color w:val="000000"/>
          <w:sz w:val="32"/>
        </w:rPr>
        <w:t>精特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小微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业园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园区业主</w:t>
      </w:r>
    </w:p>
    <w:p>
      <w:pPr>
        <w:autoSpaceDN w:val="0"/>
        <w:autoSpaceDE w:val="0"/>
        <w:widowControl/>
        <w:spacing w:line="348" w:lineRule="exact" w:before="468" w:after="0"/>
        <w:ind w:left="360" w:right="0" w:firstLine="0"/>
        <w:jc w:val="lef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-8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2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8" w:after="0"/>
        <w:ind w:left="0" w:right="0"/>
      </w:pPr>
    </w:p>
    <w:p>
      <w:pPr>
        <w:autoSpaceDN w:val="0"/>
        <w:tabs>
          <w:tab w:pos="1000" w:val="left"/>
        </w:tabs>
        <w:autoSpaceDE w:val="0"/>
        <w:widowControl/>
        <w:spacing w:line="572" w:lineRule="exact" w:before="0" w:after="0"/>
        <w:ind w:left="360" w:right="288" w:firstLine="0"/>
        <w:jc w:val="left"/>
      </w:pP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4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租</w:t>
      </w:r>
      <w:r>
        <w:rPr>
          <w:spacing w:val="2"/>
          <w:rFonts w:ascii="QhZznecx+FZFSK" w:hAnsi="QhZznecx+FZFSK" w:eastAsia="QhZznecx+FZFSK"/>
          <w:color w:val="000000"/>
          <w:sz w:val="32"/>
        </w:rPr>
        <w:t>赁</w:t>
      </w:r>
      <w:r>
        <w:rPr>
          <w:rFonts w:ascii="QhZznecx+FZFSK" w:hAnsi="QhZznecx+FZFSK" w:eastAsia="QhZznecx+FZFSK"/>
          <w:color w:val="000000"/>
          <w:sz w:val="32"/>
        </w:rPr>
        <w:t>型小</w:t>
      </w:r>
      <w:r>
        <w:rPr>
          <w:spacing w:val="2"/>
          <w:rFonts w:ascii="QhZznecx+FZFSK" w:hAnsi="QhZznecx+FZFSK" w:eastAsia="QhZznecx+FZFSK"/>
          <w:color w:val="000000"/>
          <w:sz w:val="32"/>
        </w:rPr>
        <w:t>微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2"/>
          <w:rFonts w:ascii="QhZznecx+FZFSK" w:hAnsi="QhZznecx+FZFSK" w:eastAsia="QhZznecx+FZFSK"/>
          <w:color w:val="000000"/>
          <w:sz w:val="32"/>
        </w:rPr>
        <w:t>园</w:t>
      </w:r>
      <w:r>
        <w:rPr>
          <w:rFonts w:ascii="QhZznecx+FZFSK" w:hAnsi="QhZznecx+FZFSK" w:eastAsia="QhZznecx+FZFSK"/>
          <w:color w:val="000000"/>
          <w:sz w:val="32"/>
        </w:rPr>
        <w:t>自认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</w:t>
      </w:r>
      <w:r>
        <w:rPr>
          <w:rFonts w:ascii="QhZznecx+FZFSK" w:hAnsi="QhZznecx+FZFSK" w:eastAsia="QhZznecx+FZFSK"/>
          <w:color w:val="000000"/>
          <w:sz w:val="32"/>
        </w:rPr>
        <w:t>次</w:t>
      </w:r>
      <w:r>
        <w:rPr>
          <w:spacing w:val="4"/>
          <w:rFonts w:ascii="QhZznecx+FZFSK" w:hAnsi="QhZznecx+FZFSK" w:eastAsia="QhZznecx+FZFSK"/>
          <w:color w:val="000000"/>
          <w:sz w:val="32"/>
        </w:rPr>
        <w:t>年</w:t>
      </w:r>
      <w:r>
        <w:rPr>
          <w:spacing w:val="80"/>
          <w:rFonts w:ascii="QhZznecx+FZFSK" w:hAnsi="QhZznecx+FZFSK" w:eastAsia="QhZznecx+FZFSK"/>
          <w:color w:val="000000"/>
          <w:sz w:val="32"/>
        </w:rPr>
        <w:t>起5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内</w:t>
      </w:r>
      <w:r>
        <w:rPr>
          <w:spacing w:val="-4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给予</w:t>
      </w:r>
      <w:r>
        <w:rPr>
          <w:spacing w:val="4"/>
          <w:rFonts w:ascii="QhZznecx+FZFSK" w:hAnsi="QhZznecx+FZFSK" w:eastAsia="QhZznecx+FZFSK"/>
          <w:color w:val="000000"/>
          <w:sz w:val="32"/>
        </w:rPr>
        <w:t>园</w:t>
      </w:r>
      <w:r>
        <w:rPr>
          <w:spacing w:val="6"/>
          <w:rFonts w:ascii="QhZznecx+FZFSK" w:hAnsi="QhZznecx+FZFSK" w:eastAsia="QhZznecx+FZFSK"/>
          <w:color w:val="000000"/>
          <w:sz w:val="32"/>
        </w:rPr>
        <w:t>区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6"/>
          <w:rFonts w:ascii="QhZznecx+FZFSK" w:hAnsi="QhZznecx+FZFSK" w:eastAsia="QhZznecx+FZFSK"/>
          <w:color w:val="000000"/>
          <w:sz w:val="32"/>
        </w:rPr>
        <w:t>主</w:t>
      </w:r>
      <w:r>
        <w:rPr>
          <w:spacing w:val="2"/>
          <w:rFonts w:ascii="QhZznecx+FZFSK" w:hAnsi="QhZznecx+FZFSK" w:eastAsia="QhZznecx+FZFSK"/>
          <w:color w:val="000000"/>
          <w:sz w:val="32"/>
        </w:rPr>
        <w:t>经</w:t>
      </w:r>
      <w:r>
        <w:rPr>
          <w:spacing w:val="4"/>
          <w:rFonts w:ascii="QhZznecx+FZFSK" w:hAnsi="QhZznecx+FZFSK" w:eastAsia="QhZznecx+FZFSK"/>
          <w:color w:val="000000"/>
          <w:sz w:val="32"/>
        </w:rPr>
        <w:t>营</w:t>
      </w:r>
      <w:r>
        <w:rPr>
          <w:spacing w:val="2"/>
          <w:rFonts w:ascii="QhZznecx+FZFSK" w:hAnsi="QhZznecx+FZFSK" w:eastAsia="QhZznecx+FZFSK"/>
          <w:color w:val="000000"/>
          <w:sz w:val="32"/>
        </w:rPr>
        <w:t>小</w:t>
      </w:r>
      <w:r>
        <w:rPr>
          <w:spacing w:val="4"/>
          <w:rFonts w:ascii="QhZznecx+FZFSK" w:hAnsi="QhZznecx+FZFSK" w:eastAsia="QhZznecx+FZFSK"/>
          <w:color w:val="000000"/>
          <w:sz w:val="32"/>
        </w:rPr>
        <w:t>微</w:t>
      </w:r>
      <w:r>
        <w:rPr>
          <w:spacing w:val="2"/>
          <w:rFonts w:ascii="QhZznecx+FZFSK" w:hAnsi="QhZznecx+FZFSK" w:eastAsia="QhZznecx+FZFSK"/>
          <w:color w:val="000000"/>
          <w:sz w:val="32"/>
        </w:rPr>
        <w:t>企</w:t>
      </w:r>
      <w:r>
        <w:rPr>
          <w:spacing w:val="6"/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园</w:t>
      </w:r>
      <w:r>
        <w:rPr>
          <w:spacing w:val="6"/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务</w:t>
      </w:r>
      <w:r>
        <w:rPr>
          <w:spacing w:val="2"/>
          <w:rFonts w:ascii="QhZznecx+FZFSK" w:hAnsi="QhZznecx+FZFSK" w:eastAsia="QhZznecx+FZFSK"/>
          <w:color w:val="000000"/>
          <w:sz w:val="32"/>
        </w:rPr>
        <w:t>缴</w:t>
      </w:r>
      <w:r>
        <w:rPr>
          <w:spacing w:val="4"/>
          <w:rFonts w:ascii="QhZznecx+FZFSK" w:hAnsi="QhZznecx+FZFSK" w:eastAsia="QhZznecx+FZFSK"/>
          <w:color w:val="000000"/>
          <w:sz w:val="32"/>
        </w:rPr>
        <w:t>纳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spacing w:val="4"/>
          <w:rFonts w:ascii="QhZznecx+FZFSK" w:hAnsi="QhZznecx+FZFSK" w:eastAsia="QhZznecx+FZFSK"/>
          <w:color w:val="000000"/>
          <w:sz w:val="32"/>
        </w:rPr>
        <w:t>地</w:t>
      </w:r>
      <w:r>
        <w:rPr>
          <w:spacing w:val="2"/>
          <w:rFonts w:ascii="QhZznecx+FZFSK" w:hAnsi="QhZznecx+FZFSK" w:eastAsia="QhZznecx+FZFSK"/>
          <w:color w:val="000000"/>
          <w:sz w:val="32"/>
        </w:rPr>
        <w:t>方</w:t>
      </w:r>
      <w:r>
        <w:rPr>
          <w:spacing w:val="6"/>
          <w:rFonts w:ascii="QhZznecx+FZFSK" w:hAnsi="QhZznecx+FZFSK" w:eastAsia="QhZznecx+FZFSK"/>
          <w:color w:val="000000"/>
          <w:sz w:val="32"/>
        </w:rPr>
        <w:t>综</w:t>
      </w:r>
      <w:r>
        <w:rPr>
          <w:spacing w:val="4"/>
          <w:rFonts w:ascii="QhZznecx+FZFSK" w:hAnsi="QhZznecx+FZFSK" w:eastAsia="QhZznecx+FZFSK"/>
          <w:color w:val="000000"/>
          <w:sz w:val="32"/>
        </w:rPr>
        <w:t>合</w:t>
      </w:r>
      <w:r>
        <w:rPr>
          <w:spacing w:val="6"/>
          <w:rFonts w:ascii="QhZznecx+FZFSK" w:hAnsi="QhZznecx+FZFSK" w:eastAsia="QhZznecx+FZFSK"/>
          <w:color w:val="000000"/>
          <w:sz w:val="32"/>
        </w:rPr>
        <w:t>贡</w:t>
      </w:r>
      <w:r>
        <w:rPr>
          <w:spacing w:val="4"/>
          <w:rFonts w:ascii="QhZznecx+FZFSK" w:hAnsi="QhZznecx+FZFSK" w:eastAsia="QhZznecx+FZFSK"/>
          <w:color w:val="000000"/>
          <w:sz w:val="32"/>
        </w:rPr>
        <w:t>献</w:t>
      </w:r>
      <w:r>
        <w:rPr>
          <w:spacing w:val="84"/>
          <w:rFonts w:ascii="QhZznecx+FZFSK" w:hAnsi="QhZznecx+FZFSK" w:eastAsia="QhZznecx+FZFSK"/>
          <w:color w:val="000000"/>
          <w:sz w:val="32"/>
        </w:rPr>
        <w:t>度</w:t>
      </w:r>
      <w:r>
        <w:rPr>
          <w:rFonts w:ascii="QhZznecx+FZFSK" w:hAnsi="QhZznecx+FZFSK" w:eastAsia="QhZznecx+FZFSK"/>
          <w:color w:val="000000"/>
          <w:sz w:val="32"/>
        </w:rPr>
        <w:t>50</w:t>
      </w:r>
      <w:r>
        <w:rPr>
          <w:spacing w:val="4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2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新</w:t>
      </w:r>
      <w:r>
        <w:rPr>
          <w:spacing w:val="2"/>
          <w:rFonts w:ascii="QhZznecx+FZFSK" w:hAnsi="QhZznecx+FZFSK" w:eastAsia="QhZznecx+FZFSK"/>
          <w:color w:val="000000"/>
          <w:sz w:val="32"/>
        </w:rPr>
        <w:t>评</w:t>
      </w:r>
      <w:r>
        <w:rPr>
          <w:rFonts w:ascii="QhZznecx+FZFSK" w:hAnsi="QhZznecx+FZFSK" w:eastAsia="QhZznecx+FZFSK"/>
          <w:color w:val="000000"/>
          <w:sz w:val="32"/>
        </w:rPr>
        <w:t>定</w:t>
      </w:r>
      <w:r>
        <w:rPr>
          <w:spacing w:val="2"/>
          <w:rFonts w:ascii="QhZznecx+FZFSK" w:hAnsi="QhZznecx+FZFSK" w:eastAsia="QhZznecx+FZFSK"/>
          <w:color w:val="000000"/>
          <w:sz w:val="32"/>
        </w:rPr>
        <w:t>省五</w:t>
      </w:r>
      <w:r>
        <w:rPr>
          <w:rFonts w:ascii="QhZznecx+FZFSK" w:hAnsi="QhZznecx+FZFSK" w:eastAsia="QhZznecx+FZFSK"/>
          <w:color w:val="000000"/>
          <w:sz w:val="32"/>
        </w:rPr>
        <w:t>星</w:t>
      </w:r>
      <w:r>
        <w:rPr>
          <w:spacing w:val="4"/>
          <w:rFonts w:ascii="QhZznecx+FZFSK" w:hAnsi="QhZznecx+FZFSK" w:eastAsia="QhZznecx+FZFSK"/>
          <w:color w:val="000000"/>
          <w:sz w:val="32"/>
        </w:rPr>
        <w:t>级</w:t>
      </w:r>
      <w:r>
        <w:rPr>
          <w:spacing w:val="-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四</w:t>
      </w:r>
      <w:r>
        <w:rPr>
          <w:spacing w:val="2"/>
          <w:rFonts w:ascii="QhZznecx+FZFSK" w:hAnsi="QhZznecx+FZFSK" w:eastAsia="QhZznecx+FZFSK"/>
          <w:color w:val="000000"/>
          <w:sz w:val="32"/>
        </w:rPr>
        <w:t>星级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三</w:t>
      </w:r>
      <w:r>
        <w:rPr>
          <w:spacing w:val="4"/>
          <w:rFonts w:ascii="QhZznecx+FZFSK" w:hAnsi="QhZznecx+FZFSK" w:eastAsia="QhZznecx+FZFSK"/>
          <w:color w:val="000000"/>
          <w:sz w:val="32"/>
        </w:rPr>
        <w:t>星</w:t>
      </w:r>
      <w:r>
        <w:rPr>
          <w:rFonts w:ascii="QhZznecx+FZFSK" w:hAnsi="QhZznecx+FZFSK" w:eastAsia="QhZznecx+FZFSK"/>
          <w:color w:val="000000"/>
          <w:sz w:val="32"/>
        </w:rPr>
        <w:t>级小</w:t>
      </w:r>
      <w:r>
        <w:rPr>
          <w:spacing w:val="4"/>
          <w:rFonts w:ascii="QhZznecx+FZFSK" w:hAnsi="QhZznecx+FZFSK" w:eastAsia="QhZznecx+FZFSK"/>
          <w:color w:val="000000"/>
          <w:sz w:val="32"/>
        </w:rPr>
        <w:t>微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园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分别</w:t>
      </w:r>
      <w:r>
        <w:rPr>
          <w:spacing w:val="4"/>
          <w:rFonts w:ascii="QhZznecx+FZFSK" w:hAnsi="QhZznecx+FZFSK" w:eastAsia="QhZznecx+FZFSK"/>
          <w:color w:val="000000"/>
          <w:sz w:val="32"/>
        </w:rPr>
        <w:t>给</w:t>
      </w:r>
      <w:r>
        <w:rPr>
          <w:rFonts w:ascii="QhZznecx+FZFSK" w:hAnsi="QhZznecx+FZFSK" w:eastAsia="QhZznecx+FZFSK"/>
          <w:color w:val="000000"/>
          <w:sz w:val="32"/>
        </w:rPr>
        <w:t>予</w:t>
      </w:r>
      <w:r>
        <w:rPr>
          <w:spacing w:val="2"/>
          <w:rFonts w:ascii="QhZznecx+FZFSK" w:hAnsi="QhZznecx+FZFSK" w:eastAsia="QhZznecx+FZFSK"/>
          <w:color w:val="000000"/>
          <w:sz w:val="32"/>
        </w:rPr>
        <w:t>园</w:t>
      </w:r>
      <w:r>
        <w:rPr>
          <w:rFonts w:ascii="QhZznecx+FZFSK" w:hAnsi="QhZznecx+FZFSK" w:eastAsia="QhZznecx+FZFSK"/>
          <w:color w:val="000000"/>
          <w:sz w:val="32"/>
        </w:rPr>
        <w:t>区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82"/>
          <w:rFonts w:ascii="QhZznecx+FZFSK" w:hAnsi="QhZznecx+FZFSK" w:eastAsia="QhZznecx+FZFSK"/>
          <w:color w:val="000000"/>
          <w:sz w:val="32"/>
        </w:rPr>
        <w:t>主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</w:t>
      </w:r>
      <w:r>
        <w:rPr>
          <w:rFonts w:ascii="QhZznecx+FZFSK" w:hAnsi="QhZznecx+FZFSK" w:eastAsia="QhZznecx+FZFSK"/>
          <w:color w:val="000000"/>
          <w:sz w:val="32"/>
        </w:rPr>
        <w:t>元</w:t>
      </w:r>
      <w:r>
        <w:rPr>
          <w:spacing w:val="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</w:t>
      </w:r>
      <w:r>
        <w:rPr>
          <w:rFonts w:ascii="QhZznecx+FZFSK" w:hAnsi="QhZznecx+FZFSK" w:eastAsia="QhZznecx+FZFSK"/>
          <w:color w:val="000000"/>
          <w:sz w:val="32"/>
        </w:rPr>
        <w:t>元</w:t>
      </w:r>
      <w:r>
        <w:rPr>
          <w:spacing w:val="4"/>
          <w:rFonts w:ascii="QhZznecx+FZFSK" w:hAnsi="QhZznecx+FZFSK" w:eastAsia="QhZznecx+FZFSK"/>
          <w:color w:val="000000"/>
          <w:sz w:val="32"/>
        </w:rPr>
        <w:t>、</w:t>
      </w:r>
      <w:r>
        <w:rPr>
          <w:spacing w:val="2"/>
          <w:rFonts w:ascii="QhZznecx+FZFSK" w:hAnsi="QhZznecx+FZFSK" w:eastAsia="QhZznecx+FZFSK"/>
          <w:color w:val="000000"/>
          <w:sz w:val="32"/>
        </w:rPr>
        <w:t>1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万元奖</w:t>
      </w:r>
      <w:r>
        <w:rPr>
          <w:rFonts w:ascii="QhZznecx+FZFSK" w:hAnsi="QhZznecx+FZFSK" w:eastAsia="QhZznecx+FZFSK"/>
          <w:color w:val="000000"/>
          <w:sz w:val="32"/>
        </w:rPr>
        <w:t>励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升</w:t>
      </w:r>
      <w:r>
        <w:rPr>
          <w:spacing w:val="2"/>
          <w:rFonts w:ascii="QhZznecx+FZFSK" w:hAnsi="QhZznecx+FZFSK" w:eastAsia="QhZznecx+FZFSK"/>
          <w:color w:val="000000"/>
          <w:sz w:val="32"/>
        </w:rPr>
        <w:t>级</w:t>
      </w:r>
      <w:r>
        <w:rPr>
          <w:rFonts w:ascii="QhZznecx+FZFSK" w:hAnsi="QhZznecx+FZFSK" w:eastAsia="QhZznecx+FZFSK"/>
          <w:color w:val="000000"/>
          <w:sz w:val="32"/>
        </w:rPr>
        <w:t>补</w:t>
      </w:r>
      <w:r>
        <w:rPr>
          <w:spacing w:val="4"/>
          <w:rFonts w:ascii="QhZznecx+FZFSK" w:hAnsi="QhZznecx+FZFSK" w:eastAsia="QhZznecx+FZFSK"/>
          <w:color w:val="000000"/>
          <w:sz w:val="32"/>
        </w:rPr>
        <w:t>足</w:t>
      </w:r>
      <w:r>
        <w:rPr>
          <w:rFonts w:ascii="QhZznecx+FZFSK" w:hAnsi="QhZznecx+FZFSK" w:eastAsia="QhZznecx+FZFSK"/>
          <w:color w:val="000000"/>
          <w:sz w:val="32"/>
        </w:rPr>
        <w:t>级</w:t>
      </w:r>
      <w:r>
        <w:rPr>
          <w:spacing w:val="2"/>
          <w:rFonts w:ascii="QhZznecx+FZFSK" w:hAnsi="QhZznecx+FZFSK" w:eastAsia="QhZznecx+FZFSK"/>
          <w:color w:val="000000"/>
          <w:sz w:val="32"/>
        </w:rPr>
        <w:t>差）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oWgGuaTQ+FZKTK" w:hAnsi="oWgGuaTQ+FZKTK" w:eastAsia="oWgGuaTQ+FZKTK"/>
          <w:color w:val="000000"/>
          <w:sz w:val="32"/>
        </w:rPr>
        <w:t>（责</w:t>
      </w:r>
      <w:r>
        <w:rPr>
          <w:rFonts w:ascii="oWgGuaTQ+FZKTK" w:hAnsi="oWgGuaTQ+FZKTK" w:eastAsia="oWgGuaTQ+FZKTK"/>
          <w:color w:val="000000"/>
          <w:sz w:val="32"/>
        </w:rPr>
        <w:t>任</w:t>
      </w:r>
      <w:r>
        <w:rPr>
          <w:spacing w:val="2"/>
          <w:rFonts w:ascii="oWgGuaTQ+FZKTK" w:hAnsi="oWgGuaTQ+FZKTK" w:eastAsia="oWgGuaTQ+FZKTK"/>
          <w:color w:val="000000"/>
          <w:sz w:val="32"/>
        </w:rPr>
        <w:t>单位</w:t>
      </w:r>
      <w:r>
        <w:rPr>
          <w:rFonts w:ascii="oWgGuaTQ+FZKTK" w:hAnsi="oWgGuaTQ+FZKTK" w:eastAsia="oWgGuaTQ+FZKTK"/>
          <w:color w:val="000000"/>
          <w:sz w:val="32"/>
        </w:rPr>
        <w:t>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市经</w:t>
      </w:r>
      <w:r>
        <w:rPr>
          <w:rFonts w:ascii="oWgGuaTQ+FZKTK" w:hAnsi="oWgGuaTQ+FZKTK" w:eastAsia="oWgGuaTQ+FZKTK"/>
          <w:color w:val="000000"/>
          <w:sz w:val="32"/>
        </w:rPr>
        <w:t>信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21</w:t>
      </w:r>
      <w:r>
        <w:rPr>
          <w:spacing w:val="4"/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支持工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业设</w:t>
      </w:r>
      <w:r>
        <w:rPr>
          <w:spacing w:val="2"/>
          <w:rFonts w:ascii="QhZznecx+FZFSK" w:hAnsi="QhZznecx+FZFSK" w:eastAsia="QhZznecx+FZFSK"/>
          <w:color w:val="000000"/>
          <w:sz w:val="32"/>
        </w:rPr>
        <w:t>备上</w:t>
      </w:r>
      <w:r>
        <w:rPr>
          <w:rFonts w:ascii="QhZznecx+FZFSK" w:hAnsi="QhZznecx+FZFSK" w:eastAsia="QhZznecx+FZFSK"/>
          <w:color w:val="000000"/>
          <w:sz w:val="32"/>
        </w:rPr>
        <w:t>楼</w:t>
      </w:r>
      <w:r>
        <w:rPr>
          <w:spacing w:val="-5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2"/>
          <w:rFonts w:ascii="QhZznecx+FZFSK" w:hAnsi="QhZznecx+FZFSK" w:eastAsia="QhZznecx+FZFSK"/>
          <w:color w:val="000000"/>
          <w:sz w:val="32"/>
        </w:rPr>
        <w:t>符</w:t>
      </w:r>
      <w:r>
        <w:rPr>
          <w:rFonts w:ascii="QhZznecx+FZFSK" w:hAnsi="QhZznecx+FZFSK" w:eastAsia="QhZznecx+FZFSK"/>
          <w:color w:val="000000"/>
          <w:sz w:val="32"/>
        </w:rPr>
        <w:t>合</w:t>
      </w:r>
      <w:r>
        <w:rPr>
          <w:spacing w:val="4"/>
          <w:rFonts w:ascii="QhZznecx+FZFSK" w:hAnsi="QhZznecx+FZFSK" w:eastAsia="QhZznecx+FZFSK"/>
          <w:color w:val="000000"/>
          <w:sz w:val="32"/>
        </w:rPr>
        <w:t>详</w:t>
      </w:r>
      <w:r>
        <w:rPr>
          <w:rFonts w:ascii="QhZznecx+FZFSK" w:hAnsi="QhZznecx+FZFSK" w:eastAsia="QhZznecx+FZFSK"/>
          <w:color w:val="000000"/>
          <w:sz w:val="32"/>
        </w:rPr>
        <w:t>细规</w:t>
      </w:r>
      <w:r>
        <w:rPr>
          <w:spacing w:val="4"/>
          <w:rFonts w:ascii="QhZznecx+FZFSK" w:hAnsi="QhZznecx+FZFSK" w:eastAsia="QhZznecx+FZFSK"/>
          <w:color w:val="000000"/>
          <w:sz w:val="32"/>
        </w:rPr>
        <w:t>划</w:t>
      </w:r>
      <w:r>
        <w:rPr>
          <w:spacing w:val="-5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不</w:t>
      </w:r>
      <w:r>
        <w:rPr>
          <w:spacing w:val="4"/>
          <w:rFonts w:ascii="QhZznecx+FZFSK" w:hAnsi="QhZznecx+FZFSK" w:eastAsia="QhZznecx+FZFSK"/>
          <w:color w:val="000000"/>
          <w:sz w:val="32"/>
        </w:rPr>
        <w:t>改</w:t>
      </w:r>
      <w:r>
        <w:rPr>
          <w:rFonts w:ascii="QhZznecx+FZFSK" w:hAnsi="QhZznecx+FZFSK" w:eastAsia="QhZznecx+FZFSK"/>
          <w:color w:val="000000"/>
          <w:sz w:val="32"/>
        </w:rPr>
        <w:t>变</w:t>
      </w:r>
      <w:r>
        <w:rPr>
          <w:spacing w:val="2"/>
          <w:rFonts w:ascii="QhZznecx+FZFSK" w:hAnsi="QhZznecx+FZFSK" w:eastAsia="QhZznecx+FZFSK"/>
          <w:color w:val="000000"/>
          <w:sz w:val="32"/>
        </w:rPr>
        <w:t>土</w:t>
      </w:r>
      <w:r>
        <w:rPr>
          <w:rFonts w:ascii="QhZznecx+FZFSK" w:hAnsi="QhZznecx+FZFSK" w:eastAsia="QhZznecx+FZFSK"/>
          <w:color w:val="000000"/>
          <w:sz w:val="32"/>
        </w:rPr>
        <w:t>地用</w:t>
      </w:r>
      <w:r>
        <w:rPr>
          <w:spacing w:val="2"/>
          <w:rFonts w:ascii="QhZznecx+FZFSK" w:hAnsi="QhZznecx+FZFSK" w:eastAsia="QhZznecx+FZFSK"/>
          <w:color w:val="000000"/>
          <w:sz w:val="32"/>
        </w:rPr>
        <w:t>途的</w:t>
      </w:r>
      <w:r>
        <w:rPr>
          <w:rFonts w:ascii="QhZznecx+FZFSK" w:hAnsi="QhZznecx+FZFSK" w:eastAsia="QhZznecx+FZFSK"/>
          <w:color w:val="000000"/>
          <w:sz w:val="32"/>
        </w:rPr>
        <w:t>前</w:t>
      </w:r>
      <w:r>
        <w:rPr>
          <w:spacing w:val="2"/>
          <w:rFonts w:ascii="QhZznecx+FZFSK" w:hAnsi="QhZznecx+FZFSK" w:eastAsia="QhZznecx+FZFSK"/>
          <w:color w:val="000000"/>
          <w:sz w:val="32"/>
        </w:rPr>
        <w:t>提下</w:t>
      </w:r>
      <w:r>
        <w:rPr>
          <w:spacing w:val="-1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民</w:t>
      </w:r>
      <w:r>
        <w:rPr>
          <w:spacing w:val="2"/>
          <w:rFonts w:ascii="QhZznecx+FZFSK" w:hAnsi="QhZznecx+FZFSK" w:eastAsia="QhZznecx+FZFSK"/>
          <w:color w:val="000000"/>
          <w:sz w:val="32"/>
        </w:rPr>
        <w:t>营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2"/>
          <w:rFonts w:ascii="QhZznecx+FZFSK" w:hAnsi="QhZznecx+FZFSK" w:eastAsia="QhZznecx+FZFSK"/>
          <w:color w:val="000000"/>
          <w:sz w:val="32"/>
        </w:rPr>
        <w:t>以</w:t>
      </w:r>
      <w:r>
        <w:rPr>
          <w:rFonts w:ascii="QhZznecx+FZFSK" w:hAnsi="QhZznecx+FZFSK" w:eastAsia="QhZznecx+FZFSK"/>
          <w:color w:val="000000"/>
          <w:sz w:val="32"/>
        </w:rPr>
        <w:t>及经</w:t>
      </w:r>
      <w:r>
        <w:rPr>
          <w:spacing w:val="2"/>
          <w:rFonts w:ascii="QhZznecx+FZFSK" w:hAnsi="QhZznecx+FZFSK" w:eastAsia="QhZznecx+FZFSK"/>
          <w:color w:val="000000"/>
          <w:sz w:val="32"/>
        </w:rPr>
        <w:t>省</w:t>
      </w:r>
      <w:r>
        <w:rPr>
          <w:rFonts w:ascii="QhZznecx+FZFSK" w:hAnsi="QhZznecx+FZFSK" w:eastAsia="QhZznecx+FZFSK"/>
          <w:color w:val="000000"/>
          <w:sz w:val="32"/>
        </w:rPr>
        <w:t>市县</w:t>
      </w:r>
      <w:r>
        <w:rPr>
          <w:spacing w:val="2"/>
          <w:rFonts w:ascii="QhZznecx+FZFSK" w:hAnsi="QhZznecx+FZFSK" w:eastAsia="QhZznecx+FZFSK"/>
          <w:color w:val="000000"/>
          <w:sz w:val="32"/>
        </w:rPr>
        <w:t>三</w:t>
      </w:r>
      <w:r>
        <w:rPr>
          <w:rFonts w:ascii="QhZznecx+FZFSK" w:hAnsi="QhZznecx+FZFSK" w:eastAsia="QhZznecx+FZFSK"/>
          <w:color w:val="000000"/>
          <w:sz w:val="32"/>
        </w:rPr>
        <w:t>级认</w:t>
      </w:r>
      <w:r>
        <w:rPr>
          <w:spacing w:val="2"/>
          <w:rFonts w:ascii="QhZznecx+FZFSK" w:hAnsi="QhZznecx+FZFSK" w:eastAsia="QhZznecx+FZFSK"/>
          <w:color w:val="000000"/>
          <w:sz w:val="32"/>
        </w:rPr>
        <w:t>定</w:t>
      </w:r>
      <w:r>
        <w:rPr>
          <w:rFonts w:ascii="QhZznecx+FZFSK" w:hAnsi="QhZznecx+FZFSK" w:eastAsia="QhZznecx+FZFSK"/>
          <w:color w:val="000000"/>
          <w:sz w:val="32"/>
        </w:rPr>
        <w:t>的民</w:t>
      </w:r>
      <w:r>
        <w:rPr>
          <w:spacing w:val="2"/>
          <w:rFonts w:ascii="QhZznecx+FZFSK" w:hAnsi="QhZznecx+FZFSK" w:eastAsia="QhZznecx+FZFSK"/>
          <w:color w:val="000000"/>
          <w:sz w:val="32"/>
        </w:rPr>
        <w:t>营</w:t>
      </w:r>
      <w:r>
        <w:rPr>
          <w:rFonts w:ascii="QhZznecx+FZFSK" w:hAnsi="QhZznecx+FZFSK" w:eastAsia="QhZznecx+FZFSK"/>
          <w:color w:val="000000"/>
          <w:sz w:val="32"/>
        </w:rPr>
        <w:t>小微企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4"/>
          <w:rFonts w:ascii="QhZznecx+FZFSK" w:hAnsi="QhZznecx+FZFSK" w:eastAsia="QhZznecx+FZFSK"/>
          <w:color w:val="000000"/>
          <w:sz w:val="32"/>
        </w:rPr>
        <w:t>园</w:t>
      </w:r>
      <w:r>
        <w:rPr>
          <w:rFonts w:ascii="QhZznecx+FZFSK" w:hAnsi="QhZznecx+FZFSK" w:eastAsia="QhZznecx+FZFSK"/>
          <w:color w:val="000000"/>
          <w:sz w:val="32"/>
        </w:rPr>
        <w:t>（工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地产</w:t>
      </w:r>
      <w:r>
        <w:rPr>
          <w:spacing w:val="4"/>
          <w:rFonts w:ascii="QhZznecx+FZFSK" w:hAnsi="QhZznecx+FZFSK" w:eastAsia="QhZznecx+FZFSK"/>
          <w:color w:val="000000"/>
          <w:sz w:val="32"/>
        </w:rPr>
        <w:t>项</w:t>
      </w:r>
      <w:r>
        <w:rPr>
          <w:rFonts w:ascii="QhZznecx+FZFSK" w:hAnsi="QhZznecx+FZFSK" w:eastAsia="QhZznecx+FZFSK"/>
          <w:color w:val="000000"/>
          <w:sz w:val="32"/>
        </w:rPr>
        <w:t>目除</w:t>
      </w:r>
      <w:r>
        <w:rPr>
          <w:spacing w:val="4"/>
          <w:rFonts w:ascii="QhZznecx+FZFSK" w:hAnsi="QhZznecx+FZFSK" w:eastAsia="QhZznecx+FZFSK"/>
          <w:color w:val="000000"/>
          <w:sz w:val="32"/>
        </w:rPr>
        <w:t>外</w:t>
      </w:r>
      <w:r>
        <w:rPr>
          <w:spacing w:val="-6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在</w:t>
      </w:r>
      <w:r>
        <w:rPr>
          <w:spacing w:val="2"/>
          <w:rFonts w:ascii="QhZznecx+FZFSK" w:hAnsi="QhZznecx+FZFSK" w:eastAsia="QhZznecx+FZFSK"/>
          <w:color w:val="000000"/>
          <w:sz w:val="32"/>
        </w:rPr>
        <w:t>自</w:t>
      </w:r>
      <w:r>
        <w:rPr>
          <w:rFonts w:ascii="QhZznecx+FZFSK" w:hAnsi="QhZznecx+FZFSK" w:eastAsia="QhZznecx+FZFSK"/>
          <w:color w:val="000000"/>
          <w:sz w:val="32"/>
        </w:rPr>
        <w:t>有工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用地</w:t>
      </w:r>
      <w:r>
        <w:rPr>
          <w:spacing w:val="2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改扩</w:t>
      </w:r>
      <w:r>
        <w:rPr>
          <w:spacing w:val="2"/>
          <w:rFonts w:ascii="QhZznecx+FZFSK" w:hAnsi="QhZznecx+FZFSK" w:eastAsia="QhZznecx+FZFSK"/>
          <w:color w:val="000000"/>
          <w:sz w:val="32"/>
        </w:rPr>
        <w:t>建</w:t>
      </w:r>
      <w:r>
        <w:rPr>
          <w:rFonts w:ascii="QhZznecx+FZFSK" w:hAnsi="QhZznecx+FZFSK" w:eastAsia="QhZznecx+FZFSK"/>
          <w:color w:val="000000"/>
          <w:sz w:val="32"/>
        </w:rPr>
        <w:t>生产性</w:t>
      </w:r>
      <w:r>
        <w:rPr>
          <w:spacing w:val="4"/>
          <w:rFonts w:ascii="QhZznecx+FZFSK" w:hAnsi="QhZznecx+FZFSK" w:eastAsia="QhZznecx+FZFSK"/>
          <w:color w:val="000000"/>
          <w:sz w:val="32"/>
        </w:rPr>
        <w:t>用</w:t>
      </w:r>
      <w:r>
        <w:rPr>
          <w:spacing w:val="6"/>
          <w:rFonts w:ascii="QhZznecx+FZFSK" w:hAnsi="QhZznecx+FZFSK" w:eastAsia="QhZznecx+FZFSK"/>
          <w:color w:val="000000"/>
          <w:sz w:val="32"/>
        </w:rPr>
        <w:t>房</w:t>
      </w:r>
      <w:r>
        <w:rPr>
          <w:spacing w:val="4"/>
          <w:rFonts w:ascii="QhZznecx+FZFSK" w:hAnsi="QhZznecx+FZFSK" w:eastAsia="QhZznecx+FZFSK"/>
          <w:color w:val="000000"/>
          <w:sz w:val="32"/>
        </w:rPr>
        <w:t>提</w:t>
      </w:r>
      <w:r>
        <w:rPr>
          <w:spacing w:val="6"/>
          <w:rFonts w:ascii="QhZznecx+FZFSK" w:hAnsi="QhZznecx+FZFSK" w:eastAsia="QhZznecx+FZFSK"/>
          <w:color w:val="000000"/>
          <w:sz w:val="32"/>
        </w:rPr>
        <w:t>高</w:t>
      </w:r>
      <w:r>
        <w:rPr>
          <w:spacing w:val="2"/>
          <w:rFonts w:ascii="QhZznecx+FZFSK" w:hAnsi="QhZznecx+FZFSK" w:eastAsia="QhZznecx+FZFSK"/>
          <w:color w:val="000000"/>
          <w:sz w:val="32"/>
        </w:rPr>
        <w:t>容</w:t>
      </w:r>
      <w:r>
        <w:rPr>
          <w:spacing w:val="4"/>
          <w:rFonts w:ascii="QhZznecx+FZFSK" w:hAnsi="QhZznecx+FZFSK" w:eastAsia="QhZznecx+FZFSK"/>
          <w:color w:val="000000"/>
          <w:sz w:val="32"/>
        </w:rPr>
        <w:t>积</w:t>
      </w:r>
      <w:r>
        <w:rPr>
          <w:spacing w:val="2"/>
          <w:rFonts w:ascii="QhZznecx+FZFSK" w:hAnsi="QhZznecx+FZFSK" w:eastAsia="QhZznecx+FZFSK"/>
          <w:color w:val="000000"/>
          <w:sz w:val="32"/>
        </w:rPr>
        <w:t>率达</w:t>
      </w:r>
      <w:r>
        <w:rPr>
          <w:spacing w:val="6"/>
          <w:rFonts w:ascii="QhZznecx+FZFSK" w:hAnsi="QhZznecx+FZFSK" w:eastAsia="QhZznecx+FZFSK"/>
          <w:color w:val="000000"/>
          <w:sz w:val="32"/>
        </w:rPr>
        <w:t>到</w:t>
      </w:r>
      <w:r>
        <w:rPr>
          <w:spacing w:val="4"/>
          <w:rFonts w:ascii="QhZznecx+FZFSK" w:hAnsi="QhZznecx+FZFSK" w:eastAsia="QhZznecx+FZFSK"/>
          <w:color w:val="000000"/>
          <w:sz w:val="32"/>
        </w:rPr>
        <w:t>双</w:t>
      </w:r>
      <w:r>
        <w:rPr>
          <w:spacing w:val="6"/>
          <w:rFonts w:ascii="QhZznecx+FZFSK" w:hAnsi="QhZznecx+FZFSK" w:eastAsia="QhZznecx+FZFSK"/>
          <w:color w:val="000000"/>
          <w:sz w:val="32"/>
        </w:rPr>
        <w:t>方</w:t>
      </w:r>
      <w:r>
        <w:rPr>
          <w:spacing w:val="4"/>
          <w:rFonts w:ascii="QhZznecx+FZFSK" w:hAnsi="QhZznecx+FZFSK" w:eastAsia="QhZznecx+FZFSK"/>
          <w:color w:val="000000"/>
          <w:sz w:val="32"/>
        </w:rPr>
        <w:t>协</w:t>
      </w:r>
      <w:r>
        <w:rPr>
          <w:spacing w:val="6"/>
          <w:rFonts w:ascii="QhZznecx+FZFSK" w:hAnsi="QhZznecx+FZFSK" w:eastAsia="QhZznecx+FZFSK"/>
          <w:color w:val="000000"/>
          <w:sz w:val="32"/>
        </w:rPr>
        <w:t>议</w:t>
      </w:r>
      <w:r>
        <w:rPr>
          <w:spacing w:val="2"/>
          <w:rFonts w:ascii="QhZznecx+FZFSK" w:hAnsi="QhZznecx+FZFSK" w:eastAsia="QhZznecx+FZFSK"/>
          <w:color w:val="000000"/>
          <w:sz w:val="32"/>
        </w:rPr>
        <w:t>约定</w:t>
      </w:r>
      <w:r>
        <w:rPr>
          <w:spacing w:val="4"/>
          <w:rFonts w:ascii="QhZznecx+FZFSK" w:hAnsi="QhZznecx+FZFSK" w:eastAsia="QhZznecx+FZFSK"/>
          <w:color w:val="000000"/>
          <w:sz w:val="32"/>
        </w:rPr>
        <w:t>标</w:t>
      </w:r>
      <w:r>
        <w:rPr>
          <w:spacing w:val="2"/>
          <w:rFonts w:ascii="QhZznecx+FZFSK" w:hAnsi="QhZznecx+FZFSK" w:eastAsia="QhZznecx+FZFSK"/>
          <w:color w:val="000000"/>
          <w:sz w:val="32"/>
        </w:rPr>
        <w:t>准</w:t>
      </w:r>
      <w:r>
        <w:rPr>
          <w:spacing w:val="6"/>
          <w:rFonts w:ascii="QhZznecx+FZFSK" w:hAnsi="QhZznecx+FZFSK" w:eastAsia="QhZznecx+FZFSK"/>
          <w:color w:val="000000"/>
          <w:sz w:val="32"/>
        </w:rPr>
        <w:t>且</w:t>
      </w:r>
      <w:r>
        <w:rPr>
          <w:spacing w:val="4"/>
          <w:rFonts w:ascii="QhZznecx+FZFSK" w:hAnsi="QhZznecx+FZFSK" w:eastAsia="QhZznecx+FZFSK"/>
          <w:color w:val="000000"/>
          <w:sz w:val="32"/>
        </w:rPr>
        <w:t>不</w:t>
      </w:r>
      <w:r>
        <w:rPr>
          <w:spacing w:val="6"/>
          <w:rFonts w:ascii="QhZznecx+FZFSK" w:hAnsi="QhZznecx+FZFSK" w:eastAsia="QhZznecx+FZFSK"/>
          <w:color w:val="000000"/>
          <w:sz w:val="32"/>
        </w:rPr>
        <w:t>低</w:t>
      </w:r>
      <w:r>
        <w:rPr>
          <w:spacing w:val="82"/>
          <w:rFonts w:ascii="QhZznecx+FZFSK" w:hAnsi="QhZznecx+FZFSK" w:eastAsia="QhZznecx+FZFSK"/>
          <w:color w:val="000000"/>
          <w:sz w:val="32"/>
        </w:rPr>
        <w:t>于</w:t>
      </w:r>
      <w:r>
        <w:rPr>
          <w:rFonts w:ascii="QhZznecx+FZFSK" w:hAnsi="QhZznecx+FZFSK" w:eastAsia="QhZznecx+FZFSK"/>
          <w:color w:val="000000"/>
          <w:sz w:val="32"/>
        </w:rPr>
        <w:t>1.</w:t>
      </w:r>
      <w:r>
        <w:rPr>
          <w:spacing w:val="86"/>
          <w:rFonts w:ascii="QhZznecx+FZFSK" w:hAnsi="QhZznecx+FZFSK" w:eastAsia="QhZznecx+FZFSK"/>
          <w:color w:val="000000"/>
          <w:sz w:val="32"/>
        </w:rPr>
        <w:t>5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spacing w:val="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增</w:t>
      </w:r>
      <w:r>
        <w:rPr>
          <w:spacing w:val="2"/>
          <w:rFonts w:ascii="QhZznecx+FZFSK" w:hAnsi="QhZznecx+FZFSK" w:eastAsia="QhZznecx+FZFSK"/>
          <w:color w:val="000000"/>
          <w:sz w:val="32"/>
        </w:rPr>
        <w:t>加建</w:t>
      </w:r>
      <w:r>
        <w:rPr>
          <w:rFonts w:ascii="QhZznecx+FZFSK" w:hAnsi="QhZznecx+FZFSK" w:eastAsia="QhZznecx+FZFSK"/>
          <w:color w:val="000000"/>
          <w:sz w:val="32"/>
        </w:rPr>
        <w:t>筑</w:t>
      </w:r>
      <w:r>
        <w:rPr>
          <w:spacing w:val="2"/>
          <w:rFonts w:ascii="QhZznecx+FZFSK" w:hAnsi="QhZznecx+FZFSK" w:eastAsia="QhZznecx+FZFSK"/>
          <w:color w:val="000000"/>
          <w:sz w:val="32"/>
        </w:rPr>
        <w:t>面</w:t>
      </w:r>
      <w:r>
        <w:rPr>
          <w:spacing w:val="82"/>
          <w:rFonts w:ascii="QhZznecx+FZFSK" w:hAnsi="QhZznecx+FZFSK" w:eastAsia="QhZznecx+FZFSK"/>
          <w:color w:val="000000"/>
          <w:sz w:val="32"/>
        </w:rPr>
        <w:t>积</w:t>
      </w:r>
      <w:r>
        <w:rPr>
          <w:rFonts w:ascii="QhZznecx+FZFSK" w:hAnsi="QhZznecx+FZFSK" w:eastAsia="QhZznecx+FZFSK"/>
          <w:color w:val="000000"/>
          <w:sz w:val="32"/>
        </w:rPr>
        <w:t>20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0至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平</w:t>
      </w:r>
      <w:r>
        <w:rPr>
          <w:spacing w:val="4"/>
          <w:rFonts w:ascii="QhZznecx+FZFSK" w:hAnsi="QhZznecx+FZFSK" w:eastAsia="QhZznecx+FZFSK"/>
          <w:color w:val="000000"/>
          <w:sz w:val="32"/>
        </w:rPr>
        <w:t>方</w:t>
      </w:r>
      <w:r>
        <w:rPr>
          <w:rFonts w:ascii="QhZznecx+FZFSK" w:hAnsi="QhZznecx+FZFSK" w:eastAsia="QhZznecx+FZFSK"/>
          <w:color w:val="000000"/>
          <w:sz w:val="32"/>
        </w:rPr>
        <w:t>米(</w:t>
      </w:r>
      <w:r>
        <w:rPr>
          <w:spacing w:val="2"/>
          <w:rFonts w:ascii="QhZznecx+FZFSK" w:hAnsi="QhZznecx+FZFSK" w:eastAsia="QhZznecx+FZFSK"/>
          <w:color w:val="000000"/>
          <w:sz w:val="32"/>
        </w:rPr>
        <w:t>含</w:t>
      </w:r>
      <w:r>
        <w:rPr>
          <w:rFonts w:ascii="QhZznecx+FZFSK" w:hAnsi="QhZznecx+FZFSK" w:eastAsia="QhZznecx+FZFSK"/>
          <w:color w:val="000000"/>
          <w:sz w:val="32"/>
        </w:rPr>
        <w:t>)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spacing w:val="-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4"/>
          <w:rFonts w:ascii="QhZznecx+FZFSK" w:hAnsi="QhZznecx+FZFSK" w:eastAsia="QhZznecx+FZFSK"/>
          <w:color w:val="000000"/>
          <w:sz w:val="32"/>
        </w:rPr>
        <w:t>每</w:t>
      </w:r>
      <w:r>
        <w:rPr>
          <w:rFonts w:ascii="QhZznecx+FZFSK" w:hAnsi="QhZznecx+FZFSK" w:eastAsia="QhZznecx+FZFSK"/>
          <w:color w:val="000000"/>
          <w:sz w:val="32"/>
        </w:rPr>
        <w:t>平方</w:t>
      </w:r>
      <w:r>
        <w:rPr>
          <w:spacing w:val="82"/>
          <w:rFonts w:ascii="QhZznecx+FZFSK" w:hAnsi="QhZznecx+FZFSK" w:eastAsia="QhZznecx+FZFSK"/>
          <w:color w:val="000000"/>
          <w:sz w:val="32"/>
        </w:rPr>
        <w:t>米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元补</w:t>
      </w:r>
      <w:r>
        <w:rPr>
          <w:spacing w:val="2"/>
          <w:rFonts w:ascii="QhZznecx+FZFSK" w:hAnsi="QhZznecx+FZFSK" w:eastAsia="QhZznecx+FZFSK"/>
          <w:color w:val="000000"/>
          <w:sz w:val="32"/>
        </w:rPr>
        <w:t>助</w:t>
      </w:r>
      <w:r>
        <w:rPr>
          <w:spacing w:val="-1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spacing w:val="2"/>
          <w:rFonts w:ascii="QhZznecx+FZFSK" w:hAnsi="QhZznecx+FZFSK" w:eastAsia="QhZznecx+FZFSK"/>
          <w:color w:val="000000"/>
          <w:sz w:val="32"/>
        </w:rPr>
        <w:t>平方</w:t>
      </w:r>
      <w:r>
        <w:rPr>
          <w:rFonts w:ascii="QhZznecx+FZFSK" w:hAnsi="QhZznecx+FZFSK" w:eastAsia="QhZznecx+FZFSK"/>
          <w:color w:val="000000"/>
          <w:sz w:val="32"/>
        </w:rPr>
        <w:t>米</w:t>
      </w:r>
      <w:r>
        <w:rPr>
          <w:spacing w:val="4"/>
          <w:rFonts w:ascii="QhZznecx+FZFSK" w:hAnsi="QhZznecx+FZFSK" w:eastAsia="QhZznecx+FZFSK"/>
          <w:color w:val="000000"/>
          <w:sz w:val="32"/>
        </w:rPr>
        <w:t>以</w:t>
      </w:r>
      <w:r>
        <w:rPr>
          <w:rFonts w:ascii="QhZznecx+FZFSK" w:hAnsi="QhZznecx+FZFSK" w:eastAsia="QhZznecx+FZFSK"/>
          <w:color w:val="000000"/>
          <w:sz w:val="32"/>
        </w:rPr>
        <w:t>上的</w:t>
      </w:r>
      <w:r>
        <w:rPr>
          <w:spacing w:val="4"/>
          <w:rFonts w:ascii="QhZznecx+FZFSK" w:hAnsi="QhZznecx+FZFSK" w:eastAsia="QhZznecx+FZFSK"/>
          <w:color w:val="000000"/>
          <w:sz w:val="32"/>
        </w:rPr>
        <w:t>部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-1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2"/>
          <w:rFonts w:ascii="QhZznecx+FZFSK" w:hAnsi="QhZznecx+FZFSK" w:eastAsia="QhZznecx+FZFSK"/>
          <w:color w:val="000000"/>
          <w:sz w:val="32"/>
        </w:rPr>
        <w:t>每平方</w:t>
      </w:r>
      <w:r>
        <w:rPr>
          <w:spacing w:val="80"/>
          <w:rFonts w:ascii="QhZznecx+FZFSK" w:hAnsi="QhZznecx+FZFSK" w:eastAsia="QhZznecx+FZFSK"/>
          <w:color w:val="000000"/>
          <w:sz w:val="32"/>
        </w:rPr>
        <w:t>米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元</w:t>
      </w:r>
      <w:r>
        <w:rPr>
          <w:spacing w:val="2"/>
          <w:rFonts w:ascii="QhZznecx+FZFSK" w:hAnsi="QhZznecx+FZFSK" w:eastAsia="QhZznecx+FZFSK"/>
          <w:color w:val="000000"/>
          <w:sz w:val="32"/>
        </w:rPr>
        <w:t>补</w:t>
      </w:r>
      <w:r>
        <w:rPr>
          <w:rFonts w:ascii="QhZznecx+FZFSK" w:hAnsi="QhZznecx+FZFSK" w:eastAsia="QhZznecx+FZFSK"/>
          <w:color w:val="000000"/>
          <w:sz w:val="32"/>
        </w:rPr>
        <w:t>助</w:t>
      </w:r>
      <w:r>
        <w:rPr>
          <w:spacing w:val="-2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每家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或</w:t>
      </w:r>
      <w:r>
        <w:rPr>
          <w:spacing w:val="2"/>
          <w:rFonts w:ascii="QhZznecx+FZFSK" w:hAnsi="QhZznecx+FZFSK" w:eastAsia="QhZznecx+FZFSK"/>
          <w:color w:val="000000"/>
          <w:sz w:val="32"/>
        </w:rPr>
        <w:t>小微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业园</w:t>
      </w:r>
      <w:r>
        <w:rPr>
          <w:rFonts w:ascii="QhZznecx+FZFSK" w:hAnsi="QhZznecx+FZFSK" w:eastAsia="QhZznecx+FZFSK"/>
          <w:color w:val="000000"/>
          <w:sz w:val="32"/>
        </w:rPr>
        <w:t>最</w:t>
      </w:r>
      <w:r>
        <w:rPr>
          <w:spacing w:val="82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30</w:t>
      </w:r>
      <w:r>
        <w:rPr>
          <w:spacing w:val="80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4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任单</w:t>
      </w:r>
      <w:r>
        <w:rPr>
          <w:spacing w:val="4"/>
          <w:rFonts w:ascii="oWgGuaTQ+FZKTK" w:hAnsi="oWgGuaTQ+FZKTK" w:eastAsia="oWgGuaTQ+FZKTK"/>
          <w:color w:val="000000"/>
          <w:sz w:val="32"/>
        </w:rPr>
        <w:t>位</w:t>
      </w:r>
      <w:r>
        <w:rPr>
          <w:rFonts w:ascii="oWgGuaTQ+FZKTK" w:hAnsi="oWgGuaTQ+FZKTK" w:eastAsia="oWgGuaTQ+FZKTK"/>
          <w:color w:val="000000"/>
          <w:sz w:val="32"/>
        </w:rPr>
        <w:t>：市</w:t>
      </w:r>
      <w:r>
        <w:rPr>
          <w:spacing w:val="4"/>
          <w:rFonts w:ascii="oWgGuaTQ+FZKTK" w:hAnsi="oWgGuaTQ+FZKTK" w:eastAsia="oWgGuaTQ+FZKTK"/>
          <w:color w:val="000000"/>
          <w:sz w:val="32"/>
        </w:rPr>
        <w:t>经</w:t>
      </w:r>
      <w:r>
        <w:rPr>
          <w:rFonts w:ascii="oWgGuaTQ+FZKTK" w:hAnsi="oWgGuaTQ+FZKTK" w:eastAsia="oWgGuaTQ+FZKTK"/>
          <w:color w:val="000000"/>
          <w:sz w:val="32"/>
        </w:rPr>
        <w:t>信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22</w:t>
      </w:r>
      <w:r>
        <w:rPr>
          <w:spacing w:val="4"/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企业市</w:t>
      </w:r>
      <w:r>
        <w:rPr>
          <w:spacing w:val="4"/>
          <w:rFonts w:ascii="QhZznecx+FZFSK" w:hAnsi="QhZznecx+FZFSK" w:eastAsia="QhZznecx+FZFSK"/>
          <w:color w:val="000000"/>
          <w:sz w:val="32"/>
        </w:rPr>
        <w:t>场</w:t>
      </w:r>
      <w:r>
        <w:rPr>
          <w:rFonts w:ascii="QhZznecx+FZFSK" w:hAnsi="QhZznecx+FZFSK" w:eastAsia="QhZznecx+FZFSK"/>
          <w:color w:val="000000"/>
          <w:sz w:val="32"/>
        </w:rPr>
        <w:t>开</w:t>
      </w:r>
      <w:r>
        <w:rPr>
          <w:spacing w:val="2"/>
          <w:rFonts w:ascii="QhZznecx+FZFSK" w:hAnsi="QhZznecx+FZFSK" w:eastAsia="QhZznecx+FZFSK"/>
          <w:color w:val="000000"/>
          <w:sz w:val="32"/>
        </w:rPr>
        <w:t>拓</w:t>
      </w:r>
      <w:r>
        <w:rPr>
          <w:spacing w:val="-11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参</w:t>
      </w:r>
      <w:r>
        <w:rPr>
          <w:spacing w:val="4"/>
          <w:rFonts w:ascii="QhZznecx+FZFSK" w:hAnsi="QhZznecx+FZFSK" w:eastAsia="QhZznecx+FZFSK"/>
          <w:color w:val="000000"/>
          <w:sz w:val="32"/>
        </w:rPr>
        <w:t>加</w:t>
      </w:r>
      <w:r>
        <w:rPr>
          <w:rFonts w:ascii="QhZznecx+FZFSK" w:hAnsi="QhZznecx+FZFSK" w:eastAsia="QhZznecx+FZFSK"/>
          <w:color w:val="000000"/>
          <w:sz w:val="32"/>
        </w:rPr>
        <w:t>政府</w:t>
      </w:r>
      <w:r>
        <w:rPr>
          <w:spacing w:val="4"/>
          <w:rFonts w:ascii="QhZznecx+FZFSK" w:hAnsi="QhZznecx+FZFSK" w:eastAsia="QhZznecx+FZFSK"/>
          <w:color w:val="000000"/>
          <w:sz w:val="32"/>
        </w:rPr>
        <w:t>部</w:t>
      </w:r>
      <w:r>
        <w:rPr>
          <w:rFonts w:ascii="QhZznecx+FZFSK" w:hAnsi="QhZznecx+FZFSK" w:eastAsia="QhZznecx+FZFSK"/>
          <w:color w:val="000000"/>
          <w:sz w:val="32"/>
        </w:rPr>
        <w:t>门统</w:t>
      </w:r>
      <w:r>
        <w:rPr>
          <w:spacing w:val="4"/>
          <w:rFonts w:ascii="QhZznecx+FZFSK" w:hAnsi="QhZznecx+FZFSK" w:eastAsia="QhZznecx+FZFSK"/>
          <w:color w:val="000000"/>
          <w:sz w:val="32"/>
        </w:rPr>
        <w:t>一</w:t>
      </w:r>
      <w:r>
        <w:rPr>
          <w:rFonts w:ascii="QhZznecx+FZFSK" w:hAnsi="QhZznecx+FZFSK" w:eastAsia="QhZznecx+FZFSK"/>
          <w:color w:val="000000"/>
          <w:sz w:val="32"/>
        </w:rPr>
        <w:t>组</w:t>
      </w:r>
      <w:r>
        <w:rPr>
          <w:spacing w:val="2"/>
          <w:rFonts w:ascii="QhZznecx+FZFSK" w:hAnsi="QhZznecx+FZFSK" w:eastAsia="QhZznecx+FZFSK"/>
          <w:color w:val="000000"/>
          <w:sz w:val="32"/>
        </w:rPr>
        <w:t>织</w:t>
      </w:r>
      <w:r>
        <w:rPr>
          <w:rFonts w:ascii="QhZznecx+FZFSK" w:hAnsi="QhZznecx+FZFSK" w:eastAsia="QhZznecx+FZFSK"/>
          <w:color w:val="000000"/>
          <w:sz w:val="32"/>
        </w:rPr>
        <w:t>的国</w:t>
      </w:r>
      <w:r>
        <w:rPr>
          <w:spacing w:val="2"/>
          <w:rFonts w:ascii="QhZznecx+FZFSK" w:hAnsi="QhZznecx+FZFSK" w:eastAsia="QhZznecx+FZFSK"/>
          <w:color w:val="000000"/>
          <w:sz w:val="32"/>
        </w:rPr>
        <w:t>内展</w:t>
      </w:r>
      <w:r>
        <w:rPr>
          <w:rFonts w:ascii="QhZznecx+FZFSK" w:hAnsi="QhZznecx+FZFSK" w:eastAsia="QhZznecx+FZFSK"/>
          <w:color w:val="000000"/>
          <w:sz w:val="32"/>
        </w:rPr>
        <w:t>会</w:t>
      </w:r>
      <w:r>
        <w:rPr>
          <w:spacing w:val="2"/>
          <w:rFonts w:ascii="QhZznecx+FZFSK" w:hAnsi="QhZznecx+FZFSK" w:eastAsia="QhZznecx+FZFSK"/>
          <w:color w:val="000000"/>
          <w:sz w:val="32"/>
        </w:rPr>
        <w:t>等活</w:t>
      </w:r>
      <w:r>
        <w:rPr>
          <w:rFonts w:ascii="QhZznecx+FZFSK" w:hAnsi="QhZznecx+FZFSK" w:eastAsia="QhZznecx+FZFSK"/>
          <w:color w:val="000000"/>
          <w:sz w:val="32"/>
        </w:rPr>
        <w:t>动</w:t>
      </w:r>
      <w:r>
        <w:rPr>
          <w:spacing w:val="-4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2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展</w:t>
      </w:r>
      <w:r>
        <w:rPr>
          <w:spacing w:val="2"/>
          <w:rFonts w:ascii="QhZznecx+FZFSK" w:hAnsi="QhZznecx+FZFSK" w:eastAsia="QhZznecx+FZFSK"/>
          <w:color w:val="000000"/>
          <w:sz w:val="32"/>
        </w:rPr>
        <w:t>位</w:t>
      </w:r>
      <w:r>
        <w:rPr>
          <w:spacing w:val="82"/>
          <w:rFonts w:ascii="QhZznecx+FZFSK" w:hAnsi="QhZznecx+FZFSK" w:eastAsia="QhZznecx+FZFSK"/>
          <w:color w:val="000000"/>
          <w:sz w:val="32"/>
        </w:rPr>
        <w:t>费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rFonts w:ascii="QhZznecx+FZFSK" w:hAnsi="QhZznecx+FZFSK" w:eastAsia="QhZznecx+FZFSK"/>
          <w:color w:val="000000"/>
          <w:sz w:val="32"/>
        </w:rPr>
        <w:t>补助</w:t>
      </w:r>
      <w:r>
        <w:rPr>
          <w:spacing w:val="-4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规</w:t>
      </w:r>
      <w:r>
        <w:rPr>
          <w:rFonts w:ascii="QhZznecx+FZFSK" w:hAnsi="QhZznecx+FZFSK" w:eastAsia="QhZznecx+FZFSK"/>
          <w:color w:val="000000"/>
          <w:sz w:val="32"/>
        </w:rPr>
        <w:t>上工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业自</w:t>
      </w:r>
      <w:r>
        <w:rPr>
          <w:rFonts w:ascii="QhZznecx+FZFSK" w:hAnsi="QhZznecx+FZFSK" w:eastAsia="QhZznecx+FZFSK"/>
          <w:color w:val="000000"/>
          <w:sz w:val="32"/>
        </w:rPr>
        <w:t>主</w:t>
      </w:r>
      <w:r>
        <w:rPr>
          <w:spacing w:val="2"/>
          <w:rFonts w:ascii="QhZznecx+FZFSK" w:hAnsi="QhZznecx+FZFSK" w:eastAsia="QhZznecx+FZFSK"/>
          <w:color w:val="000000"/>
          <w:sz w:val="32"/>
        </w:rPr>
        <w:t>参加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4"/>
          <w:rFonts w:ascii="QhZznecx+FZFSK" w:hAnsi="QhZznecx+FZFSK" w:eastAsia="QhZznecx+FZFSK"/>
          <w:color w:val="000000"/>
          <w:sz w:val="32"/>
        </w:rPr>
        <w:t>内</w:t>
      </w:r>
      <w:r>
        <w:rPr>
          <w:rFonts w:ascii="QhZznecx+FZFSK" w:hAnsi="QhZznecx+FZFSK" w:eastAsia="QhZznecx+FZFSK"/>
          <w:color w:val="000000"/>
          <w:sz w:val="32"/>
        </w:rPr>
        <w:t>重要</w:t>
      </w:r>
      <w:r>
        <w:rPr>
          <w:spacing w:val="4"/>
          <w:rFonts w:ascii="QhZznecx+FZFSK" w:hAnsi="QhZznecx+FZFSK" w:eastAsia="QhZznecx+FZFSK"/>
          <w:color w:val="000000"/>
          <w:sz w:val="32"/>
        </w:rPr>
        <w:t>展</w:t>
      </w:r>
      <w:r>
        <w:rPr>
          <w:rFonts w:ascii="QhZznecx+FZFSK" w:hAnsi="QhZznecx+FZFSK" w:eastAsia="QhZznecx+FZFSK"/>
          <w:color w:val="000000"/>
          <w:sz w:val="32"/>
        </w:rPr>
        <w:t>会</w:t>
      </w:r>
      <w:r>
        <w:rPr>
          <w:spacing w:val="-8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（需</w:t>
      </w:r>
      <w:r>
        <w:rPr>
          <w:spacing w:val="2"/>
          <w:rFonts w:ascii="QhZznecx+FZFSK" w:hAnsi="QhZznecx+FZFSK" w:eastAsia="QhZznecx+FZFSK"/>
          <w:color w:val="000000"/>
          <w:sz w:val="32"/>
        </w:rPr>
        <w:t>报市经</w:t>
      </w:r>
      <w:r>
        <w:rPr>
          <w:rFonts w:ascii="QhZznecx+FZFSK" w:hAnsi="QhZznecx+FZFSK" w:eastAsia="QhZznecx+FZFSK"/>
          <w:color w:val="000000"/>
          <w:sz w:val="32"/>
        </w:rPr>
        <w:t>信</w:t>
      </w:r>
      <w:r>
        <w:rPr>
          <w:spacing w:val="2"/>
          <w:rFonts w:ascii="QhZznecx+FZFSK" w:hAnsi="QhZznecx+FZFSK" w:eastAsia="QhZznecx+FZFSK"/>
          <w:color w:val="000000"/>
          <w:sz w:val="32"/>
        </w:rPr>
        <w:t>局备</w:t>
      </w:r>
      <w:r>
        <w:rPr>
          <w:rFonts w:ascii="QhZznecx+FZFSK" w:hAnsi="QhZznecx+FZFSK" w:eastAsia="QhZznecx+FZFSK"/>
          <w:color w:val="000000"/>
          <w:sz w:val="32"/>
        </w:rPr>
        <w:t>案</w:t>
      </w:r>
      <w:r>
        <w:rPr>
          <w:spacing w:val="-84"/>
          <w:rFonts w:ascii="QhZznecx+FZFSK" w:hAnsi="QhZznecx+FZFSK" w:eastAsia="QhZznecx+FZFSK"/>
          <w:color w:val="000000"/>
          <w:sz w:val="32"/>
        </w:rPr>
        <w:t>），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展</w:t>
      </w:r>
      <w:r>
        <w:rPr>
          <w:spacing w:val="2"/>
          <w:rFonts w:ascii="QhZznecx+FZFSK" w:hAnsi="QhZznecx+FZFSK" w:eastAsia="QhZznecx+FZFSK"/>
          <w:color w:val="000000"/>
          <w:sz w:val="32"/>
        </w:rPr>
        <w:t>位</w:t>
      </w:r>
      <w:r>
        <w:rPr>
          <w:spacing w:val="80"/>
          <w:rFonts w:ascii="QhZznecx+FZFSK" w:hAnsi="QhZznecx+FZFSK" w:eastAsia="QhZznecx+FZFSK"/>
          <w:color w:val="000000"/>
          <w:sz w:val="32"/>
        </w:rPr>
        <w:t>费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%</w:t>
      </w:r>
      <w:r>
        <w:rPr>
          <w:spacing w:val="8"/>
          <w:rFonts w:ascii="QhZznecx+FZFSK" w:hAnsi="QhZznecx+FZFSK" w:eastAsia="QhZznecx+FZFSK"/>
          <w:color w:val="000000"/>
          <w:sz w:val="32"/>
        </w:rPr>
        <w:t>补</w:t>
      </w:r>
      <w:r>
        <w:rPr>
          <w:spacing w:val="6"/>
          <w:rFonts w:ascii="QhZznecx+FZFSK" w:hAnsi="QhZznecx+FZFSK" w:eastAsia="QhZznecx+FZFSK"/>
          <w:color w:val="000000"/>
          <w:sz w:val="32"/>
        </w:rPr>
        <w:t>助</w:t>
      </w:r>
      <w:r>
        <w:rPr>
          <w:spacing w:val="8"/>
          <w:rFonts w:ascii="QhZznecx+FZFSK" w:hAnsi="QhZznecx+FZFSK" w:eastAsia="QhZznecx+FZFSK"/>
          <w:color w:val="000000"/>
          <w:sz w:val="32"/>
        </w:rPr>
        <w:t>，每家企</w:t>
      </w:r>
      <w:r>
        <w:rPr>
          <w:spacing w:val="6"/>
          <w:rFonts w:ascii="QhZznecx+FZFSK" w:hAnsi="QhZznecx+FZFSK" w:eastAsia="QhZznecx+FZFSK"/>
          <w:color w:val="000000"/>
          <w:sz w:val="32"/>
        </w:rPr>
        <w:t>业</w:t>
      </w:r>
      <w:r>
        <w:rPr>
          <w:spacing w:val="8"/>
          <w:rFonts w:ascii="QhZznecx+FZFSK" w:hAnsi="QhZznecx+FZFSK" w:eastAsia="QhZznecx+FZFSK"/>
          <w:color w:val="000000"/>
          <w:sz w:val="32"/>
        </w:rPr>
        <w:t>每年最</w:t>
      </w:r>
      <w:r>
        <w:rPr>
          <w:rFonts w:ascii="QhZznecx+FZFSK" w:hAnsi="QhZznecx+FZFSK" w:eastAsia="QhZznecx+FZFSK"/>
          <w:color w:val="000000"/>
          <w:sz w:val="32"/>
        </w:rPr>
        <w:t>高</w:t>
      </w:r>
      <w:r>
        <w:rPr>
          <w:spacing w:val="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88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万元</w:t>
      </w:r>
      <w:r>
        <w:rPr>
          <w:spacing w:val="8"/>
          <w:rFonts w:ascii="QhZznecx+FZFSK" w:hAnsi="QhZznecx+FZFSK" w:eastAsia="QhZznecx+FZFSK"/>
          <w:color w:val="000000"/>
          <w:sz w:val="32"/>
        </w:rPr>
        <w:t>。企业、</w:t>
      </w:r>
      <w:r>
        <w:rPr>
          <w:spacing w:val="6"/>
          <w:rFonts w:ascii="QhZznecx+FZFSK" w:hAnsi="QhZznecx+FZFSK" w:eastAsia="QhZznecx+FZFSK"/>
          <w:color w:val="000000"/>
          <w:sz w:val="32"/>
        </w:rPr>
        <w:t>工</w:t>
      </w:r>
      <w:r>
        <w:rPr>
          <w:spacing w:val="8"/>
          <w:rFonts w:ascii="QhZznecx+FZFSK" w:hAnsi="QhZznecx+FZFSK" w:eastAsia="QhZznecx+FZFSK"/>
          <w:color w:val="000000"/>
          <w:sz w:val="32"/>
        </w:rPr>
        <w:t>业行业协</w:t>
      </w:r>
      <w:r>
        <w:rPr>
          <w:spacing w:val="6"/>
          <w:rFonts w:ascii="QhZznecx+FZFSK" w:hAnsi="QhZznecx+FZFSK" w:eastAsia="QhZznecx+FZFSK"/>
          <w:color w:val="000000"/>
          <w:sz w:val="32"/>
        </w:rPr>
        <w:t>会</w:t>
      </w:r>
      <w:r>
        <w:rPr>
          <w:rFonts w:ascii="QhZznecx+FZFSK" w:hAnsi="QhZznecx+FZFSK" w:eastAsia="QhZznecx+FZFSK"/>
          <w:color w:val="000000"/>
          <w:sz w:val="32"/>
        </w:rPr>
        <w:t>承</w:t>
      </w:r>
      <w:r>
        <w:rPr>
          <w:spacing w:val="8"/>
          <w:rFonts w:ascii="QhZznecx+FZFSK" w:hAnsi="QhZznecx+FZFSK" w:eastAsia="QhZznecx+FZFSK"/>
          <w:color w:val="000000"/>
          <w:sz w:val="32"/>
        </w:rPr>
        <w:t>办</w:t>
      </w:r>
      <w:r>
        <w:rPr>
          <w:spacing w:val="6"/>
          <w:rFonts w:ascii="QhZznecx+FZFSK" w:hAnsi="QhZznecx+FZFSK" w:eastAsia="QhZznecx+FZFSK"/>
          <w:color w:val="000000"/>
          <w:sz w:val="32"/>
        </w:rPr>
        <w:t>全</w:t>
      </w:r>
      <w:r>
        <w:rPr>
          <w:spacing w:val="8"/>
          <w:rFonts w:ascii="QhZznecx+FZFSK" w:hAnsi="QhZznecx+FZFSK" w:eastAsia="QhZznecx+FZFSK"/>
          <w:color w:val="000000"/>
          <w:sz w:val="32"/>
        </w:rPr>
        <w:t>国性行业</w:t>
      </w:r>
      <w:r>
        <w:rPr>
          <w:spacing w:val="6"/>
          <w:rFonts w:ascii="QhZznecx+FZFSK" w:hAnsi="QhZznecx+FZFSK" w:eastAsia="QhZznecx+FZFSK"/>
          <w:color w:val="000000"/>
          <w:sz w:val="32"/>
        </w:rPr>
        <w:t>峰</w:t>
      </w:r>
      <w:r>
        <w:rPr>
          <w:spacing w:val="8"/>
          <w:rFonts w:ascii="QhZznecx+FZFSK" w:hAnsi="QhZznecx+FZFSK" w:eastAsia="QhZznecx+FZFSK"/>
          <w:color w:val="000000"/>
          <w:sz w:val="32"/>
        </w:rPr>
        <w:t>会、论坛</w:t>
      </w:r>
      <w:r>
        <w:rPr>
          <w:spacing w:val="6"/>
          <w:rFonts w:ascii="QhZznecx+FZFSK" w:hAnsi="QhZznecx+FZFSK" w:eastAsia="QhZznecx+FZFSK"/>
          <w:color w:val="000000"/>
          <w:sz w:val="32"/>
        </w:rPr>
        <w:t>等</w:t>
      </w:r>
      <w:r>
        <w:rPr>
          <w:spacing w:val="10"/>
          <w:rFonts w:ascii="QhZznecx+FZFSK" w:hAnsi="QhZznecx+FZFSK" w:eastAsia="QhZznecx+FZFSK"/>
          <w:color w:val="000000"/>
          <w:sz w:val="32"/>
        </w:rPr>
        <w:t>活</w:t>
      </w:r>
      <w:r>
        <w:rPr>
          <w:spacing w:val="8"/>
          <w:rFonts w:ascii="QhZznecx+FZFSK" w:hAnsi="QhZznecx+FZFSK" w:eastAsia="QhZznecx+FZFSK"/>
          <w:color w:val="000000"/>
          <w:sz w:val="32"/>
        </w:rPr>
        <w:t>动且</w:t>
      </w:r>
      <w:r>
        <w:rPr>
          <w:spacing w:val="6"/>
          <w:rFonts w:ascii="QhZznecx+FZFSK" w:hAnsi="QhZznecx+FZFSK" w:eastAsia="QhZznecx+FZFSK"/>
          <w:color w:val="000000"/>
          <w:sz w:val="32"/>
        </w:rPr>
        <w:t>市</w:t>
      </w:r>
      <w:r>
        <w:rPr>
          <w:spacing w:val="8"/>
          <w:rFonts w:ascii="QhZznecx+FZFSK" w:hAnsi="QhZznecx+FZFSK" w:eastAsia="QhZznecx+FZFSK"/>
          <w:color w:val="000000"/>
          <w:sz w:val="32"/>
        </w:rPr>
        <w:t>外参加单</w:t>
      </w:r>
      <w:r>
        <w:rPr>
          <w:spacing w:val="86"/>
          <w:rFonts w:ascii="QhZznecx+FZFSK" w:hAnsi="QhZznecx+FZFSK" w:eastAsia="QhZznecx+FZFSK"/>
          <w:color w:val="000000"/>
          <w:sz w:val="32"/>
        </w:rPr>
        <w:t>位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88"/>
          <w:rFonts w:ascii="QhZznecx+FZFSK" w:hAnsi="QhZznecx+FZFSK" w:eastAsia="QhZznecx+FZFSK"/>
          <w:color w:val="000000"/>
          <w:sz w:val="32"/>
        </w:rPr>
        <w:t>0</w:t>
      </w:r>
      <w:r>
        <w:rPr>
          <w:spacing w:val="6"/>
          <w:rFonts w:ascii="QhZznecx+FZFSK" w:hAnsi="QhZznecx+FZFSK" w:eastAsia="QhZznecx+FZFSK"/>
          <w:color w:val="000000"/>
          <w:sz w:val="32"/>
        </w:rPr>
        <w:t>家以</w:t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-86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（需</w:t>
      </w:r>
      <w:r>
        <w:rPr>
          <w:spacing w:val="2"/>
          <w:rFonts w:ascii="QhZznecx+FZFSK" w:hAnsi="QhZznecx+FZFSK" w:eastAsia="QhZznecx+FZFSK"/>
          <w:color w:val="000000"/>
          <w:sz w:val="32"/>
        </w:rPr>
        <w:t>报</w:t>
      </w:r>
      <w:r>
        <w:rPr>
          <w:rFonts w:ascii="QhZznecx+FZFSK" w:hAnsi="QhZznecx+FZFSK" w:eastAsia="QhZznecx+FZFSK"/>
          <w:color w:val="000000"/>
          <w:sz w:val="32"/>
        </w:rPr>
        <w:t>市</w:t>
      </w:r>
      <w:r>
        <w:rPr>
          <w:spacing w:val="4"/>
          <w:rFonts w:ascii="QhZznecx+FZFSK" w:hAnsi="QhZznecx+FZFSK" w:eastAsia="QhZznecx+FZFSK"/>
          <w:color w:val="000000"/>
          <w:sz w:val="32"/>
        </w:rPr>
        <w:t>经</w:t>
      </w:r>
      <w:r>
        <w:rPr>
          <w:rFonts w:ascii="QhZznecx+FZFSK" w:hAnsi="QhZznecx+FZFSK" w:eastAsia="QhZznecx+FZFSK"/>
          <w:color w:val="000000"/>
          <w:sz w:val="32"/>
        </w:rPr>
        <w:t>信局</w:t>
      </w:r>
      <w:r>
        <w:rPr>
          <w:spacing w:val="4"/>
          <w:rFonts w:ascii="QhZznecx+FZFSK" w:hAnsi="QhZznecx+FZFSK" w:eastAsia="QhZznecx+FZFSK"/>
          <w:color w:val="000000"/>
          <w:sz w:val="32"/>
        </w:rPr>
        <w:t>备</w:t>
      </w:r>
      <w:r>
        <w:rPr>
          <w:rFonts w:ascii="QhZznecx+FZFSK" w:hAnsi="QhZznecx+FZFSK" w:eastAsia="QhZznecx+FZFSK"/>
          <w:color w:val="000000"/>
          <w:sz w:val="32"/>
        </w:rPr>
        <w:t>案</w:t>
      </w:r>
      <w:r>
        <w:rPr>
          <w:spacing w:val="-86"/>
          <w:rFonts w:ascii="QhZznecx+FZFSK" w:hAnsi="QhZznecx+FZFSK" w:eastAsia="QhZznecx+FZFSK"/>
          <w:color w:val="000000"/>
          <w:sz w:val="32"/>
        </w:rPr>
        <w:t>），</w:t>
      </w:r>
      <w:r>
        <w:rPr>
          <w:rFonts w:ascii="QhZznecx+FZFSK" w:hAnsi="QhZznecx+FZFSK" w:eastAsia="QhZznecx+FZFSK"/>
          <w:color w:val="000000"/>
          <w:sz w:val="32"/>
        </w:rPr>
        <w:t>按</w:t>
      </w:r>
      <w:r>
        <w:rPr>
          <w:spacing w:val="4"/>
          <w:rFonts w:ascii="QhZznecx+FZFSK" w:hAnsi="QhZznecx+FZFSK" w:eastAsia="QhZznecx+FZFSK"/>
          <w:color w:val="000000"/>
          <w:sz w:val="32"/>
        </w:rPr>
        <w:t>主</w:t>
      </w:r>
      <w:r>
        <w:rPr>
          <w:rFonts w:ascii="QhZznecx+FZFSK" w:hAnsi="QhZznecx+FZFSK" w:eastAsia="QhZznecx+FZFSK"/>
          <w:color w:val="000000"/>
          <w:sz w:val="32"/>
        </w:rPr>
        <w:t>承</w:t>
      </w:r>
      <w:r>
        <w:rPr>
          <w:spacing w:val="2"/>
          <w:rFonts w:ascii="QhZznecx+FZFSK" w:hAnsi="QhZznecx+FZFSK" w:eastAsia="QhZznecx+FZFSK"/>
          <w:color w:val="000000"/>
          <w:sz w:val="32"/>
        </w:rPr>
        <w:t>办单</w:t>
      </w:r>
      <w:r>
        <w:rPr>
          <w:rFonts w:ascii="QhZznecx+FZFSK" w:hAnsi="QhZznecx+FZFSK" w:eastAsia="QhZznecx+FZFSK"/>
          <w:color w:val="000000"/>
          <w:sz w:val="32"/>
        </w:rPr>
        <w:t>位</w:t>
      </w:r>
      <w:r>
        <w:rPr>
          <w:spacing w:val="2"/>
          <w:rFonts w:ascii="QhZznecx+FZFSK" w:hAnsi="QhZznecx+FZFSK" w:eastAsia="QhZznecx+FZFSK"/>
          <w:color w:val="000000"/>
          <w:sz w:val="32"/>
        </w:rPr>
        <w:t>承办</w:t>
      </w:r>
      <w:r>
        <w:rPr>
          <w:rFonts w:ascii="QhZznecx+FZFSK" w:hAnsi="QhZznecx+FZFSK" w:eastAsia="QhZznecx+FZFSK"/>
          <w:color w:val="000000"/>
          <w:sz w:val="32"/>
        </w:rPr>
        <w:t>直</w:t>
      </w:r>
      <w:r>
        <w:rPr>
          <w:spacing w:val="2"/>
          <w:rFonts w:ascii="QhZznecx+FZFSK" w:hAnsi="QhZznecx+FZFSK" w:eastAsia="QhZznecx+FZFSK"/>
          <w:color w:val="000000"/>
          <w:sz w:val="32"/>
        </w:rPr>
        <w:t>接费用</w:t>
      </w:r>
      <w:r>
        <w:rPr>
          <w:spacing w:val="82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30%</w:t>
      </w:r>
      <w:r>
        <w:rPr>
          <w:spacing w:val="2"/>
          <w:rFonts w:ascii="QhZznecx+FZFSK" w:hAnsi="QhZznecx+FZFSK" w:eastAsia="QhZznecx+FZFSK"/>
          <w:color w:val="000000"/>
          <w:sz w:val="32"/>
        </w:rPr>
        <w:t>给予</w:t>
      </w:r>
      <w:r>
        <w:rPr>
          <w:rFonts w:ascii="QhZznecx+FZFSK" w:hAnsi="QhZznecx+FZFSK" w:eastAsia="QhZznecx+FZFSK"/>
          <w:color w:val="000000"/>
          <w:sz w:val="32"/>
        </w:rPr>
        <w:t>补</w:t>
      </w:r>
      <w:r>
        <w:rPr>
          <w:spacing w:val="2"/>
          <w:rFonts w:ascii="QhZznecx+FZFSK" w:hAnsi="QhZznecx+FZFSK" w:eastAsia="QhZznecx+FZFSK"/>
          <w:color w:val="000000"/>
          <w:sz w:val="32"/>
        </w:rPr>
        <w:t>助</w:t>
      </w:r>
      <w:r>
        <w:rPr>
          <w:spacing w:val="-38"/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每个</w:t>
      </w:r>
      <w:r>
        <w:rPr>
          <w:rFonts w:ascii="QhZznecx+FZFSK" w:hAnsi="QhZznecx+FZFSK" w:eastAsia="QhZznecx+FZFSK"/>
          <w:color w:val="000000"/>
          <w:sz w:val="32"/>
        </w:rPr>
        <w:t>单</w:t>
      </w:r>
      <w:r>
        <w:rPr>
          <w:spacing w:val="2"/>
          <w:rFonts w:ascii="QhZznecx+FZFSK" w:hAnsi="QhZznecx+FZFSK" w:eastAsia="QhZznecx+FZFSK"/>
          <w:color w:val="000000"/>
          <w:sz w:val="32"/>
        </w:rPr>
        <w:t>位每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最</w:t>
      </w:r>
      <w:r>
        <w:rPr>
          <w:spacing w:val="80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万元</w:t>
      </w:r>
      <w:r>
        <w:rPr>
          <w:spacing w:val="-3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市</w:t>
      </w:r>
      <w:r>
        <w:rPr>
          <w:spacing w:val="2"/>
          <w:rFonts w:ascii="QhZznecx+FZFSK" w:hAnsi="QhZznecx+FZFSK" w:eastAsia="QhZznecx+FZFSK"/>
          <w:color w:val="000000"/>
          <w:sz w:val="32"/>
        </w:rPr>
        <w:t>财政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2"/>
          <w:rFonts w:ascii="QhZznecx+FZFSK" w:hAnsi="QhZznecx+FZFSK" w:eastAsia="QhZznecx+FZFSK"/>
          <w:color w:val="000000"/>
          <w:sz w:val="32"/>
        </w:rPr>
        <w:t>年安</w:t>
      </w:r>
      <w:r>
        <w:rPr>
          <w:spacing w:val="82"/>
          <w:rFonts w:ascii="QhZznecx+FZFSK" w:hAnsi="QhZznecx+FZFSK" w:eastAsia="QhZznecx+FZFSK"/>
          <w:color w:val="000000"/>
          <w:sz w:val="32"/>
        </w:rPr>
        <w:t>排</w:t>
      </w:r>
      <w:r>
        <w:rPr>
          <w:rFonts w:ascii="QhZznecx+FZFSK" w:hAnsi="QhZznecx+FZFSK" w:eastAsia="QhZznecx+FZFSK"/>
          <w:color w:val="000000"/>
          <w:sz w:val="32"/>
        </w:rPr>
        <w:t>300</w:t>
      </w:r>
      <w:r>
        <w:rPr>
          <w:spacing w:val="2"/>
          <w:rFonts w:ascii="QhZznecx+FZFSK" w:hAnsi="QhZznecx+FZFSK" w:eastAsia="QhZznecx+FZFSK"/>
          <w:color w:val="000000"/>
          <w:sz w:val="32"/>
        </w:rPr>
        <w:t>万元</w:t>
      </w:r>
      <w:r>
        <w:rPr>
          <w:rFonts w:ascii="QhZznecx+FZFSK" w:hAnsi="QhZznecx+FZFSK" w:eastAsia="QhZznecx+FZFSK"/>
          <w:color w:val="000000"/>
          <w:sz w:val="32"/>
        </w:rPr>
        <w:t>经</w:t>
      </w:r>
      <w:r>
        <w:rPr>
          <w:spacing w:val="2"/>
          <w:rFonts w:ascii="QhZznecx+FZFSK" w:hAnsi="QhZznecx+FZFSK" w:eastAsia="QhZznecx+FZFSK"/>
          <w:color w:val="000000"/>
          <w:sz w:val="32"/>
        </w:rPr>
        <w:t>费</w:t>
      </w:r>
      <w:r>
        <w:rPr>
          <w:spacing w:val="-110"/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用于</w:t>
      </w:r>
      <w:r>
        <w:rPr>
          <w:rFonts w:ascii="QhZznecx+FZFSK" w:hAnsi="QhZznecx+FZFSK" w:eastAsia="QhZznecx+FZFSK"/>
          <w:color w:val="000000"/>
          <w:sz w:val="32"/>
        </w:rPr>
        <w:t>我</w:t>
      </w:r>
      <w:r>
        <w:rPr>
          <w:spacing w:val="2"/>
          <w:rFonts w:ascii="QhZznecx+FZFSK" w:hAnsi="QhZznecx+FZFSK" w:eastAsia="QhZznecx+FZFSK"/>
          <w:color w:val="000000"/>
          <w:sz w:val="32"/>
        </w:rPr>
        <w:t>市重</w:t>
      </w:r>
      <w:r>
        <w:rPr>
          <w:rFonts w:ascii="QhZznecx+FZFSK" w:hAnsi="QhZznecx+FZFSK" w:eastAsia="QhZznecx+FZFSK"/>
          <w:color w:val="000000"/>
          <w:sz w:val="32"/>
        </w:rPr>
        <w:t>点</w:t>
      </w:r>
      <w:r>
        <w:rPr>
          <w:spacing w:val="4"/>
          <w:rFonts w:ascii="QhZznecx+FZFSK" w:hAnsi="QhZznecx+FZFSK" w:eastAsia="QhZznecx+FZFSK"/>
          <w:color w:val="000000"/>
          <w:sz w:val="32"/>
        </w:rPr>
        <w:t>产</w:t>
      </w:r>
      <w:r>
        <w:rPr>
          <w:rFonts w:ascii="QhZznecx+FZFSK" w:hAnsi="QhZznecx+FZFSK" w:eastAsia="QhZznecx+FZFSK"/>
          <w:color w:val="000000"/>
          <w:sz w:val="32"/>
        </w:rPr>
        <w:t>业的</w:t>
      </w:r>
      <w:r>
        <w:rPr>
          <w:spacing w:val="4"/>
          <w:rFonts w:ascii="QhZznecx+FZFSK" w:hAnsi="QhZznecx+FZFSK" w:eastAsia="QhZznecx+FZFSK"/>
          <w:color w:val="000000"/>
          <w:sz w:val="32"/>
        </w:rPr>
        <w:t>区</w:t>
      </w:r>
      <w:r>
        <w:rPr>
          <w:rFonts w:ascii="QhZznecx+FZFSK" w:hAnsi="QhZznecx+FZFSK" w:eastAsia="QhZznecx+FZFSK"/>
          <w:color w:val="000000"/>
          <w:sz w:val="32"/>
        </w:rPr>
        <w:t>域公</w:t>
      </w:r>
      <w:r>
        <w:rPr>
          <w:spacing w:val="4"/>
          <w:rFonts w:ascii="QhZznecx+FZFSK" w:hAnsi="QhZznecx+FZFSK" w:eastAsia="QhZznecx+FZFSK"/>
          <w:color w:val="000000"/>
          <w:sz w:val="32"/>
        </w:rPr>
        <w:t>共</w:t>
      </w:r>
      <w:r>
        <w:rPr>
          <w:rFonts w:ascii="QhZznecx+FZFSK" w:hAnsi="QhZznecx+FZFSK" w:eastAsia="QhZznecx+FZFSK"/>
          <w:color w:val="000000"/>
          <w:sz w:val="32"/>
        </w:rPr>
        <w:t>品牌</w:t>
      </w:r>
      <w:r>
        <w:rPr>
          <w:spacing w:val="4"/>
          <w:rFonts w:ascii="QhZznecx+FZFSK" w:hAnsi="QhZznecx+FZFSK" w:eastAsia="QhZznecx+FZFSK"/>
          <w:color w:val="000000"/>
          <w:sz w:val="32"/>
        </w:rPr>
        <w:t>宣</w:t>
      </w:r>
      <w:r>
        <w:rPr>
          <w:rFonts w:ascii="QhZznecx+FZFSK" w:hAnsi="QhZznecx+FZFSK" w:eastAsia="QhZznecx+FZFSK"/>
          <w:color w:val="000000"/>
          <w:sz w:val="32"/>
        </w:rPr>
        <w:t>传</w:t>
      </w:r>
      <w:r>
        <w:rPr>
          <w:spacing w:val="2"/>
          <w:rFonts w:ascii="QhZznecx+FZFSK" w:hAnsi="QhZznecx+FZFSK" w:eastAsia="QhZznecx+FZFSK"/>
          <w:color w:val="000000"/>
          <w:sz w:val="32"/>
        </w:rPr>
        <w:t>推</w:t>
      </w:r>
      <w:r>
        <w:rPr>
          <w:rFonts w:ascii="QhZznecx+FZFSK" w:hAnsi="QhZznecx+FZFSK" w:eastAsia="QhZznecx+FZFSK"/>
          <w:color w:val="000000"/>
          <w:sz w:val="32"/>
        </w:rPr>
        <w:t>广</w:t>
      </w:r>
      <w:r>
        <w:rPr>
          <w:spacing w:val="-22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（责</w:t>
      </w:r>
      <w:r>
        <w:rPr>
          <w:spacing w:val="2"/>
          <w:rFonts w:ascii="oWgGuaTQ+FZKTK" w:hAnsi="oWgGuaTQ+FZKTK" w:eastAsia="oWgGuaTQ+FZKTK"/>
          <w:color w:val="000000"/>
          <w:sz w:val="32"/>
        </w:rPr>
        <w:t>任单</w:t>
      </w:r>
      <w:r>
        <w:rPr>
          <w:rFonts w:ascii="oWgGuaTQ+FZKTK" w:hAnsi="oWgGuaTQ+FZKTK" w:eastAsia="oWgGuaTQ+FZKTK"/>
          <w:color w:val="000000"/>
          <w:sz w:val="32"/>
        </w:rPr>
        <w:t>位</w:t>
      </w:r>
      <w:r>
        <w:rPr>
          <w:spacing w:val="2"/>
          <w:rFonts w:ascii="oWgGuaTQ+FZKTK" w:hAnsi="oWgGuaTQ+FZKTK" w:eastAsia="oWgGuaTQ+FZKTK"/>
          <w:color w:val="000000"/>
          <w:sz w:val="32"/>
        </w:rPr>
        <w:t>：市</w:t>
      </w:r>
      <w:r>
        <w:rPr>
          <w:rFonts w:ascii="oWgGuaTQ+FZKTK" w:hAnsi="oWgGuaTQ+FZKTK" w:eastAsia="oWgGuaTQ+FZKTK"/>
          <w:color w:val="000000"/>
          <w:sz w:val="32"/>
        </w:rPr>
        <w:t>经</w:t>
      </w:r>
      <w:r>
        <w:rPr>
          <w:spacing w:val="2"/>
          <w:rFonts w:ascii="oWgGuaTQ+FZKTK" w:hAnsi="oWgGuaTQ+FZKTK" w:eastAsia="oWgGuaTQ+FZKTK"/>
          <w:color w:val="000000"/>
          <w:sz w:val="32"/>
        </w:rPr>
        <w:t>信局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2"/>
          <w:rFonts w:ascii="QhZznecx+FZFSK" w:hAnsi="QhZznecx+FZFSK" w:eastAsia="QhZznecx+FZFSK"/>
          <w:color w:val="000000"/>
          <w:sz w:val="32"/>
        </w:rPr>
        <w:t>3</w:t>
      </w:r>
      <w:r>
        <w:rPr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支</w:t>
      </w:r>
      <w:r>
        <w:rPr>
          <w:spacing w:val="4"/>
          <w:rFonts w:ascii="QhZznecx+FZFSK" w:hAnsi="QhZznecx+FZFSK" w:eastAsia="QhZznecx+FZFSK"/>
          <w:color w:val="000000"/>
          <w:sz w:val="32"/>
        </w:rPr>
        <w:t>持企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业减负</w:t>
      </w:r>
      <w:r>
        <w:rPr>
          <w:spacing w:val="4"/>
          <w:rFonts w:ascii="QhZznecx+FZFSK" w:hAnsi="QhZznecx+FZFSK" w:eastAsia="QhZznecx+FZFSK"/>
          <w:color w:val="000000"/>
          <w:sz w:val="32"/>
        </w:rPr>
        <w:t>降</w:t>
      </w:r>
      <w:r>
        <w:rPr>
          <w:rFonts w:ascii="QhZznecx+FZFSK" w:hAnsi="QhZznecx+FZFSK" w:eastAsia="QhZznecx+FZFSK"/>
          <w:color w:val="000000"/>
          <w:sz w:val="32"/>
        </w:rPr>
        <w:t>本</w:t>
      </w:r>
      <w:r>
        <w:rPr>
          <w:spacing w:val="-6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发</w:t>
      </w:r>
      <w:r>
        <w:rPr>
          <w:spacing w:val="2"/>
          <w:rFonts w:ascii="QhZznecx+FZFSK" w:hAnsi="QhZznecx+FZFSK" w:eastAsia="QhZznecx+FZFSK"/>
          <w:color w:val="000000"/>
          <w:sz w:val="32"/>
        </w:rPr>
        <w:t>挥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搭桥</w:t>
      </w:r>
      <w:r>
        <w:rPr>
          <w:spacing w:val="4"/>
          <w:rFonts w:ascii="QhZznecx+FZFSK" w:hAnsi="QhZznecx+FZFSK" w:eastAsia="QhZznecx+FZFSK"/>
          <w:color w:val="000000"/>
          <w:sz w:val="32"/>
        </w:rPr>
        <w:t>专</w:t>
      </w:r>
      <w:r>
        <w:rPr>
          <w:rFonts w:ascii="QhZznecx+FZFSK" w:hAnsi="QhZznecx+FZFSK" w:eastAsia="QhZznecx+FZFSK"/>
          <w:color w:val="000000"/>
          <w:sz w:val="32"/>
        </w:rPr>
        <w:t>项资</w:t>
      </w:r>
      <w:r>
        <w:rPr>
          <w:spacing w:val="4"/>
          <w:rFonts w:ascii="QhZznecx+FZFSK" w:hAnsi="QhZznecx+FZFSK" w:eastAsia="QhZznecx+FZFSK"/>
          <w:color w:val="000000"/>
          <w:sz w:val="32"/>
        </w:rPr>
        <w:t>金</w:t>
      </w:r>
      <w:r>
        <w:rPr>
          <w:rFonts w:ascii="QhZznecx+FZFSK" w:hAnsi="QhZznecx+FZFSK" w:eastAsia="QhZznecx+FZFSK"/>
          <w:color w:val="000000"/>
          <w:sz w:val="32"/>
        </w:rPr>
        <w:t>作</w:t>
      </w:r>
      <w:r>
        <w:rPr>
          <w:spacing w:val="2"/>
          <w:rFonts w:ascii="QhZznecx+FZFSK" w:hAnsi="QhZznecx+FZFSK" w:eastAsia="QhZznecx+FZFSK"/>
          <w:color w:val="000000"/>
          <w:sz w:val="32"/>
        </w:rPr>
        <w:t>用</w:t>
      </w:r>
      <w:r>
        <w:rPr>
          <w:spacing w:val="-6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支</w:t>
      </w:r>
      <w:r>
        <w:rPr>
          <w:spacing w:val="2"/>
          <w:rFonts w:ascii="QhZznecx+FZFSK" w:hAnsi="QhZznecx+FZFSK" w:eastAsia="QhZznecx+FZFSK"/>
          <w:color w:val="000000"/>
          <w:sz w:val="32"/>
        </w:rPr>
        <w:t>持工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spacing w:val="-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现</w:t>
      </w:r>
      <w:r>
        <w:rPr>
          <w:spacing w:val="4"/>
          <w:rFonts w:ascii="QhZznecx+FZFSK" w:hAnsi="QhZznecx+FZFSK" w:eastAsia="QhZznecx+FZFSK"/>
          <w:color w:val="000000"/>
          <w:sz w:val="32"/>
        </w:rPr>
        <w:t>代</w:t>
      </w:r>
      <w:r>
        <w:rPr>
          <w:rFonts w:ascii="QhZznecx+FZFSK" w:hAnsi="QhZznecx+FZFSK" w:eastAsia="QhZznecx+FZFSK"/>
          <w:color w:val="000000"/>
          <w:sz w:val="32"/>
        </w:rPr>
        <w:t>服务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农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龙头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业的</w:t>
      </w:r>
      <w:r>
        <w:rPr>
          <w:spacing w:val="4"/>
          <w:rFonts w:ascii="QhZznecx+FZFSK" w:hAnsi="QhZznecx+FZFSK" w:eastAsia="QhZznecx+FZFSK"/>
          <w:color w:val="000000"/>
          <w:sz w:val="32"/>
        </w:rPr>
        <w:t>贷</w:t>
      </w:r>
      <w:r>
        <w:rPr>
          <w:rFonts w:ascii="QhZznecx+FZFSK" w:hAnsi="QhZznecx+FZFSK" w:eastAsia="QhZznecx+FZFSK"/>
          <w:color w:val="000000"/>
          <w:sz w:val="32"/>
        </w:rPr>
        <w:t>款还</w:t>
      </w:r>
      <w:r>
        <w:rPr>
          <w:spacing w:val="4"/>
          <w:rFonts w:ascii="QhZznecx+FZFSK" w:hAnsi="QhZznecx+FZFSK" w:eastAsia="QhZznecx+FZFSK"/>
          <w:color w:val="000000"/>
          <w:sz w:val="32"/>
        </w:rPr>
        <w:t>贷</w:t>
      </w:r>
      <w:r>
        <w:rPr>
          <w:rFonts w:ascii="QhZznecx+FZFSK" w:hAnsi="QhZznecx+FZFSK" w:eastAsia="QhZznecx+FZFSK"/>
          <w:color w:val="000000"/>
          <w:sz w:val="32"/>
        </w:rPr>
        <w:t>资</w:t>
      </w:r>
    </w:p>
    <w:p>
      <w:pPr>
        <w:autoSpaceDN w:val="0"/>
        <w:autoSpaceDE w:val="0"/>
        <w:widowControl/>
        <w:spacing w:line="348" w:lineRule="exact" w:before="854" w:after="0"/>
        <w:ind w:left="0" w:right="356" w:firstLine="0"/>
        <w:jc w:val="righ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-6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20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tabs>
          <w:tab w:pos="1000" w:val="left"/>
        </w:tabs>
        <w:autoSpaceDE w:val="0"/>
        <w:widowControl/>
        <w:spacing w:line="570" w:lineRule="exact" w:before="0" w:after="0"/>
        <w:ind w:left="360" w:right="144" w:firstLine="0"/>
        <w:jc w:val="left"/>
      </w:pPr>
      <w:r>
        <w:rPr>
          <w:spacing w:val="2"/>
          <w:rFonts w:ascii="QhZznecx+FZFSK" w:hAnsi="QhZznecx+FZFSK" w:eastAsia="QhZznecx+FZFSK"/>
          <w:color w:val="000000"/>
          <w:sz w:val="32"/>
        </w:rPr>
        <w:t>金周</w:t>
      </w:r>
      <w:r>
        <w:rPr>
          <w:rFonts w:ascii="QhZznecx+FZFSK" w:hAnsi="QhZznecx+FZFSK" w:eastAsia="QhZznecx+FZFSK"/>
          <w:color w:val="000000"/>
          <w:sz w:val="32"/>
        </w:rPr>
        <w:t>转</w:t>
      </w:r>
      <w:r>
        <w:rPr>
          <w:spacing w:val="-4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借</w:t>
      </w:r>
      <w:r>
        <w:rPr>
          <w:spacing w:val="2"/>
          <w:rFonts w:ascii="QhZznecx+FZFSK" w:hAnsi="QhZznecx+FZFSK" w:eastAsia="QhZznecx+FZFSK"/>
          <w:color w:val="000000"/>
          <w:sz w:val="32"/>
        </w:rPr>
        <w:t>用</w:t>
      </w:r>
      <w:r>
        <w:rPr>
          <w:rFonts w:ascii="QhZznecx+FZFSK" w:hAnsi="QhZznecx+FZFSK" w:eastAsia="QhZznecx+FZFSK"/>
          <w:color w:val="000000"/>
          <w:sz w:val="32"/>
        </w:rPr>
        <w:t>额</w:t>
      </w:r>
      <w:r>
        <w:rPr>
          <w:spacing w:val="2"/>
          <w:rFonts w:ascii="QhZznecx+FZFSK" w:hAnsi="QhZznecx+FZFSK" w:eastAsia="QhZznecx+FZFSK"/>
          <w:color w:val="000000"/>
          <w:sz w:val="32"/>
        </w:rPr>
        <w:t>度最</w:t>
      </w:r>
      <w:r>
        <w:rPr>
          <w:rFonts w:ascii="QhZznecx+FZFSK" w:hAnsi="QhZznecx+FZFSK" w:eastAsia="QhZznecx+FZFSK"/>
          <w:color w:val="000000"/>
          <w:sz w:val="32"/>
        </w:rPr>
        <w:t>高</w:t>
      </w:r>
      <w:r>
        <w:rPr>
          <w:spacing w:val="4"/>
          <w:rFonts w:ascii="QhZznecx+FZFSK" w:hAnsi="QhZznecx+FZFSK" w:eastAsia="QhZznecx+FZFSK"/>
          <w:color w:val="000000"/>
          <w:sz w:val="32"/>
        </w:rPr>
        <w:t>可</w:t>
      </w:r>
      <w:r>
        <w:rPr>
          <w:rFonts w:ascii="QhZznecx+FZFSK" w:hAnsi="QhZznecx+FZFSK" w:eastAsia="QhZznecx+FZFSK"/>
          <w:color w:val="000000"/>
          <w:sz w:val="32"/>
        </w:rPr>
        <w:t>达企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到期</w:t>
      </w:r>
      <w:r>
        <w:rPr>
          <w:spacing w:val="4"/>
          <w:rFonts w:ascii="QhZznecx+FZFSK" w:hAnsi="QhZznecx+FZFSK" w:eastAsia="QhZznecx+FZFSK"/>
          <w:color w:val="000000"/>
          <w:sz w:val="32"/>
        </w:rPr>
        <w:t>贷</w:t>
      </w:r>
      <w:r>
        <w:rPr>
          <w:rFonts w:ascii="QhZznecx+FZFSK" w:hAnsi="QhZznecx+FZFSK" w:eastAsia="QhZznecx+FZFSK"/>
          <w:color w:val="000000"/>
          <w:sz w:val="32"/>
        </w:rPr>
        <w:t>款</w:t>
      </w:r>
      <w:r>
        <w:rPr>
          <w:spacing w:val="2"/>
          <w:rFonts w:ascii="QhZznecx+FZFSK" w:hAnsi="QhZznecx+FZFSK" w:eastAsia="QhZznecx+FZFSK"/>
          <w:color w:val="000000"/>
          <w:sz w:val="32"/>
        </w:rPr>
        <w:t>额</w:t>
      </w:r>
      <w:r>
        <w:rPr>
          <w:spacing w:val="78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2"/>
          <w:rFonts w:ascii="QhZznecx+FZFSK" w:hAnsi="QhZznecx+FZFSK" w:eastAsia="QhZznecx+FZFSK"/>
          <w:color w:val="000000"/>
          <w:sz w:val="32"/>
        </w:rPr>
        <w:t>0%</w:t>
      </w:r>
      <w:r>
        <w:rPr>
          <w:spacing w:val="-46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上</w:t>
      </w:r>
      <w:r>
        <w:rPr>
          <w:spacing w:val="2"/>
          <w:rFonts w:ascii="QhZznecx+FZFSK" w:hAnsi="QhZznecx+FZFSK" w:eastAsia="QhZznecx+FZFSK"/>
          <w:color w:val="000000"/>
          <w:sz w:val="32"/>
        </w:rPr>
        <w:t>年实</w:t>
      </w:r>
      <w:r>
        <w:rPr>
          <w:rFonts w:ascii="QhZznecx+FZFSK" w:hAnsi="QhZznecx+FZFSK" w:eastAsia="QhZznecx+FZFSK"/>
          <w:color w:val="000000"/>
          <w:sz w:val="32"/>
        </w:rPr>
        <w:t>缴</w:t>
      </w:r>
      <w:r>
        <w:rPr>
          <w:spacing w:val="4"/>
          <w:rFonts w:ascii="QhZznecx+FZFSK" w:hAnsi="QhZznecx+FZFSK" w:eastAsia="QhZznecx+FZFSK"/>
          <w:color w:val="000000"/>
          <w:sz w:val="32"/>
        </w:rPr>
        <w:t>税</w:t>
      </w:r>
      <w:r>
        <w:rPr>
          <w:spacing w:val="80"/>
          <w:rFonts w:ascii="QhZznecx+FZFSK" w:hAnsi="QhZznecx+FZFSK" w:eastAsia="QhZznecx+FZFSK"/>
          <w:color w:val="000000"/>
          <w:sz w:val="32"/>
        </w:rPr>
        <w:t>金</w:t>
      </w:r>
      <w:r>
        <w:rPr>
          <w:rFonts w:ascii="QhZznecx+FZFSK" w:hAnsi="QhZznecx+FZFSK" w:eastAsia="QhZznecx+FZFSK"/>
          <w:color w:val="000000"/>
          <w:sz w:val="32"/>
        </w:rPr>
        <w:t>10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、国</w:t>
      </w:r>
      <w:r>
        <w:rPr>
          <w:spacing w:val="2"/>
          <w:rFonts w:ascii="QhZznecx+FZFSK" w:hAnsi="QhZznecx+FZFSK" w:eastAsia="QhZznecx+FZFSK"/>
          <w:color w:val="000000"/>
          <w:sz w:val="32"/>
        </w:rPr>
        <w:t>家</w:t>
      </w:r>
      <w:r>
        <w:rPr>
          <w:rFonts w:ascii="QhZznecx+FZFSK" w:hAnsi="QhZznecx+FZFSK" w:eastAsia="QhZznecx+FZFSK"/>
          <w:color w:val="000000"/>
          <w:sz w:val="32"/>
        </w:rPr>
        <w:t>高新</w:t>
      </w:r>
      <w:r>
        <w:rPr>
          <w:spacing w:val="2"/>
          <w:rFonts w:ascii="QhZznecx+FZFSK" w:hAnsi="QhZznecx+FZFSK" w:eastAsia="QhZznecx+FZFSK"/>
          <w:color w:val="000000"/>
          <w:sz w:val="32"/>
        </w:rPr>
        <w:t>技</w:t>
      </w:r>
      <w:r>
        <w:rPr>
          <w:rFonts w:ascii="QhZznecx+FZFSK" w:hAnsi="QhZznecx+FZFSK" w:eastAsia="QhZznecx+FZFSK"/>
          <w:color w:val="000000"/>
          <w:sz w:val="32"/>
        </w:rPr>
        <w:t>术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业免</w:t>
      </w:r>
      <w:r>
        <w:rPr>
          <w:spacing w:val="4"/>
          <w:rFonts w:ascii="QhZznecx+FZFSK" w:hAnsi="QhZznecx+FZFSK" w:eastAsia="QhZznecx+FZFSK"/>
          <w:color w:val="000000"/>
          <w:sz w:val="32"/>
        </w:rPr>
        <w:t>收</w:t>
      </w:r>
      <w:r>
        <w:rPr>
          <w:rFonts w:ascii="QhZznecx+FZFSK" w:hAnsi="QhZznecx+FZFSK" w:eastAsia="QhZznecx+FZFSK"/>
          <w:color w:val="000000"/>
          <w:sz w:val="32"/>
        </w:rPr>
        <w:t>利</w:t>
      </w:r>
      <w:r>
        <w:rPr>
          <w:spacing w:val="2"/>
          <w:rFonts w:ascii="QhZznecx+FZFSK" w:hAnsi="QhZznecx+FZFSK" w:eastAsia="QhZznecx+FZFSK"/>
          <w:color w:val="000000"/>
          <w:sz w:val="32"/>
        </w:rPr>
        <w:t>息，</w:t>
      </w:r>
      <w:r>
        <w:rPr>
          <w:rFonts w:ascii="QhZznecx+FZFSK" w:hAnsi="QhZznecx+FZFSK" w:eastAsia="QhZznecx+FZFSK"/>
          <w:color w:val="000000"/>
          <w:sz w:val="32"/>
        </w:rPr>
        <w:t>其</w:t>
      </w:r>
      <w:r>
        <w:rPr>
          <w:spacing w:val="2"/>
          <w:rFonts w:ascii="QhZznecx+FZFSK" w:hAnsi="QhZznecx+FZFSK" w:eastAsia="QhZznecx+FZFSK"/>
          <w:color w:val="000000"/>
          <w:sz w:val="32"/>
        </w:rPr>
        <w:t>他企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利率</w:t>
      </w:r>
      <w:r>
        <w:rPr>
          <w:spacing w:val="4"/>
          <w:rFonts w:ascii="QhZznecx+FZFSK" w:hAnsi="QhZznecx+FZFSK" w:eastAsia="QhZznecx+FZFSK"/>
          <w:color w:val="000000"/>
          <w:sz w:val="32"/>
        </w:rPr>
        <w:t>按</w:t>
      </w:r>
      <w:r>
        <w:rPr>
          <w:rFonts w:ascii="QhZznecx+FZFSK" w:hAnsi="QhZznecx+FZFSK" w:eastAsia="QhZznecx+FZFSK"/>
          <w:color w:val="000000"/>
          <w:sz w:val="32"/>
        </w:rPr>
        <w:t>一年</w:t>
      </w:r>
      <w:r>
        <w:rPr>
          <w:spacing w:val="4"/>
          <w:rFonts w:ascii="QhZznecx+FZFSK" w:hAnsi="QhZznecx+FZFSK" w:eastAsia="QhZznecx+FZFSK"/>
          <w:color w:val="000000"/>
          <w:sz w:val="32"/>
        </w:rPr>
        <w:t>期</w:t>
      </w:r>
      <w:r>
        <w:rPr>
          <w:rFonts w:ascii="QhZznecx+FZFSK" w:hAnsi="QhZznecx+FZFSK" w:eastAsia="QhZznecx+FZFSK"/>
          <w:color w:val="000000"/>
          <w:sz w:val="32"/>
        </w:rPr>
        <w:t>同</w:t>
      </w:r>
      <w:r>
        <w:rPr>
          <w:spacing w:val="2"/>
          <w:rFonts w:ascii="QhZznecx+FZFSK" w:hAnsi="QhZznecx+FZFSK" w:eastAsia="QhZznecx+FZFSK"/>
          <w:color w:val="000000"/>
          <w:sz w:val="32"/>
        </w:rPr>
        <w:t>期</w:t>
      </w:r>
      <w:r>
        <w:rPr>
          <w:rFonts w:ascii="QhZznecx+FZFSK" w:hAnsi="QhZznecx+FZFSK" w:eastAsia="QhZznecx+FZFSK"/>
          <w:color w:val="000000"/>
          <w:sz w:val="32"/>
        </w:rPr>
        <w:t>贷</w:t>
      </w:r>
      <w:r>
        <w:rPr>
          <w:spacing w:val="80"/>
          <w:rFonts w:ascii="QhZznecx+FZFSK" w:hAnsi="QhZznecx+FZFSK" w:eastAsia="QhZznecx+FZFSK"/>
          <w:color w:val="000000"/>
          <w:sz w:val="32"/>
        </w:rPr>
        <w:t>款</w:t>
      </w:r>
      <w:r>
        <w:rPr>
          <w:rFonts w:ascii="QhZznecx+FZFSK" w:hAnsi="QhZznecx+FZFSK" w:eastAsia="QhZznecx+FZFSK"/>
          <w:color w:val="000000"/>
          <w:sz w:val="32"/>
        </w:rPr>
        <w:t>L</w:t>
      </w:r>
      <w:r>
        <w:rPr>
          <w:spacing w:val="2"/>
          <w:rFonts w:ascii="QhZznecx+FZFSK" w:hAnsi="QhZznecx+FZFSK" w:eastAsia="QhZznecx+FZFSK"/>
          <w:color w:val="000000"/>
          <w:sz w:val="32"/>
        </w:rPr>
        <w:t>P</w:t>
      </w:r>
      <w:r>
        <w:rPr>
          <w:spacing w:val="82"/>
          <w:rFonts w:ascii="QhZznecx+FZFSK" w:hAnsi="QhZznecx+FZFSK" w:eastAsia="QhZznecx+FZFSK"/>
          <w:color w:val="000000"/>
          <w:sz w:val="32"/>
        </w:rPr>
        <w:t>R</w:t>
      </w:r>
      <w:r>
        <w:rPr>
          <w:rFonts w:ascii="QhZznecx+FZFSK" w:hAnsi="QhZznecx+FZFSK" w:eastAsia="QhZznecx+FZFSK"/>
          <w:color w:val="000000"/>
          <w:sz w:val="32"/>
        </w:rPr>
        <w:t>利</w:t>
      </w:r>
      <w:r>
        <w:rPr>
          <w:spacing w:val="2"/>
          <w:rFonts w:ascii="QhZznecx+FZFSK" w:hAnsi="QhZznecx+FZFSK" w:eastAsia="QhZznecx+FZFSK"/>
          <w:color w:val="000000"/>
          <w:sz w:val="32"/>
        </w:rPr>
        <w:t>率</w:t>
      </w:r>
      <w:r>
        <w:rPr>
          <w:rFonts w:ascii="QhZznecx+FZFSK" w:hAnsi="QhZznecx+FZFSK" w:eastAsia="QhZznecx+FZFSK"/>
          <w:color w:val="000000"/>
          <w:sz w:val="32"/>
        </w:rPr>
        <w:t>执</w:t>
      </w:r>
      <w:r>
        <w:rPr>
          <w:spacing w:val="4"/>
          <w:rFonts w:ascii="QhZznecx+FZFSK" w:hAnsi="QhZznecx+FZFSK" w:eastAsia="QhZznecx+FZFSK"/>
          <w:color w:val="000000"/>
          <w:sz w:val="32"/>
        </w:rPr>
        <w:t>行</w:t>
      </w:r>
      <w:r>
        <w:rPr>
          <w:spacing w:val="-160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（责</w:t>
      </w:r>
      <w:r>
        <w:rPr>
          <w:spacing w:val="4"/>
          <w:rFonts w:ascii="oWgGuaTQ+FZKTK" w:hAnsi="oWgGuaTQ+FZKTK" w:eastAsia="oWgGuaTQ+FZKTK"/>
          <w:color w:val="000000"/>
          <w:sz w:val="32"/>
        </w:rPr>
        <w:t>任</w:t>
      </w:r>
      <w:r>
        <w:rPr>
          <w:rFonts w:ascii="oWgGuaTQ+FZKTK" w:hAnsi="oWgGuaTQ+FZKTK" w:eastAsia="oWgGuaTQ+FZKTK"/>
          <w:color w:val="000000"/>
          <w:sz w:val="32"/>
        </w:rPr>
        <w:t>单位：</w:t>
      </w:r>
      <w:r>
        <w:rPr>
          <w:spacing w:val="2"/>
          <w:rFonts w:ascii="oWgGuaTQ+FZKTK" w:hAnsi="oWgGuaTQ+FZKTK" w:eastAsia="oWgGuaTQ+FZKTK"/>
          <w:color w:val="000000"/>
          <w:sz w:val="32"/>
        </w:rPr>
        <w:t>市财</w:t>
      </w:r>
      <w:r>
        <w:rPr>
          <w:rFonts w:ascii="oWgGuaTQ+FZKTK" w:hAnsi="oWgGuaTQ+FZKTK" w:eastAsia="oWgGuaTQ+FZKTK"/>
          <w:color w:val="000000"/>
          <w:sz w:val="32"/>
        </w:rPr>
        <w:t>政</w:t>
      </w:r>
      <w:r>
        <w:rPr>
          <w:spacing w:val="2"/>
          <w:rFonts w:ascii="oWgGuaTQ+FZKTK" w:hAnsi="oWgGuaTQ+FZKTK" w:eastAsia="oWgGuaTQ+FZKTK"/>
          <w:color w:val="000000"/>
          <w:sz w:val="32"/>
        </w:rPr>
        <w:t>局、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国资</w:t>
      </w:r>
      <w:r>
        <w:rPr>
          <w:rFonts w:ascii="oWgGuaTQ+FZKTK" w:hAnsi="oWgGuaTQ+FZKTK" w:eastAsia="oWgGuaTQ+FZKTK"/>
          <w:color w:val="000000"/>
          <w:sz w:val="32"/>
        </w:rPr>
        <w:t>中</w:t>
      </w:r>
      <w:r>
        <w:rPr>
          <w:spacing w:val="2"/>
          <w:rFonts w:ascii="oWgGuaTQ+FZKTK" w:hAnsi="oWgGuaTQ+FZKTK" w:eastAsia="oWgGuaTQ+FZKTK"/>
          <w:color w:val="000000"/>
          <w:sz w:val="32"/>
        </w:rPr>
        <w:t>心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项目</w:t>
      </w:r>
      <w:r>
        <w:rPr>
          <w:spacing w:val="4"/>
          <w:rFonts w:ascii="QhZznecx+FZFSK" w:hAnsi="QhZznecx+FZFSK" w:eastAsia="QhZznecx+FZFSK"/>
          <w:color w:val="000000"/>
          <w:sz w:val="32"/>
        </w:rPr>
        <w:t>征</w:t>
      </w:r>
      <w:r>
        <w:rPr>
          <w:rFonts w:ascii="QhZznecx+FZFSK" w:hAnsi="QhZznecx+FZFSK" w:eastAsia="QhZznecx+FZFSK"/>
          <w:color w:val="000000"/>
          <w:sz w:val="32"/>
        </w:rPr>
        <w:t>收的</w:t>
      </w:r>
      <w:r>
        <w:rPr>
          <w:spacing w:val="4"/>
          <w:rFonts w:ascii="QhZznecx+FZFSK" w:hAnsi="QhZznecx+FZFSK" w:eastAsia="QhZznecx+FZFSK"/>
          <w:color w:val="000000"/>
          <w:sz w:val="32"/>
        </w:rPr>
        <w:t>城</w:t>
      </w:r>
      <w:r>
        <w:rPr>
          <w:rFonts w:ascii="QhZznecx+FZFSK" w:hAnsi="QhZznecx+FZFSK" w:eastAsia="QhZznecx+FZFSK"/>
          <w:color w:val="000000"/>
          <w:sz w:val="32"/>
        </w:rPr>
        <w:t>市基</w:t>
      </w:r>
      <w:r>
        <w:rPr>
          <w:spacing w:val="4"/>
          <w:rFonts w:ascii="QhZznecx+FZFSK" w:hAnsi="QhZznecx+FZFSK" w:eastAsia="QhZznecx+FZFSK"/>
          <w:color w:val="000000"/>
          <w:sz w:val="32"/>
        </w:rPr>
        <w:t>础</w:t>
      </w:r>
      <w:r>
        <w:rPr>
          <w:rFonts w:ascii="QhZznecx+FZFSK" w:hAnsi="QhZznecx+FZFSK" w:eastAsia="QhZznecx+FZFSK"/>
          <w:color w:val="000000"/>
          <w:sz w:val="32"/>
        </w:rPr>
        <w:t>设施</w:t>
      </w:r>
      <w:r>
        <w:rPr>
          <w:spacing w:val="4"/>
          <w:rFonts w:ascii="QhZznecx+FZFSK" w:hAnsi="QhZznecx+FZFSK" w:eastAsia="QhZznecx+FZFSK"/>
          <w:color w:val="000000"/>
          <w:sz w:val="32"/>
        </w:rPr>
        <w:t>配</w:t>
      </w:r>
      <w:r>
        <w:rPr>
          <w:rFonts w:ascii="QhZznecx+FZFSK" w:hAnsi="QhZznecx+FZFSK" w:eastAsia="QhZznecx+FZFSK"/>
          <w:color w:val="000000"/>
          <w:sz w:val="32"/>
        </w:rPr>
        <w:t>套费</w:t>
      </w:r>
      <w:r>
        <w:rPr>
          <w:spacing w:val="-1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全</w:t>
      </w:r>
      <w:r>
        <w:rPr>
          <w:spacing w:val="4"/>
          <w:rFonts w:ascii="QhZznecx+FZFSK" w:hAnsi="QhZznecx+FZFSK" w:eastAsia="QhZznecx+FZFSK"/>
          <w:color w:val="000000"/>
          <w:sz w:val="32"/>
        </w:rPr>
        <w:t>额</w:t>
      </w:r>
      <w:r>
        <w:rPr>
          <w:rFonts w:ascii="QhZznecx+FZFSK" w:hAnsi="QhZznecx+FZFSK" w:eastAsia="QhZznecx+FZFSK"/>
          <w:color w:val="000000"/>
          <w:sz w:val="32"/>
        </w:rPr>
        <w:t>补助</w:t>
      </w:r>
      <w:r>
        <w:rPr>
          <w:spacing w:val="4"/>
          <w:rFonts w:ascii="QhZznecx+FZFSK" w:hAnsi="QhZznecx+FZFSK" w:eastAsia="QhZznecx+FZFSK"/>
          <w:color w:val="000000"/>
          <w:sz w:val="32"/>
        </w:rPr>
        <w:t>用</w:t>
      </w:r>
      <w:r>
        <w:rPr>
          <w:rFonts w:ascii="QhZznecx+FZFSK" w:hAnsi="QhZznecx+FZFSK" w:eastAsia="QhZznecx+FZFSK"/>
          <w:color w:val="000000"/>
          <w:sz w:val="32"/>
        </w:rPr>
        <w:t>于企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业基</w:t>
      </w:r>
      <w:r>
        <w:rPr>
          <w:rFonts w:ascii="QhZznecx+FZFSK" w:hAnsi="QhZznecx+FZFSK" w:eastAsia="QhZznecx+FZFSK"/>
          <w:color w:val="000000"/>
          <w:sz w:val="32"/>
        </w:rPr>
        <w:t>础</w:t>
      </w:r>
      <w:r>
        <w:rPr>
          <w:spacing w:val="2"/>
          <w:rFonts w:ascii="QhZznecx+FZFSK" w:hAnsi="QhZznecx+FZFSK" w:eastAsia="QhZznecx+FZFSK"/>
          <w:color w:val="000000"/>
          <w:sz w:val="32"/>
        </w:rPr>
        <w:t>设施</w:t>
      </w:r>
      <w:r>
        <w:rPr>
          <w:rFonts w:ascii="QhZznecx+FZFSK" w:hAnsi="QhZznecx+FZFSK" w:eastAsia="QhZznecx+FZFSK"/>
          <w:color w:val="000000"/>
          <w:sz w:val="32"/>
        </w:rPr>
        <w:t>建</w:t>
      </w:r>
      <w:r>
        <w:rPr>
          <w:spacing w:val="2"/>
          <w:rFonts w:ascii="QhZznecx+FZFSK" w:hAnsi="QhZznecx+FZFSK" w:eastAsia="QhZznecx+FZFSK"/>
          <w:color w:val="000000"/>
          <w:sz w:val="32"/>
        </w:rPr>
        <w:t>设</w:t>
      </w:r>
      <w:r>
        <w:rPr>
          <w:spacing w:val="-2"/>
          <w:rFonts w:ascii="QhZznecx+FZFSK" w:hAnsi="QhZznecx+FZFSK" w:eastAsia="QhZznecx+FZFSK"/>
          <w:color w:val="000000"/>
          <w:sz w:val="32"/>
        </w:rPr>
        <w:t>。</w:t>
      </w:r>
      <w:r>
        <w:rPr>
          <w:spacing w:val="-4"/>
          <w:rFonts w:ascii="oWgGuaTQ+FZKTK" w:hAnsi="oWgGuaTQ+FZKTK" w:eastAsia="oWgGuaTQ+FZKTK"/>
          <w:color w:val="000000"/>
          <w:sz w:val="32"/>
        </w:rPr>
        <w:t>（</w:t>
      </w:r>
      <w:r>
        <w:rPr>
          <w:rFonts w:ascii="oWgGuaTQ+FZKTK" w:hAnsi="oWgGuaTQ+FZKTK" w:eastAsia="oWgGuaTQ+FZKTK"/>
          <w:color w:val="000000"/>
          <w:sz w:val="32"/>
        </w:rPr>
        <w:t>责</w:t>
      </w:r>
      <w:r>
        <w:rPr>
          <w:spacing w:val="4"/>
          <w:rFonts w:ascii="oWgGuaTQ+FZKTK" w:hAnsi="oWgGuaTQ+FZKTK" w:eastAsia="oWgGuaTQ+FZKTK"/>
          <w:color w:val="000000"/>
          <w:sz w:val="32"/>
        </w:rPr>
        <w:t>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</w:t>
      </w:r>
      <w:r>
        <w:rPr>
          <w:spacing w:val="-2"/>
          <w:rFonts w:ascii="oWgGuaTQ+FZKTK" w:hAnsi="oWgGuaTQ+FZKTK" w:eastAsia="oWgGuaTQ+FZKTK"/>
          <w:color w:val="000000"/>
          <w:sz w:val="32"/>
        </w:rPr>
        <w:t>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经信局</w:t>
      </w:r>
      <w:r>
        <w:rPr>
          <w:spacing w:val="-2"/>
          <w:rFonts w:ascii="oWgGuaTQ+FZKTK" w:hAnsi="oWgGuaTQ+FZKTK" w:eastAsia="oWgGuaTQ+FZKTK"/>
          <w:color w:val="000000"/>
          <w:sz w:val="32"/>
        </w:rPr>
        <w:t>、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住</w:t>
      </w:r>
      <w:r>
        <w:rPr>
          <w:rFonts w:ascii="oWgGuaTQ+FZKTK" w:hAnsi="oWgGuaTQ+FZKTK" w:eastAsia="oWgGuaTQ+FZKTK"/>
          <w:color w:val="000000"/>
          <w:sz w:val="32"/>
        </w:rPr>
        <w:t>建局</w:t>
      </w:r>
      <w:r>
        <w:rPr>
          <w:spacing w:val="-2"/>
          <w:rFonts w:ascii="oWgGuaTQ+FZKTK" w:hAnsi="oWgGuaTQ+FZKTK" w:eastAsia="oWgGuaTQ+FZKTK"/>
          <w:color w:val="000000"/>
          <w:sz w:val="32"/>
        </w:rPr>
        <w:t>、</w:t>
      </w:r>
      <w:r>
        <w:rPr>
          <w:rFonts w:ascii="oWgGuaTQ+FZKTK" w:hAnsi="oWgGuaTQ+FZKTK" w:eastAsia="oWgGuaTQ+FZKTK"/>
          <w:color w:val="000000"/>
          <w:sz w:val="32"/>
        </w:rPr>
        <w:t>市财</w:t>
      </w:r>
      <w:r>
        <w:rPr>
          <w:spacing w:val="2"/>
          <w:rFonts w:ascii="oWgGuaTQ+FZKTK" w:hAnsi="oWgGuaTQ+FZKTK" w:eastAsia="oWgGuaTQ+FZKTK"/>
          <w:color w:val="000000"/>
          <w:sz w:val="32"/>
        </w:rPr>
        <w:t>政局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24</w:t>
      </w:r>
      <w:r>
        <w:rPr>
          <w:spacing w:val="4"/>
          <w:rFonts w:ascii="QhZznecx+FZFSK" w:hAnsi="QhZznecx+FZFSK" w:eastAsia="QhZznecx+FZFSK"/>
          <w:color w:val="000000"/>
          <w:sz w:val="32"/>
        </w:rPr>
        <w:t>.</w:t>
      </w:r>
      <w:r>
        <w:rPr>
          <w:spacing w:val="2"/>
          <w:rFonts w:ascii="QhZznecx+FZFSK" w:hAnsi="QhZznecx+FZFSK" w:eastAsia="QhZznecx+FZFSK"/>
          <w:color w:val="000000"/>
          <w:sz w:val="32"/>
        </w:rPr>
        <w:t>强化</w:t>
      </w:r>
      <w:r>
        <w:rPr>
          <w:spacing w:val="4"/>
          <w:rFonts w:ascii="QhZznecx+FZFSK" w:hAnsi="QhZznecx+FZFSK" w:eastAsia="QhZznecx+FZFSK"/>
          <w:color w:val="000000"/>
          <w:sz w:val="32"/>
        </w:rPr>
        <w:t>金</w:t>
      </w:r>
      <w:r>
        <w:rPr>
          <w:spacing w:val="2"/>
          <w:rFonts w:ascii="QhZznecx+FZFSK" w:hAnsi="QhZznecx+FZFSK" w:eastAsia="QhZznecx+FZFSK"/>
          <w:color w:val="000000"/>
          <w:sz w:val="32"/>
        </w:rPr>
        <w:t>融服务</w:t>
      </w:r>
      <w:r>
        <w:rPr>
          <w:spacing w:val="4"/>
          <w:rFonts w:ascii="QhZznecx+FZFSK" w:hAnsi="QhZznecx+FZFSK" w:eastAsia="QhZznecx+FZFSK"/>
          <w:color w:val="000000"/>
          <w:sz w:val="32"/>
        </w:rPr>
        <w:t>供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强</w:t>
      </w:r>
      <w:r>
        <w:rPr>
          <w:spacing w:val="4"/>
          <w:rFonts w:ascii="QhZznecx+FZFSK" w:hAnsi="QhZznecx+FZFSK" w:eastAsia="QhZznecx+FZFSK"/>
          <w:color w:val="000000"/>
          <w:sz w:val="32"/>
        </w:rPr>
        <w:t>化</w:t>
      </w:r>
      <w:r>
        <w:rPr>
          <w:rFonts w:ascii="QhZznecx+FZFSK" w:hAnsi="QhZznecx+FZFSK" w:eastAsia="QhZznecx+FZFSK"/>
          <w:color w:val="000000"/>
          <w:sz w:val="32"/>
        </w:rPr>
        <w:t>政</w:t>
      </w:r>
      <w:r>
        <w:rPr>
          <w:spacing w:val="2"/>
          <w:rFonts w:ascii="QhZznecx+FZFSK" w:hAnsi="QhZznecx+FZFSK" w:eastAsia="QhZznecx+FZFSK"/>
          <w:color w:val="000000"/>
          <w:sz w:val="32"/>
        </w:rPr>
        <w:t>策性</w:t>
      </w:r>
      <w:r>
        <w:rPr>
          <w:rFonts w:ascii="QhZznecx+FZFSK" w:hAnsi="QhZznecx+FZFSK" w:eastAsia="QhZznecx+FZFSK"/>
          <w:color w:val="000000"/>
          <w:sz w:val="32"/>
        </w:rPr>
        <w:t>融</w:t>
      </w:r>
      <w:r>
        <w:rPr>
          <w:spacing w:val="2"/>
          <w:rFonts w:ascii="QhZznecx+FZFSK" w:hAnsi="QhZznecx+FZFSK" w:eastAsia="QhZznecx+FZFSK"/>
          <w:color w:val="000000"/>
          <w:sz w:val="32"/>
        </w:rPr>
        <w:t>资担保</w:t>
      </w:r>
      <w:r>
        <w:rPr>
          <w:rFonts w:ascii="QhZznecx+FZFSK" w:hAnsi="QhZznecx+FZFSK" w:eastAsia="QhZznecx+FZFSK"/>
          <w:color w:val="000000"/>
          <w:sz w:val="32"/>
        </w:rPr>
        <w:t>机</w:t>
      </w:r>
      <w:r>
        <w:rPr>
          <w:spacing w:val="2"/>
          <w:rFonts w:ascii="QhZznecx+FZFSK" w:hAnsi="QhZznecx+FZFSK" w:eastAsia="QhZznecx+FZFSK"/>
          <w:color w:val="000000"/>
          <w:sz w:val="32"/>
        </w:rPr>
        <w:t>构功</w:t>
      </w:r>
      <w:r>
        <w:rPr>
          <w:rFonts w:ascii="QhZznecx+FZFSK" w:hAnsi="QhZznecx+FZFSK" w:eastAsia="QhZznecx+FZFSK"/>
          <w:color w:val="000000"/>
          <w:sz w:val="32"/>
        </w:rPr>
        <w:t>能，</w:t>
      </w:r>
      <w:r>
        <w:rPr>
          <w:spacing w:val="2"/>
          <w:rFonts w:ascii="QhZznecx+FZFSK" w:hAnsi="QhZznecx+FZFSK" w:eastAsia="QhZznecx+FZFSK"/>
          <w:color w:val="000000"/>
          <w:sz w:val="32"/>
        </w:rPr>
        <w:t>完善</w:t>
      </w:r>
      <w:r>
        <w:rPr>
          <w:rFonts w:ascii="QhZznecx+FZFSK" w:hAnsi="QhZznecx+FZFSK" w:eastAsia="QhZznecx+FZFSK"/>
          <w:color w:val="000000"/>
          <w:sz w:val="32"/>
        </w:rPr>
        <w:t>风</w:t>
      </w:r>
      <w:r>
        <w:rPr>
          <w:spacing w:val="2"/>
          <w:rFonts w:ascii="QhZznecx+FZFSK" w:hAnsi="QhZznecx+FZFSK" w:eastAsia="QhZznecx+FZFSK"/>
          <w:color w:val="000000"/>
          <w:sz w:val="32"/>
        </w:rPr>
        <w:t>险补</w:t>
      </w:r>
      <w:r>
        <w:rPr>
          <w:rFonts w:ascii="QhZznecx+FZFSK" w:hAnsi="QhZznecx+FZFSK" w:eastAsia="QhZznecx+FZFSK"/>
          <w:color w:val="000000"/>
          <w:sz w:val="32"/>
        </w:rPr>
        <w:t>偿</w:t>
      </w:r>
      <w:r>
        <w:rPr>
          <w:spacing w:val="4"/>
          <w:rFonts w:ascii="QhZznecx+FZFSK" w:hAnsi="QhZznecx+FZFSK" w:eastAsia="QhZznecx+FZFSK"/>
          <w:color w:val="000000"/>
          <w:sz w:val="32"/>
        </w:rPr>
        <w:t>补</w:t>
      </w:r>
      <w:r>
        <w:rPr>
          <w:rFonts w:ascii="QhZznecx+FZFSK" w:hAnsi="QhZznecx+FZFSK" w:eastAsia="QhZznecx+FZFSK"/>
          <w:color w:val="000000"/>
          <w:sz w:val="32"/>
        </w:rPr>
        <w:t>助机</w:t>
      </w:r>
      <w:r>
        <w:rPr>
          <w:spacing w:val="2"/>
          <w:rFonts w:ascii="QhZznecx+FZFSK" w:hAnsi="QhZznecx+FZFSK" w:eastAsia="QhZznecx+FZFSK"/>
          <w:color w:val="000000"/>
          <w:sz w:val="32"/>
        </w:rPr>
        <w:t>制</w:t>
      </w:r>
      <w:r>
        <w:rPr>
          <w:spacing w:val="-4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年</w:t>
      </w:r>
      <w:r>
        <w:rPr>
          <w:spacing w:val="4"/>
          <w:rFonts w:ascii="QhZznecx+FZFSK" w:hAnsi="QhZznecx+FZFSK" w:eastAsia="QhZznecx+FZFSK"/>
          <w:color w:val="000000"/>
          <w:sz w:val="32"/>
        </w:rPr>
        <w:t>综</w:t>
      </w:r>
      <w:r>
        <w:rPr>
          <w:rFonts w:ascii="QhZznecx+FZFSK" w:hAnsi="QhZznecx+FZFSK" w:eastAsia="QhZznecx+FZFSK"/>
          <w:color w:val="000000"/>
          <w:sz w:val="32"/>
        </w:rPr>
        <w:t>合担</w:t>
      </w:r>
      <w:r>
        <w:rPr>
          <w:spacing w:val="4"/>
          <w:rFonts w:ascii="QhZznecx+FZFSK" w:hAnsi="QhZznecx+FZFSK" w:eastAsia="QhZznecx+FZFSK"/>
          <w:color w:val="000000"/>
          <w:sz w:val="32"/>
        </w:rPr>
        <w:t>保</w:t>
      </w:r>
      <w:r>
        <w:rPr>
          <w:rFonts w:ascii="QhZznecx+FZFSK" w:hAnsi="QhZznecx+FZFSK" w:eastAsia="QhZznecx+FZFSK"/>
          <w:color w:val="000000"/>
          <w:sz w:val="32"/>
        </w:rPr>
        <w:t>费</w:t>
      </w:r>
      <w:r>
        <w:rPr>
          <w:spacing w:val="2"/>
          <w:rFonts w:ascii="QhZznecx+FZFSK" w:hAnsi="QhZznecx+FZFSK" w:eastAsia="QhZznecx+FZFSK"/>
          <w:color w:val="000000"/>
          <w:sz w:val="32"/>
        </w:rPr>
        <w:t>率不</w:t>
      </w:r>
      <w:r>
        <w:rPr>
          <w:rFonts w:ascii="QhZznecx+FZFSK" w:hAnsi="QhZznecx+FZFSK" w:eastAsia="QhZznecx+FZFSK"/>
          <w:color w:val="000000"/>
          <w:sz w:val="32"/>
        </w:rPr>
        <w:t>高</w:t>
      </w:r>
      <w:r>
        <w:rPr>
          <w:spacing w:val="82"/>
          <w:rFonts w:ascii="QhZznecx+FZFSK" w:hAnsi="QhZznecx+FZFSK" w:eastAsia="QhZznecx+FZFSK"/>
          <w:color w:val="000000"/>
          <w:sz w:val="32"/>
        </w:rPr>
        <w:t>于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spacing w:val="-5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每</w:t>
      </w:r>
      <w:r>
        <w:rPr>
          <w:spacing w:val="4"/>
          <w:rFonts w:ascii="QhZznecx+FZFSK" w:hAnsi="QhZznecx+FZFSK" w:eastAsia="QhZznecx+FZFSK"/>
          <w:color w:val="000000"/>
          <w:sz w:val="32"/>
        </w:rPr>
        <w:t>家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业贷</w:t>
      </w:r>
      <w:r>
        <w:rPr>
          <w:rFonts w:ascii="QhZznecx+FZFSK" w:hAnsi="QhZznecx+FZFSK" w:eastAsia="QhZznecx+FZFSK"/>
          <w:color w:val="000000"/>
          <w:sz w:val="32"/>
        </w:rPr>
        <w:t>款</w:t>
      </w:r>
      <w:r>
        <w:rPr>
          <w:spacing w:val="2"/>
          <w:rFonts w:ascii="QhZznecx+FZFSK" w:hAnsi="QhZznecx+FZFSK" w:eastAsia="QhZznecx+FZFSK"/>
          <w:color w:val="000000"/>
          <w:sz w:val="32"/>
        </w:rPr>
        <w:t>担保</w:t>
      </w:r>
      <w:r>
        <w:rPr>
          <w:rFonts w:ascii="QhZznecx+FZFSK" w:hAnsi="QhZznecx+FZFSK" w:eastAsia="QhZznecx+FZFSK"/>
          <w:color w:val="000000"/>
          <w:sz w:val="32"/>
        </w:rPr>
        <w:t>最</w:t>
      </w:r>
      <w:r>
        <w:rPr>
          <w:spacing w:val="82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100</w:t>
      </w:r>
      <w:r>
        <w:rPr>
          <w:spacing w:val="84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-15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政</w:t>
      </w:r>
      <w:r>
        <w:rPr>
          <w:spacing w:val="2"/>
          <w:rFonts w:ascii="QhZznecx+FZFSK" w:hAnsi="QhZznecx+FZFSK" w:eastAsia="QhZznecx+FZFSK"/>
          <w:color w:val="000000"/>
          <w:sz w:val="32"/>
        </w:rPr>
        <w:t>策</w:t>
      </w:r>
      <w:r>
        <w:rPr>
          <w:rFonts w:ascii="QhZznecx+FZFSK" w:hAnsi="QhZznecx+FZFSK" w:eastAsia="QhZznecx+FZFSK"/>
          <w:color w:val="000000"/>
          <w:sz w:val="32"/>
        </w:rPr>
        <w:t>性融</w:t>
      </w:r>
      <w:r>
        <w:rPr>
          <w:spacing w:val="2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担保</w:t>
      </w:r>
      <w:r>
        <w:rPr>
          <w:spacing w:val="2"/>
          <w:rFonts w:ascii="QhZznecx+FZFSK" w:hAnsi="QhZznecx+FZFSK" w:eastAsia="QhZznecx+FZFSK"/>
          <w:color w:val="000000"/>
          <w:sz w:val="32"/>
        </w:rPr>
        <w:t>机</w:t>
      </w:r>
      <w:r>
        <w:rPr>
          <w:rFonts w:ascii="QhZznecx+FZFSK" w:hAnsi="QhZznecx+FZFSK" w:eastAsia="QhZznecx+FZFSK"/>
          <w:color w:val="000000"/>
          <w:sz w:val="32"/>
        </w:rPr>
        <w:t>构</w:t>
      </w:r>
      <w:r>
        <w:rPr>
          <w:spacing w:val="4"/>
          <w:rFonts w:ascii="QhZznecx+FZFSK" w:hAnsi="QhZznecx+FZFSK" w:eastAsia="QhZznecx+FZFSK"/>
          <w:color w:val="000000"/>
          <w:sz w:val="32"/>
        </w:rPr>
        <w:t>开</w:t>
      </w:r>
      <w:r>
        <w:rPr>
          <w:rFonts w:ascii="QhZznecx+FZFSK" w:hAnsi="QhZznecx+FZFSK" w:eastAsia="QhZznecx+FZFSK"/>
          <w:color w:val="000000"/>
          <w:sz w:val="32"/>
        </w:rPr>
        <w:t>展科</w:t>
      </w:r>
      <w:r>
        <w:rPr>
          <w:spacing w:val="4"/>
          <w:rFonts w:ascii="QhZznecx+FZFSK" w:hAnsi="QhZznecx+FZFSK" w:eastAsia="QhZznecx+FZFSK"/>
          <w:color w:val="000000"/>
          <w:sz w:val="32"/>
        </w:rPr>
        <w:t>技</w:t>
      </w:r>
      <w:r>
        <w:rPr>
          <w:rFonts w:ascii="QhZznecx+FZFSK" w:hAnsi="QhZznecx+FZFSK" w:eastAsia="QhZznecx+FZFSK"/>
          <w:color w:val="000000"/>
          <w:sz w:val="32"/>
        </w:rPr>
        <w:t>型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专</w:t>
      </w:r>
      <w:r>
        <w:rPr>
          <w:spacing w:val="2"/>
          <w:rFonts w:ascii="QhZznecx+FZFSK" w:hAnsi="QhZznecx+FZFSK" w:eastAsia="QhZznecx+FZFSK"/>
          <w:color w:val="000000"/>
          <w:sz w:val="32"/>
        </w:rPr>
        <w:t>利权</w:t>
      </w:r>
      <w:r>
        <w:rPr>
          <w:rFonts w:ascii="QhZznecx+FZFSK" w:hAnsi="QhZznecx+FZFSK" w:eastAsia="QhZznecx+FZFSK"/>
          <w:color w:val="000000"/>
          <w:sz w:val="32"/>
        </w:rPr>
        <w:t>质</w:t>
      </w:r>
      <w:r>
        <w:rPr>
          <w:spacing w:val="2"/>
          <w:rFonts w:ascii="QhZznecx+FZFSK" w:hAnsi="QhZznecx+FZFSK" w:eastAsia="QhZznecx+FZFSK"/>
          <w:color w:val="000000"/>
          <w:sz w:val="32"/>
        </w:rPr>
        <w:t>押贷</w:t>
      </w:r>
      <w:r>
        <w:rPr>
          <w:rFonts w:ascii="QhZznecx+FZFSK" w:hAnsi="QhZznecx+FZFSK" w:eastAsia="QhZznecx+FZFSK"/>
          <w:color w:val="000000"/>
          <w:sz w:val="32"/>
        </w:rPr>
        <w:t>款</w:t>
      </w:r>
      <w:r>
        <w:rPr>
          <w:spacing w:val="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对单</w:t>
      </w:r>
      <w:r>
        <w:rPr>
          <w:spacing w:val="4"/>
          <w:rFonts w:ascii="QhZznecx+FZFSK" w:hAnsi="QhZznecx+FZFSK" w:eastAsia="QhZznecx+FZFSK"/>
          <w:color w:val="000000"/>
          <w:sz w:val="32"/>
        </w:rPr>
        <w:t>户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rFonts w:ascii="QhZznecx+FZFSK" w:hAnsi="QhZznecx+FZFSK" w:eastAsia="QhZznecx+FZFSK"/>
          <w:color w:val="000000"/>
          <w:sz w:val="32"/>
        </w:rPr>
        <w:t>担保</w:t>
      </w:r>
      <w:r>
        <w:rPr>
          <w:spacing w:val="4"/>
          <w:rFonts w:ascii="QhZznecx+FZFSK" w:hAnsi="QhZznecx+FZFSK" w:eastAsia="QhZznecx+FZFSK"/>
          <w:color w:val="000000"/>
          <w:sz w:val="32"/>
        </w:rPr>
        <w:t>额</w:t>
      </w:r>
      <w:r>
        <w:rPr>
          <w:rFonts w:ascii="QhZznecx+FZFSK" w:hAnsi="QhZznecx+FZFSK" w:eastAsia="QhZznecx+FZFSK"/>
          <w:color w:val="000000"/>
          <w:sz w:val="32"/>
        </w:rPr>
        <w:t>最</w:t>
      </w:r>
      <w:r>
        <w:rPr>
          <w:spacing w:val="80"/>
          <w:rFonts w:ascii="QhZznecx+FZFSK" w:hAnsi="QhZznecx+FZFSK" w:eastAsia="QhZznecx+FZFSK"/>
          <w:color w:val="000000"/>
          <w:sz w:val="32"/>
        </w:rPr>
        <w:t>高</w:t>
      </w:r>
      <w:r>
        <w:rPr>
          <w:rFonts w:ascii="QhZznecx+FZFSK" w:hAnsi="QhZznecx+FZFSK" w:eastAsia="QhZznecx+FZFSK"/>
          <w:color w:val="000000"/>
          <w:sz w:val="32"/>
        </w:rPr>
        <w:t>20</w:t>
      </w:r>
      <w:r>
        <w:rPr>
          <w:spacing w:val="8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万</w:t>
      </w:r>
      <w:r>
        <w:rPr>
          <w:spacing w:val="4"/>
          <w:rFonts w:ascii="QhZznecx+FZFSK" w:hAnsi="QhZznecx+FZFSK" w:eastAsia="QhZznecx+FZFSK"/>
          <w:color w:val="000000"/>
          <w:sz w:val="32"/>
        </w:rPr>
        <w:t>元</w:t>
      </w:r>
      <w:r>
        <w:rPr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免收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业担</w:t>
      </w:r>
      <w:r>
        <w:rPr>
          <w:rFonts w:ascii="QhZznecx+FZFSK" w:hAnsi="QhZznecx+FZFSK" w:eastAsia="QhZznecx+FZFSK"/>
          <w:color w:val="000000"/>
          <w:sz w:val="32"/>
        </w:rPr>
        <w:t>保</w:t>
      </w:r>
      <w:r>
        <w:rPr>
          <w:spacing w:val="2"/>
          <w:rFonts w:ascii="QhZznecx+FZFSK" w:hAnsi="QhZznecx+FZFSK" w:eastAsia="QhZznecx+FZFSK"/>
          <w:color w:val="000000"/>
          <w:sz w:val="32"/>
        </w:rPr>
        <w:t>费</w:t>
      </w:r>
      <w:r>
        <w:rPr>
          <w:spacing w:val="-98"/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由市</w:t>
      </w:r>
      <w:r>
        <w:rPr>
          <w:rFonts w:ascii="QhZznecx+FZFSK" w:hAnsi="QhZznecx+FZFSK" w:eastAsia="QhZznecx+FZFSK"/>
          <w:color w:val="000000"/>
          <w:sz w:val="32"/>
        </w:rPr>
        <w:t>财</w:t>
      </w:r>
      <w:r>
        <w:rPr>
          <w:spacing w:val="2"/>
          <w:rFonts w:ascii="QhZznecx+FZFSK" w:hAnsi="QhZznecx+FZFSK" w:eastAsia="QhZznecx+FZFSK"/>
          <w:color w:val="000000"/>
          <w:sz w:val="32"/>
        </w:rPr>
        <w:t>政按</w:t>
      </w:r>
      <w:r>
        <w:rPr>
          <w:rFonts w:ascii="QhZznecx+FZFSK" w:hAnsi="QhZznecx+FZFSK" w:eastAsia="QhZznecx+FZFSK"/>
          <w:color w:val="000000"/>
          <w:sz w:val="32"/>
        </w:rPr>
        <w:t>其</w:t>
      </w:r>
      <w:r>
        <w:rPr>
          <w:spacing w:val="2"/>
          <w:rFonts w:ascii="QhZznecx+FZFSK" w:hAnsi="QhZznecx+FZFSK" w:eastAsia="QhZznecx+FZFSK"/>
          <w:color w:val="000000"/>
          <w:sz w:val="32"/>
        </w:rPr>
        <w:t>贷款</w:t>
      </w:r>
      <w:r>
        <w:rPr>
          <w:rFonts w:ascii="QhZznecx+FZFSK" w:hAnsi="QhZznecx+FZFSK" w:eastAsia="QhZznecx+FZFSK"/>
          <w:color w:val="000000"/>
          <w:sz w:val="32"/>
        </w:rPr>
        <w:t>总</w:t>
      </w:r>
      <w:r>
        <w:rPr>
          <w:spacing w:val="2"/>
          <w:rFonts w:ascii="QhZznecx+FZFSK" w:hAnsi="QhZznecx+FZFSK" w:eastAsia="QhZznecx+FZFSK"/>
          <w:color w:val="000000"/>
          <w:sz w:val="32"/>
        </w:rPr>
        <w:t>额</w:t>
      </w:r>
      <w:r>
        <w:rPr>
          <w:spacing w:val="82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2"/>
          <w:rFonts w:ascii="QhZznecx+FZFSK" w:hAnsi="QhZznecx+FZFSK" w:eastAsia="QhZznecx+FZFSK"/>
          <w:color w:val="000000"/>
          <w:sz w:val="32"/>
        </w:rPr>
        <w:t>%</w:t>
      </w:r>
      <w:r>
        <w:rPr>
          <w:rFonts w:ascii="QhZznecx+FZFSK" w:hAnsi="QhZznecx+FZFSK" w:eastAsia="QhZznecx+FZFSK"/>
          <w:color w:val="000000"/>
          <w:sz w:val="32"/>
        </w:rPr>
        <w:t>给</w:t>
      </w:r>
      <w:r>
        <w:rPr>
          <w:spacing w:val="4"/>
          <w:rFonts w:ascii="QhZznecx+FZFSK" w:hAnsi="QhZznecx+FZFSK" w:eastAsia="QhZznecx+FZFSK"/>
          <w:color w:val="000000"/>
          <w:sz w:val="32"/>
        </w:rPr>
        <w:t>予</w:t>
      </w:r>
      <w:r>
        <w:rPr>
          <w:rFonts w:ascii="QhZznecx+FZFSK" w:hAnsi="QhZznecx+FZFSK" w:eastAsia="QhZznecx+FZFSK"/>
          <w:color w:val="000000"/>
          <w:sz w:val="32"/>
        </w:rPr>
        <w:t>担保</w:t>
      </w:r>
      <w:r>
        <w:rPr>
          <w:spacing w:val="4"/>
          <w:rFonts w:ascii="QhZznecx+FZFSK" w:hAnsi="QhZznecx+FZFSK" w:eastAsia="QhZznecx+FZFSK"/>
          <w:color w:val="000000"/>
          <w:sz w:val="32"/>
        </w:rPr>
        <w:t>费</w:t>
      </w:r>
      <w:r>
        <w:rPr>
          <w:rFonts w:ascii="QhZznecx+FZFSK" w:hAnsi="QhZznecx+FZFSK" w:eastAsia="QhZznecx+FZFSK"/>
          <w:color w:val="000000"/>
          <w:sz w:val="32"/>
        </w:rPr>
        <w:t>补</w:t>
      </w:r>
      <w:r>
        <w:rPr>
          <w:spacing w:val="2"/>
          <w:rFonts w:ascii="QhZznecx+FZFSK" w:hAnsi="QhZznecx+FZFSK" w:eastAsia="QhZznecx+FZFSK"/>
          <w:color w:val="000000"/>
          <w:sz w:val="32"/>
        </w:rPr>
        <w:t>贴。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4"/>
          <w:rFonts w:ascii="oWgGuaTQ+FZKTK" w:hAnsi="oWgGuaTQ+FZKTK" w:eastAsia="oWgGuaTQ+FZKTK"/>
          <w:color w:val="000000"/>
          <w:sz w:val="32"/>
        </w:rPr>
        <w:t>责</w:t>
      </w:r>
      <w:r>
        <w:rPr>
          <w:rFonts w:ascii="oWgGuaTQ+FZKTK" w:hAnsi="oWgGuaTQ+FZKTK" w:eastAsia="oWgGuaTQ+FZKTK"/>
          <w:color w:val="000000"/>
          <w:sz w:val="32"/>
        </w:rPr>
        <w:t>任单</w:t>
      </w:r>
      <w:r>
        <w:rPr>
          <w:spacing w:val="4"/>
          <w:rFonts w:ascii="oWgGuaTQ+FZKTK" w:hAnsi="oWgGuaTQ+FZKTK" w:eastAsia="oWgGuaTQ+FZKTK"/>
          <w:color w:val="000000"/>
          <w:sz w:val="32"/>
        </w:rPr>
        <w:t>位</w:t>
      </w:r>
      <w:r>
        <w:rPr>
          <w:rFonts w:ascii="oWgGuaTQ+FZKTK" w:hAnsi="oWgGuaTQ+FZKTK" w:eastAsia="oWgGuaTQ+FZKTK"/>
          <w:color w:val="000000"/>
          <w:sz w:val="32"/>
        </w:rPr>
        <w:t>：国</w:t>
      </w:r>
      <w:r>
        <w:rPr>
          <w:spacing w:val="4"/>
          <w:rFonts w:ascii="oWgGuaTQ+FZKTK" w:hAnsi="oWgGuaTQ+FZKTK" w:eastAsia="oWgGuaTQ+FZKTK"/>
          <w:color w:val="000000"/>
          <w:sz w:val="32"/>
        </w:rPr>
        <w:t>控</w:t>
      </w:r>
      <w:r>
        <w:rPr>
          <w:rFonts w:ascii="oWgGuaTQ+FZKTK" w:hAnsi="oWgGuaTQ+FZKTK" w:eastAsia="oWgGuaTQ+FZKTK"/>
          <w:color w:val="000000"/>
          <w:sz w:val="32"/>
        </w:rPr>
        <w:t>集团）</w:t>
      </w:r>
      <w:r>
        <w:br/>
      </w:r>
      <w:r>
        <w:tab/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2"/>
          <w:rFonts w:ascii="QhZznecx+FZFSK" w:hAnsi="QhZznecx+FZFSK" w:eastAsia="QhZznecx+FZFSK"/>
          <w:color w:val="000000"/>
          <w:sz w:val="32"/>
        </w:rPr>
        <w:t>5.持续优化</w:t>
      </w:r>
      <w:r>
        <w:rPr>
          <w:spacing w:val="4"/>
          <w:rFonts w:ascii="QhZznecx+FZFSK" w:hAnsi="QhZznecx+FZFSK" w:eastAsia="QhZznecx+FZFSK"/>
          <w:color w:val="000000"/>
          <w:sz w:val="32"/>
        </w:rPr>
        <w:t>涉</w:t>
      </w:r>
      <w:r>
        <w:rPr>
          <w:spacing w:val="2"/>
          <w:rFonts w:ascii="QhZznecx+FZFSK" w:hAnsi="QhZznecx+FZFSK" w:eastAsia="QhZznecx+FZFSK"/>
          <w:color w:val="000000"/>
          <w:sz w:val="32"/>
        </w:rPr>
        <w:t>企服务</w:t>
      </w:r>
      <w:r>
        <w:rPr>
          <w:spacing w:val="-5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认真</w:t>
      </w:r>
      <w:r>
        <w:rPr>
          <w:spacing w:val="4"/>
          <w:rFonts w:ascii="QhZznecx+FZFSK" w:hAnsi="QhZznecx+FZFSK" w:eastAsia="QhZznecx+FZFSK"/>
          <w:color w:val="000000"/>
          <w:sz w:val="32"/>
        </w:rPr>
        <w:t>落</w:t>
      </w:r>
      <w:r>
        <w:rPr>
          <w:rFonts w:ascii="QhZznecx+FZFSK" w:hAnsi="QhZznecx+FZFSK" w:eastAsia="QhZznecx+FZFSK"/>
          <w:color w:val="000000"/>
          <w:sz w:val="32"/>
        </w:rPr>
        <w:t>实</w:t>
      </w:r>
      <w:r>
        <w:rPr>
          <w:spacing w:val="2"/>
          <w:rFonts w:ascii="QhZznecx+FZFSK" w:hAnsi="QhZznecx+FZFSK" w:eastAsia="QhZznecx+FZFSK"/>
          <w:color w:val="000000"/>
          <w:sz w:val="32"/>
        </w:rPr>
        <w:t>审</w:t>
      </w:r>
      <w:r>
        <w:rPr>
          <w:rFonts w:ascii="QhZznecx+FZFSK" w:hAnsi="QhZznecx+FZFSK" w:eastAsia="QhZznecx+FZFSK"/>
          <w:color w:val="000000"/>
          <w:sz w:val="32"/>
        </w:rPr>
        <w:t>慎宽</w:t>
      </w:r>
      <w:r>
        <w:rPr>
          <w:spacing w:val="2"/>
          <w:rFonts w:ascii="QhZznecx+FZFSK" w:hAnsi="QhZznecx+FZFSK" w:eastAsia="QhZznecx+FZFSK"/>
          <w:color w:val="000000"/>
          <w:sz w:val="32"/>
        </w:rPr>
        <w:t>容</w:t>
      </w:r>
      <w:r>
        <w:rPr>
          <w:rFonts w:ascii="QhZznecx+FZFSK" w:hAnsi="QhZznecx+FZFSK" w:eastAsia="QhZznecx+FZFSK"/>
          <w:color w:val="000000"/>
          <w:sz w:val="32"/>
        </w:rPr>
        <w:t>执</w:t>
      </w:r>
      <w:r>
        <w:rPr>
          <w:spacing w:val="4"/>
          <w:rFonts w:ascii="QhZznecx+FZFSK" w:hAnsi="QhZznecx+FZFSK" w:eastAsia="QhZznecx+FZFSK"/>
          <w:color w:val="000000"/>
          <w:sz w:val="32"/>
        </w:rPr>
        <w:t>法</w:t>
      </w:r>
      <w:r>
        <w:rPr>
          <w:spacing w:val="-5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首</w:t>
      </w:r>
      <w:r>
        <w:rPr>
          <w:spacing w:val="4"/>
          <w:rFonts w:ascii="QhZznecx+FZFSK" w:hAnsi="QhZznecx+FZFSK" w:eastAsia="QhZznecx+FZFSK"/>
          <w:color w:val="000000"/>
          <w:sz w:val="32"/>
        </w:rPr>
        <w:t>违</w:t>
      </w:r>
      <w:r>
        <w:rPr>
          <w:rFonts w:ascii="QhZznecx+FZFSK" w:hAnsi="QhZznecx+FZFSK" w:eastAsia="QhZznecx+FZFSK"/>
          <w:color w:val="000000"/>
          <w:sz w:val="32"/>
        </w:rPr>
        <w:t>不</w:t>
      </w:r>
      <w:r>
        <w:rPr>
          <w:spacing w:val="2"/>
          <w:rFonts w:ascii="QhZznecx+FZFSK" w:hAnsi="QhZznecx+FZFSK" w:eastAsia="QhZznecx+FZFSK"/>
          <w:color w:val="000000"/>
          <w:sz w:val="32"/>
        </w:rPr>
        <w:t>罚理</w:t>
      </w:r>
      <w:r>
        <w:rPr>
          <w:rFonts w:ascii="QhZznecx+FZFSK" w:hAnsi="QhZznecx+FZFSK" w:eastAsia="QhZznecx+FZFSK"/>
          <w:color w:val="000000"/>
          <w:sz w:val="32"/>
        </w:rPr>
        <w:t>念</w:t>
      </w:r>
      <w:r>
        <w:rPr>
          <w:spacing w:val="-1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对</w:t>
      </w:r>
      <w:r>
        <w:rPr>
          <w:spacing w:val="4"/>
          <w:rFonts w:ascii="QhZznecx+FZFSK" w:hAnsi="QhZznecx+FZFSK" w:eastAsia="QhZznecx+FZFSK"/>
          <w:color w:val="000000"/>
          <w:sz w:val="32"/>
        </w:rPr>
        <w:t>为</w:t>
      </w:r>
      <w:r>
        <w:rPr>
          <w:rFonts w:ascii="QhZznecx+FZFSK" w:hAnsi="QhZznecx+FZFSK" w:eastAsia="QhZznecx+FZFSK"/>
          <w:color w:val="000000"/>
          <w:sz w:val="32"/>
        </w:rPr>
        <w:t>我市</w:t>
      </w:r>
      <w:r>
        <w:rPr>
          <w:spacing w:val="4"/>
          <w:rFonts w:ascii="QhZznecx+FZFSK" w:hAnsi="QhZznecx+FZFSK" w:eastAsia="QhZznecx+FZFSK"/>
          <w:color w:val="000000"/>
          <w:sz w:val="32"/>
        </w:rPr>
        <w:t>工</w:t>
      </w:r>
      <w:r>
        <w:rPr>
          <w:rFonts w:ascii="QhZznecx+FZFSK" w:hAnsi="QhZznecx+FZFSK" w:eastAsia="QhZznecx+FZFSK"/>
          <w:color w:val="000000"/>
          <w:sz w:val="32"/>
        </w:rPr>
        <w:t>业经</w:t>
      </w:r>
      <w:r>
        <w:rPr>
          <w:spacing w:val="4"/>
          <w:rFonts w:ascii="QhZznecx+FZFSK" w:hAnsi="QhZznecx+FZFSK" w:eastAsia="QhZznecx+FZFSK"/>
          <w:color w:val="000000"/>
          <w:sz w:val="32"/>
        </w:rPr>
        <w:t>济</w:t>
      </w:r>
      <w:r>
        <w:rPr>
          <w:rFonts w:ascii="QhZznecx+FZFSK" w:hAnsi="QhZznecx+FZFSK" w:eastAsia="QhZznecx+FZFSK"/>
          <w:color w:val="000000"/>
          <w:sz w:val="32"/>
        </w:rPr>
        <w:t>作出</w:t>
      </w:r>
      <w:r>
        <w:rPr>
          <w:spacing w:val="4"/>
          <w:rFonts w:ascii="QhZznecx+FZFSK" w:hAnsi="QhZznecx+FZFSK" w:eastAsia="QhZznecx+FZFSK"/>
          <w:color w:val="000000"/>
          <w:sz w:val="32"/>
        </w:rPr>
        <w:t>突</w:t>
      </w:r>
      <w:r>
        <w:rPr>
          <w:rFonts w:ascii="QhZznecx+FZFSK" w:hAnsi="QhZznecx+FZFSK" w:eastAsia="QhZznecx+FZFSK"/>
          <w:color w:val="000000"/>
          <w:sz w:val="32"/>
        </w:rPr>
        <w:t>出贡</w:t>
      </w:r>
      <w:r>
        <w:rPr>
          <w:spacing w:val="4"/>
          <w:rFonts w:ascii="QhZznecx+FZFSK" w:hAnsi="QhZznecx+FZFSK" w:eastAsia="QhZznecx+FZFSK"/>
          <w:color w:val="000000"/>
          <w:sz w:val="32"/>
        </w:rPr>
        <w:t>献</w:t>
      </w:r>
      <w:r>
        <w:rPr>
          <w:rFonts w:ascii="QhZznecx+FZFSK" w:hAnsi="QhZznecx+FZFSK" w:eastAsia="QhZznecx+FZFSK"/>
          <w:color w:val="000000"/>
          <w:sz w:val="32"/>
        </w:rPr>
        <w:t>的先</w:t>
      </w:r>
      <w:r>
        <w:rPr>
          <w:spacing w:val="4"/>
          <w:rFonts w:ascii="QhZznecx+FZFSK" w:hAnsi="QhZznecx+FZFSK" w:eastAsia="QhZznecx+FZFSK"/>
          <w:color w:val="000000"/>
          <w:sz w:val="32"/>
        </w:rPr>
        <w:t>进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和</w:t>
      </w:r>
      <w:r>
        <w:rPr>
          <w:rFonts w:ascii="QhZznecx+FZFSK" w:hAnsi="QhZznecx+FZFSK" w:eastAsia="QhZznecx+FZFSK"/>
          <w:color w:val="000000"/>
          <w:sz w:val="32"/>
        </w:rPr>
        <w:t>先进</w:t>
      </w:r>
      <w:r>
        <w:rPr>
          <w:spacing w:val="2"/>
          <w:rFonts w:ascii="QhZznecx+FZFSK" w:hAnsi="QhZznecx+FZFSK" w:eastAsia="QhZznecx+FZFSK"/>
          <w:color w:val="000000"/>
          <w:sz w:val="32"/>
        </w:rPr>
        <w:t>个人</w:t>
      </w:r>
      <w:r>
        <w:rPr>
          <w:spacing w:val="-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适</w:t>
      </w:r>
      <w:r>
        <w:rPr>
          <w:spacing w:val="2"/>
          <w:rFonts w:ascii="QhZznecx+FZFSK" w:hAnsi="QhZznecx+FZFSK" w:eastAsia="QhZznecx+FZFSK"/>
          <w:color w:val="000000"/>
          <w:sz w:val="32"/>
        </w:rPr>
        <w:t>时予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表彰</w:t>
      </w:r>
      <w:r>
        <w:rPr>
          <w:rFonts w:ascii="QhZznecx+FZFSK" w:hAnsi="QhZznecx+FZFSK" w:eastAsia="QhZznecx+FZFSK"/>
          <w:color w:val="000000"/>
          <w:sz w:val="32"/>
        </w:rPr>
        <w:t>奖</w:t>
      </w:r>
      <w:r>
        <w:rPr>
          <w:spacing w:val="2"/>
          <w:rFonts w:ascii="QhZznecx+FZFSK" w:hAnsi="QhZznecx+FZFSK" w:eastAsia="QhZznecx+FZFSK"/>
          <w:color w:val="000000"/>
          <w:sz w:val="32"/>
        </w:rPr>
        <w:t>励</w:t>
      </w:r>
      <w:r>
        <w:rPr>
          <w:spacing w:val="-6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开</w:t>
      </w:r>
      <w:r>
        <w:rPr>
          <w:spacing w:val="4"/>
          <w:rFonts w:ascii="QhZznecx+FZFSK" w:hAnsi="QhZznecx+FZFSK" w:eastAsia="QhZznecx+FZFSK"/>
          <w:color w:val="000000"/>
          <w:sz w:val="32"/>
        </w:rPr>
        <w:t>展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家</w:t>
      </w:r>
      <w:r>
        <w:rPr>
          <w:rFonts w:ascii="QhZznecx+FZFSK" w:hAnsi="QhZznecx+FZFSK" w:eastAsia="QhZznecx+FZFSK"/>
          <w:color w:val="000000"/>
          <w:sz w:val="32"/>
        </w:rPr>
        <w:t>素质</w:t>
      </w:r>
      <w:r>
        <w:rPr>
          <w:spacing w:val="4"/>
          <w:rFonts w:ascii="QhZznecx+FZFSK" w:hAnsi="QhZznecx+FZFSK" w:eastAsia="QhZznecx+FZFSK"/>
          <w:color w:val="000000"/>
          <w:sz w:val="32"/>
        </w:rPr>
        <w:t>提</w:t>
      </w:r>
      <w:r>
        <w:rPr>
          <w:rFonts w:ascii="QhZznecx+FZFSK" w:hAnsi="QhZznecx+FZFSK" w:eastAsia="QhZznecx+FZFSK"/>
          <w:color w:val="000000"/>
          <w:sz w:val="32"/>
        </w:rPr>
        <w:t>升工</w:t>
      </w:r>
      <w:r>
        <w:rPr>
          <w:spacing w:val="4"/>
          <w:rFonts w:ascii="QhZznecx+FZFSK" w:hAnsi="QhZznecx+FZFSK" w:eastAsia="QhZznecx+FZFSK"/>
          <w:color w:val="000000"/>
          <w:sz w:val="32"/>
        </w:rPr>
        <w:t>程</w:t>
      </w:r>
      <w:r>
        <w:rPr>
          <w:spacing w:val="-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坚持</w:t>
      </w:r>
      <w:r>
        <w:rPr>
          <w:spacing w:val="2"/>
          <w:rFonts w:ascii="QhZznecx+FZFSK" w:hAnsi="QhZznecx+FZFSK" w:eastAsia="QhZznecx+FZFSK"/>
          <w:color w:val="000000"/>
          <w:sz w:val="32"/>
        </w:rPr>
        <w:t>每年</w:t>
      </w:r>
      <w:r>
        <w:rPr>
          <w:rFonts w:ascii="QhZznecx+FZFSK" w:hAnsi="QhZznecx+FZFSK" w:eastAsia="QhZznecx+FZFSK"/>
          <w:color w:val="000000"/>
          <w:sz w:val="32"/>
        </w:rPr>
        <w:t>举</w:t>
      </w:r>
      <w:r>
        <w:rPr>
          <w:spacing w:val="2"/>
          <w:rFonts w:ascii="QhZznecx+FZFSK" w:hAnsi="QhZznecx+FZFSK" w:eastAsia="QhZznecx+FZFSK"/>
          <w:color w:val="000000"/>
          <w:sz w:val="32"/>
        </w:rPr>
        <w:t>办企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家高</w:t>
      </w:r>
      <w:r>
        <w:rPr>
          <w:rFonts w:ascii="QhZznecx+FZFSK" w:hAnsi="QhZznecx+FZFSK" w:eastAsia="QhZznecx+FZFSK"/>
          <w:color w:val="000000"/>
          <w:sz w:val="32"/>
        </w:rPr>
        <w:t>端</w:t>
      </w:r>
      <w:r>
        <w:rPr>
          <w:spacing w:val="2"/>
          <w:rFonts w:ascii="QhZznecx+FZFSK" w:hAnsi="QhZznecx+FZFSK" w:eastAsia="QhZznecx+FZFSK"/>
          <w:color w:val="000000"/>
          <w:sz w:val="32"/>
        </w:rPr>
        <w:t>研修</w:t>
      </w:r>
      <w:r>
        <w:rPr>
          <w:rFonts w:ascii="QhZznecx+FZFSK" w:hAnsi="QhZznecx+FZFSK" w:eastAsia="QhZznecx+FZFSK"/>
          <w:color w:val="000000"/>
          <w:sz w:val="32"/>
        </w:rPr>
        <w:t>班</w:t>
      </w:r>
      <w:r>
        <w:rPr>
          <w:spacing w:val="-16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为</w:t>
      </w:r>
      <w:r>
        <w:rPr>
          <w:spacing w:val="4"/>
          <w:rFonts w:ascii="QhZznecx+FZFSK" w:hAnsi="QhZznecx+FZFSK" w:eastAsia="QhZznecx+FZFSK"/>
          <w:color w:val="000000"/>
          <w:sz w:val="32"/>
        </w:rPr>
        <w:t>创</w:t>
      </w:r>
      <w:r>
        <w:rPr>
          <w:rFonts w:ascii="QhZznecx+FZFSK" w:hAnsi="QhZznecx+FZFSK" w:eastAsia="QhZznecx+FZFSK"/>
          <w:color w:val="000000"/>
          <w:sz w:val="32"/>
        </w:rPr>
        <w:t>业绿</w:t>
      </w:r>
      <w:r>
        <w:rPr>
          <w:spacing w:val="4"/>
          <w:rFonts w:ascii="QhZznecx+FZFSK" w:hAnsi="QhZznecx+FZFSK" w:eastAsia="QhZznecx+FZFSK"/>
          <w:color w:val="000000"/>
          <w:sz w:val="32"/>
        </w:rPr>
        <w:t>卡</w:t>
      </w:r>
      <w:r>
        <w:rPr>
          <w:rFonts w:ascii="QhZznecx+FZFSK" w:hAnsi="QhZznecx+FZFSK" w:eastAsia="QhZznecx+FZFSK"/>
          <w:color w:val="000000"/>
          <w:sz w:val="32"/>
        </w:rPr>
        <w:t>持卡</w:t>
      </w:r>
      <w:r>
        <w:rPr>
          <w:spacing w:val="4"/>
          <w:rFonts w:ascii="QhZznecx+FZFSK" w:hAnsi="QhZznecx+FZFSK" w:eastAsia="QhZznecx+FZFSK"/>
          <w:color w:val="000000"/>
          <w:sz w:val="32"/>
        </w:rPr>
        <w:t>人</w:t>
      </w:r>
      <w:r>
        <w:rPr>
          <w:rFonts w:ascii="QhZznecx+FZFSK" w:hAnsi="QhZznecx+FZFSK" w:eastAsia="QhZznecx+FZFSK"/>
          <w:color w:val="000000"/>
          <w:sz w:val="32"/>
        </w:rPr>
        <w:t>提供</w:t>
      </w:r>
      <w:r>
        <w:rPr>
          <w:spacing w:val="4"/>
          <w:rFonts w:ascii="QhZznecx+FZFSK" w:hAnsi="QhZznecx+FZFSK" w:eastAsia="QhZznecx+FZFSK"/>
          <w:color w:val="000000"/>
          <w:sz w:val="32"/>
        </w:rPr>
        <w:t>审</w:t>
      </w:r>
      <w:r>
        <w:rPr>
          <w:rFonts w:ascii="QhZznecx+FZFSK" w:hAnsi="QhZznecx+FZFSK" w:eastAsia="QhZznecx+FZFSK"/>
          <w:color w:val="000000"/>
          <w:sz w:val="32"/>
        </w:rPr>
        <w:t>批绿</w:t>
      </w:r>
      <w:r>
        <w:rPr>
          <w:spacing w:val="2"/>
          <w:rFonts w:ascii="QhZznecx+FZFSK" w:hAnsi="QhZznecx+FZFSK" w:eastAsia="QhZznecx+FZFSK"/>
          <w:color w:val="000000"/>
          <w:sz w:val="32"/>
        </w:rPr>
        <w:t>色通</w:t>
      </w:r>
      <w:r>
        <w:rPr>
          <w:rFonts w:ascii="QhZznecx+FZFSK" w:hAnsi="QhZznecx+FZFSK" w:eastAsia="QhZznecx+FZFSK"/>
          <w:color w:val="000000"/>
          <w:sz w:val="32"/>
        </w:rPr>
        <w:t>道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景</w:t>
      </w:r>
      <w:r>
        <w:rPr>
          <w:spacing w:val="4"/>
          <w:rFonts w:ascii="QhZznecx+FZFSK" w:hAnsi="QhZznecx+FZFSK" w:eastAsia="QhZznecx+FZFSK"/>
          <w:color w:val="000000"/>
          <w:sz w:val="32"/>
        </w:rPr>
        <w:t>点</w:t>
      </w:r>
      <w:r>
        <w:rPr>
          <w:rFonts w:ascii="QhZznecx+FZFSK" w:hAnsi="QhZznecx+FZFSK" w:eastAsia="QhZznecx+FZFSK"/>
          <w:color w:val="000000"/>
          <w:sz w:val="32"/>
        </w:rPr>
        <w:t>酒店</w:t>
      </w:r>
      <w:r>
        <w:rPr>
          <w:spacing w:val="4"/>
          <w:rFonts w:ascii="QhZznecx+FZFSK" w:hAnsi="QhZznecx+FZFSK" w:eastAsia="QhZznecx+FZFSK"/>
          <w:color w:val="000000"/>
          <w:sz w:val="32"/>
        </w:rPr>
        <w:t>优</w:t>
      </w:r>
      <w:r>
        <w:rPr>
          <w:rFonts w:ascii="QhZznecx+FZFSK" w:hAnsi="QhZznecx+FZFSK" w:eastAsia="QhZznecx+FZFSK"/>
          <w:color w:val="000000"/>
          <w:sz w:val="32"/>
        </w:rPr>
        <w:t>惠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子</w:t>
      </w:r>
      <w:r>
        <w:rPr>
          <w:spacing w:val="2"/>
          <w:rFonts w:ascii="QhZznecx+FZFSK" w:hAnsi="QhZznecx+FZFSK" w:eastAsia="QhZznecx+FZFSK"/>
          <w:color w:val="000000"/>
          <w:sz w:val="32"/>
        </w:rPr>
        <w:t>女</w:t>
      </w:r>
      <w:r>
        <w:rPr>
          <w:rFonts w:ascii="QhZznecx+FZFSK" w:hAnsi="QhZznecx+FZFSK" w:eastAsia="QhZznecx+FZFSK"/>
          <w:color w:val="000000"/>
          <w:sz w:val="32"/>
        </w:rPr>
        <w:t>就学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绿</w:t>
      </w:r>
      <w:r>
        <w:rPr>
          <w:spacing w:val="2"/>
          <w:rFonts w:ascii="QhZznecx+FZFSK" w:hAnsi="QhZznecx+FZFSK" w:eastAsia="QhZznecx+FZFSK"/>
          <w:color w:val="000000"/>
          <w:sz w:val="32"/>
        </w:rPr>
        <w:t>色</w:t>
      </w:r>
      <w:r>
        <w:rPr>
          <w:rFonts w:ascii="QhZznecx+FZFSK" w:hAnsi="QhZznecx+FZFSK" w:eastAsia="QhZznecx+FZFSK"/>
          <w:color w:val="000000"/>
          <w:sz w:val="32"/>
        </w:rPr>
        <w:t>就医</w:t>
      </w:r>
      <w:r>
        <w:rPr>
          <w:spacing w:val="2"/>
          <w:rFonts w:ascii="QhZznecx+FZFSK" w:hAnsi="QhZznecx+FZFSK" w:eastAsia="QhZznecx+FZFSK"/>
          <w:color w:val="000000"/>
          <w:sz w:val="32"/>
        </w:rPr>
        <w:t>等</w:t>
      </w:r>
      <w:r>
        <w:rPr>
          <w:rFonts w:ascii="QhZznecx+FZFSK" w:hAnsi="QhZznecx+FZFSK" w:eastAsia="QhZznecx+FZFSK"/>
          <w:color w:val="000000"/>
          <w:sz w:val="32"/>
        </w:rPr>
        <w:t>便</w:t>
      </w:r>
      <w:r>
        <w:rPr>
          <w:spacing w:val="4"/>
          <w:rFonts w:ascii="QhZznecx+FZFSK" w:hAnsi="QhZznecx+FZFSK" w:eastAsia="QhZznecx+FZFSK"/>
          <w:color w:val="000000"/>
          <w:sz w:val="32"/>
        </w:rPr>
        <w:t>利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每年</w:t>
      </w:r>
      <w:r>
        <w:rPr>
          <w:spacing w:val="2"/>
          <w:rFonts w:ascii="QhZznecx+FZFSK" w:hAnsi="QhZznecx+FZFSK" w:eastAsia="QhZznecx+FZFSK"/>
          <w:color w:val="000000"/>
          <w:sz w:val="32"/>
        </w:rPr>
        <w:t>提供</w:t>
      </w:r>
      <w:r>
        <w:rPr>
          <w:rFonts w:ascii="QhZznecx+FZFSK" w:hAnsi="QhZznecx+FZFSK" w:eastAsia="QhZznecx+FZFSK"/>
          <w:color w:val="000000"/>
          <w:sz w:val="32"/>
        </w:rPr>
        <w:t>免</w:t>
      </w:r>
      <w:r>
        <w:rPr>
          <w:spacing w:val="2"/>
          <w:rFonts w:ascii="QhZznecx+FZFSK" w:hAnsi="QhZznecx+FZFSK" w:eastAsia="QhZznecx+FZFSK"/>
          <w:color w:val="000000"/>
          <w:sz w:val="32"/>
        </w:rPr>
        <w:t>费体</w:t>
      </w:r>
      <w:r>
        <w:rPr>
          <w:rFonts w:ascii="QhZznecx+FZFSK" w:hAnsi="QhZznecx+FZFSK" w:eastAsia="QhZznecx+FZFSK"/>
          <w:color w:val="000000"/>
          <w:sz w:val="32"/>
        </w:rPr>
        <w:t>检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免</w:t>
      </w:r>
      <w:r>
        <w:rPr>
          <w:spacing w:val="2"/>
          <w:rFonts w:ascii="QhZznecx+FZFSK" w:hAnsi="QhZznecx+FZFSK" w:eastAsia="QhZznecx+FZFSK"/>
          <w:color w:val="000000"/>
          <w:sz w:val="32"/>
        </w:rPr>
        <w:t>费</w:t>
      </w:r>
      <w:r>
        <w:rPr>
          <w:rFonts w:ascii="QhZznecx+FZFSK" w:hAnsi="QhZznecx+FZFSK" w:eastAsia="QhZznecx+FZFSK"/>
          <w:color w:val="000000"/>
          <w:sz w:val="32"/>
        </w:rPr>
        <w:t>停</w:t>
      </w:r>
      <w:r>
        <w:rPr>
          <w:spacing w:val="2"/>
          <w:rFonts w:ascii="QhZznecx+FZFSK" w:hAnsi="QhZznecx+FZFSK" w:eastAsia="QhZznecx+FZFSK"/>
          <w:color w:val="000000"/>
          <w:sz w:val="32"/>
        </w:rPr>
        <w:t>车等</w:t>
      </w:r>
      <w:r>
        <w:rPr>
          <w:rFonts w:ascii="QhZznecx+FZFSK" w:hAnsi="QhZznecx+FZFSK" w:eastAsia="QhZznecx+FZFSK"/>
          <w:color w:val="000000"/>
          <w:sz w:val="32"/>
        </w:rPr>
        <w:t>方</w:t>
      </w:r>
      <w:r>
        <w:rPr>
          <w:spacing w:val="2"/>
          <w:rFonts w:ascii="QhZznecx+FZFSK" w:hAnsi="QhZznecx+FZFSK" w:eastAsia="QhZznecx+FZFSK"/>
          <w:color w:val="000000"/>
          <w:sz w:val="32"/>
        </w:rPr>
        <w:t>面相</w:t>
      </w:r>
      <w:r>
        <w:rPr>
          <w:rFonts w:ascii="QhZznecx+FZFSK" w:hAnsi="QhZznecx+FZFSK" w:eastAsia="QhZznecx+FZFSK"/>
          <w:color w:val="000000"/>
          <w:sz w:val="32"/>
        </w:rPr>
        <w:t>关</w:t>
      </w:r>
      <w:r>
        <w:rPr>
          <w:spacing w:val="2"/>
          <w:rFonts w:ascii="QhZznecx+FZFSK" w:hAnsi="QhZznecx+FZFSK" w:eastAsia="QhZznecx+FZFSK"/>
          <w:color w:val="000000"/>
          <w:sz w:val="32"/>
        </w:rPr>
        <w:t>服务</w:t>
      </w:r>
      <w:r>
        <w:rPr>
          <w:spacing w:val="-8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持</w:t>
      </w:r>
      <w:r>
        <w:rPr>
          <w:spacing w:val="4"/>
          <w:rFonts w:ascii="QhZznecx+FZFSK" w:hAnsi="QhZznecx+FZFSK" w:eastAsia="QhZznecx+FZFSK"/>
          <w:color w:val="000000"/>
          <w:sz w:val="32"/>
        </w:rPr>
        <w:t>续</w:t>
      </w:r>
      <w:r>
        <w:rPr>
          <w:rFonts w:ascii="QhZznecx+FZFSK" w:hAnsi="QhZznecx+FZFSK" w:eastAsia="QhZznecx+FZFSK"/>
          <w:color w:val="000000"/>
          <w:sz w:val="32"/>
        </w:rPr>
        <w:t>优化</w:t>
      </w:r>
      <w:r>
        <w:rPr>
          <w:spacing w:val="4"/>
          <w:rFonts w:ascii="QhZznecx+FZFSK" w:hAnsi="QhZznecx+FZFSK" w:eastAsia="QhZznecx+FZFSK"/>
          <w:color w:val="000000"/>
          <w:sz w:val="32"/>
        </w:rPr>
        <w:t>政</w:t>
      </w:r>
      <w:r>
        <w:rPr>
          <w:rFonts w:ascii="QhZznecx+FZFSK" w:hAnsi="QhZznecx+FZFSK" w:eastAsia="QhZznecx+FZFSK"/>
          <w:color w:val="000000"/>
          <w:sz w:val="32"/>
        </w:rPr>
        <w:t>策兑</w:t>
      </w:r>
      <w:r>
        <w:rPr>
          <w:spacing w:val="2"/>
          <w:rFonts w:ascii="QhZznecx+FZFSK" w:hAnsi="QhZznecx+FZFSK" w:eastAsia="QhZznecx+FZFSK"/>
          <w:color w:val="000000"/>
          <w:sz w:val="32"/>
        </w:rPr>
        <w:t>现流</w:t>
      </w:r>
      <w:r>
        <w:rPr>
          <w:rFonts w:ascii="QhZznecx+FZFSK" w:hAnsi="QhZznecx+FZFSK" w:eastAsia="QhZznecx+FZFSK"/>
          <w:color w:val="000000"/>
          <w:sz w:val="32"/>
        </w:rPr>
        <w:t>程</w:t>
      </w:r>
      <w:r>
        <w:rPr>
          <w:spacing w:val="2"/>
          <w:rFonts w:ascii="QhZznecx+FZFSK" w:hAnsi="QhZznecx+FZFSK" w:eastAsia="QhZznecx+FZFSK"/>
          <w:color w:val="000000"/>
          <w:sz w:val="32"/>
        </w:rPr>
        <w:t>，推</w:t>
      </w:r>
      <w:r>
        <w:rPr>
          <w:rFonts w:ascii="QhZznecx+FZFSK" w:hAnsi="QhZznecx+FZFSK" w:eastAsia="QhZznecx+FZFSK"/>
          <w:color w:val="000000"/>
          <w:sz w:val="32"/>
        </w:rPr>
        <w:t>动</w:t>
      </w:r>
      <w:r>
        <w:rPr>
          <w:spacing w:val="2"/>
          <w:rFonts w:ascii="QhZznecx+FZFSK" w:hAnsi="QhZznecx+FZFSK" w:eastAsia="QhZznecx+FZFSK"/>
          <w:color w:val="000000"/>
          <w:sz w:val="32"/>
        </w:rPr>
        <w:t>涉企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金直</w:t>
      </w:r>
      <w:r>
        <w:rPr>
          <w:rFonts w:ascii="QhZznecx+FZFSK" w:hAnsi="QhZznecx+FZFSK" w:eastAsia="QhZznecx+FZFSK"/>
          <w:color w:val="000000"/>
          <w:sz w:val="32"/>
        </w:rPr>
        <w:t>达</w:t>
      </w:r>
      <w:r>
        <w:rPr>
          <w:spacing w:val="2"/>
          <w:rFonts w:ascii="QhZznecx+FZFSK" w:hAnsi="QhZznecx+FZFSK" w:eastAsia="QhZznecx+FZFSK"/>
          <w:color w:val="000000"/>
          <w:sz w:val="32"/>
        </w:rPr>
        <w:t>快享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2"/>
          <w:rFonts w:ascii="QhZznecx+FZFSK" w:hAnsi="QhZznecx+FZFSK" w:eastAsia="QhZznecx+FZFSK"/>
          <w:color w:val="000000"/>
          <w:sz w:val="32"/>
        </w:rPr>
        <w:t>大力</w:t>
      </w:r>
      <w:r>
        <w:rPr>
          <w:rFonts w:ascii="QhZznecx+FZFSK" w:hAnsi="QhZznecx+FZFSK" w:eastAsia="QhZznecx+FZFSK"/>
          <w:color w:val="000000"/>
          <w:sz w:val="32"/>
        </w:rPr>
        <w:t>支</w:t>
      </w:r>
      <w:r>
        <w:rPr>
          <w:spacing w:val="2"/>
          <w:rFonts w:ascii="QhZznecx+FZFSK" w:hAnsi="QhZznecx+FZFSK" w:eastAsia="QhZznecx+FZFSK"/>
          <w:color w:val="000000"/>
          <w:sz w:val="32"/>
        </w:rPr>
        <w:t>持本</w:t>
      </w:r>
      <w:r>
        <w:rPr>
          <w:rFonts w:ascii="QhZznecx+FZFSK" w:hAnsi="QhZznecx+FZFSK" w:eastAsia="QhZznecx+FZFSK"/>
          <w:color w:val="000000"/>
          <w:sz w:val="32"/>
        </w:rPr>
        <w:t>地企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发</w:t>
      </w:r>
      <w:r>
        <w:rPr>
          <w:spacing w:val="2"/>
          <w:rFonts w:ascii="QhZznecx+FZFSK" w:hAnsi="QhZznecx+FZFSK" w:eastAsia="QhZznecx+FZFSK"/>
          <w:color w:val="000000"/>
          <w:sz w:val="32"/>
        </w:rPr>
        <w:t>展</w:t>
      </w:r>
      <w:r>
        <w:rPr>
          <w:rFonts w:ascii="QhZznecx+FZFSK" w:hAnsi="QhZznecx+FZFSK" w:eastAsia="QhZznecx+FZFSK"/>
          <w:color w:val="000000"/>
          <w:sz w:val="32"/>
        </w:rPr>
        <w:t>，</w:t>
      </w:r>
      <w:r>
        <w:rPr>
          <w:spacing w:val="2"/>
          <w:rFonts w:ascii="QhZznecx+FZFSK" w:hAnsi="QhZznecx+FZFSK" w:eastAsia="QhZznecx+FZFSK"/>
          <w:color w:val="000000"/>
          <w:sz w:val="32"/>
        </w:rPr>
        <w:t>倡导</w:t>
      </w:r>
      <w:r>
        <w:rPr>
          <w:rFonts w:ascii="QhZznecx+FZFSK" w:hAnsi="QhZznecx+FZFSK" w:eastAsia="QhZznecx+FZFSK"/>
          <w:color w:val="000000"/>
          <w:sz w:val="32"/>
        </w:rPr>
        <w:t>同</w:t>
      </w:r>
      <w:r>
        <w:rPr>
          <w:spacing w:val="2"/>
          <w:rFonts w:ascii="QhZznecx+FZFSK" w:hAnsi="QhZznecx+FZFSK" w:eastAsia="QhZznecx+FZFSK"/>
          <w:color w:val="000000"/>
          <w:sz w:val="32"/>
        </w:rPr>
        <w:t>等条</w:t>
      </w:r>
      <w:r>
        <w:rPr>
          <w:rFonts w:ascii="QhZznecx+FZFSK" w:hAnsi="QhZznecx+FZFSK" w:eastAsia="QhZznecx+FZFSK"/>
          <w:color w:val="000000"/>
          <w:sz w:val="32"/>
        </w:rPr>
        <w:t>件</w:t>
      </w:r>
      <w:r>
        <w:rPr>
          <w:spacing w:val="2"/>
          <w:rFonts w:ascii="QhZznecx+FZFSK" w:hAnsi="QhZznecx+FZFSK" w:eastAsia="QhZznecx+FZFSK"/>
          <w:color w:val="000000"/>
          <w:sz w:val="32"/>
        </w:rPr>
        <w:t>下优</w:t>
      </w:r>
      <w:r>
        <w:rPr>
          <w:rFonts w:ascii="QhZznecx+FZFSK" w:hAnsi="QhZznecx+FZFSK" w:eastAsia="QhZznecx+FZFSK"/>
          <w:color w:val="000000"/>
          <w:sz w:val="32"/>
        </w:rPr>
        <w:t>先</w:t>
      </w:r>
      <w:r>
        <w:rPr>
          <w:spacing w:val="2"/>
          <w:rFonts w:ascii="QhZznecx+FZFSK" w:hAnsi="QhZznecx+FZFSK" w:eastAsia="QhZznecx+FZFSK"/>
          <w:color w:val="000000"/>
          <w:sz w:val="32"/>
        </w:rPr>
        <w:t>使用</w:t>
      </w:r>
      <w:r>
        <w:rPr>
          <w:rFonts w:ascii="QhZznecx+FZFSK" w:hAnsi="QhZznecx+FZFSK" w:eastAsia="QhZznecx+FZFSK"/>
          <w:color w:val="000000"/>
          <w:sz w:val="32"/>
        </w:rPr>
        <w:t>本</w:t>
      </w:r>
      <w:r>
        <w:rPr>
          <w:spacing w:val="2"/>
          <w:rFonts w:ascii="QhZznecx+FZFSK" w:hAnsi="QhZznecx+FZFSK" w:eastAsia="QhZznecx+FZFSK"/>
          <w:color w:val="000000"/>
          <w:sz w:val="32"/>
        </w:rPr>
        <w:t>地产</w:t>
      </w:r>
      <w:r>
        <w:rPr>
          <w:rFonts w:ascii="QhZznecx+FZFSK" w:hAnsi="QhZznecx+FZFSK" w:eastAsia="QhZznecx+FZFSK"/>
          <w:color w:val="000000"/>
          <w:sz w:val="32"/>
        </w:rPr>
        <w:t>品</w:t>
      </w:r>
      <w:r>
        <w:rPr>
          <w:spacing w:val="2"/>
          <w:rFonts w:ascii="QhZznecx+FZFSK" w:hAnsi="QhZznecx+FZFSK" w:eastAsia="QhZznecx+FZFSK"/>
          <w:color w:val="000000"/>
          <w:sz w:val="32"/>
        </w:rPr>
        <w:t>。</w:t>
      </w:r>
      <w:r>
        <w:rPr>
          <w:rFonts w:ascii="oWgGuaTQ+FZKTK" w:hAnsi="oWgGuaTQ+FZKTK" w:eastAsia="oWgGuaTQ+FZKTK"/>
          <w:color w:val="000000"/>
          <w:sz w:val="32"/>
        </w:rPr>
        <w:t>（</w:t>
      </w:r>
      <w:r>
        <w:rPr>
          <w:spacing w:val="2"/>
          <w:rFonts w:ascii="oWgGuaTQ+FZKTK" w:hAnsi="oWgGuaTQ+FZKTK" w:eastAsia="oWgGuaTQ+FZKTK"/>
          <w:color w:val="000000"/>
          <w:sz w:val="32"/>
        </w:rPr>
        <w:t>责任</w:t>
      </w:r>
      <w:r>
        <w:rPr>
          <w:rFonts w:ascii="oWgGuaTQ+FZKTK" w:hAnsi="oWgGuaTQ+FZKTK" w:eastAsia="oWgGuaTQ+FZKTK"/>
          <w:color w:val="000000"/>
          <w:sz w:val="32"/>
        </w:rPr>
        <w:t>单</w:t>
      </w:r>
      <w:r>
        <w:rPr>
          <w:spacing w:val="2"/>
          <w:rFonts w:ascii="oWgGuaTQ+FZKTK" w:hAnsi="oWgGuaTQ+FZKTK" w:eastAsia="oWgGuaTQ+FZKTK"/>
          <w:color w:val="000000"/>
          <w:sz w:val="32"/>
        </w:rPr>
        <w:t>位：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府办</w:t>
      </w:r>
      <w:r>
        <w:rPr>
          <w:rFonts w:ascii="oWgGuaTQ+FZKTK" w:hAnsi="oWgGuaTQ+FZKTK" w:eastAsia="oWgGuaTQ+FZKTK"/>
          <w:color w:val="000000"/>
          <w:sz w:val="32"/>
        </w:rPr>
        <w:t>、</w:t>
      </w:r>
      <w:r>
        <w:rPr>
          <w:spacing w:val="2"/>
          <w:rFonts w:ascii="oWgGuaTQ+FZKTK" w:hAnsi="oWgGuaTQ+FZKTK" w:eastAsia="oWgGuaTQ+FZKTK"/>
          <w:color w:val="000000"/>
          <w:sz w:val="32"/>
        </w:rPr>
        <w:t>市司</w:t>
      </w:r>
      <w:r>
        <w:rPr>
          <w:rFonts w:ascii="oWgGuaTQ+FZKTK" w:hAnsi="oWgGuaTQ+FZKTK" w:eastAsia="oWgGuaTQ+FZKTK"/>
          <w:color w:val="000000"/>
          <w:sz w:val="32"/>
        </w:rPr>
        <w:t>法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spacing w:val="-2"/>
          <w:rFonts w:ascii="oWgGuaTQ+FZKTK" w:hAnsi="oWgGuaTQ+FZKTK" w:eastAsia="oWgGuaTQ+FZKTK"/>
          <w:color w:val="000000"/>
          <w:sz w:val="32"/>
        </w:rPr>
        <w:t>、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审</w:t>
      </w:r>
      <w:r>
        <w:rPr>
          <w:rFonts w:ascii="oWgGuaTQ+FZKTK" w:hAnsi="oWgGuaTQ+FZKTK" w:eastAsia="oWgGuaTQ+FZKTK"/>
          <w:color w:val="000000"/>
          <w:sz w:val="32"/>
        </w:rPr>
        <w:t>计</w:t>
      </w:r>
      <w:r>
        <w:rPr>
          <w:spacing w:val="4"/>
          <w:rFonts w:ascii="oWgGuaTQ+FZKTK" w:hAnsi="oWgGuaTQ+FZKTK" w:eastAsia="oWgGuaTQ+FZKTK"/>
          <w:color w:val="000000"/>
          <w:sz w:val="32"/>
        </w:rPr>
        <w:t>局</w:t>
      </w:r>
      <w:r>
        <w:rPr>
          <w:spacing w:val="-4"/>
          <w:rFonts w:ascii="oWgGuaTQ+FZKTK" w:hAnsi="oWgGuaTQ+FZKTK" w:eastAsia="oWgGuaTQ+FZKTK"/>
          <w:color w:val="000000"/>
          <w:sz w:val="32"/>
        </w:rPr>
        <w:t>、</w:t>
      </w:r>
      <w:r>
        <w:rPr>
          <w:rFonts w:ascii="oWgGuaTQ+FZKTK" w:hAnsi="oWgGuaTQ+FZKTK" w:eastAsia="oWgGuaTQ+FZKTK"/>
          <w:color w:val="000000"/>
          <w:sz w:val="32"/>
        </w:rPr>
        <w:t>各</w:t>
      </w:r>
      <w:r>
        <w:rPr>
          <w:spacing w:val="2"/>
          <w:rFonts w:ascii="oWgGuaTQ+FZKTK" w:hAnsi="oWgGuaTQ+FZKTK" w:eastAsia="oWgGuaTQ+FZKTK"/>
          <w:color w:val="000000"/>
          <w:sz w:val="32"/>
        </w:rPr>
        <w:t>涉</w:t>
      </w:r>
      <w:r>
        <w:rPr>
          <w:rFonts w:ascii="oWgGuaTQ+FZKTK" w:hAnsi="oWgGuaTQ+FZKTK" w:eastAsia="oWgGuaTQ+FZKTK"/>
          <w:color w:val="000000"/>
          <w:sz w:val="32"/>
        </w:rPr>
        <w:t>企</w:t>
      </w:r>
      <w:r>
        <w:rPr>
          <w:spacing w:val="2"/>
          <w:rFonts w:ascii="oWgGuaTQ+FZKTK" w:hAnsi="oWgGuaTQ+FZKTK" w:eastAsia="oWgGuaTQ+FZKTK"/>
          <w:color w:val="000000"/>
          <w:sz w:val="32"/>
        </w:rPr>
        <w:t>执法</w:t>
      </w:r>
      <w:r>
        <w:rPr>
          <w:rFonts w:ascii="oWgGuaTQ+FZKTK" w:hAnsi="oWgGuaTQ+FZKTK" w:eastAsia="oWgGuaTQ+FZKTK"/>
          <w:color w:val="000000"/>
          <w:sz w:val="32"/>
        </w:rPr>
        <w:t>部</w:t>
      </w:r>
      <w:r>
        <w:rPr>
          <w:spacing w:val="4"/>
          <w:rFonts w:ascii="oWgGuaTQ+FZKTK" w:hAnsi="oWgGuaTQ+FZKTK" w:eastAsia="oWgGuaTQ+FZKTK"/>
          <w:color w:val="000000"/>
          <w:sz w:val="32"/>
        </w:rPr>
        <w:t>门</w:t>
      </w:r>
      <w:r>
        <w:rPr>
          <w:spacing w:val="-2"/>
          <w:rFonts w:ascii="oWgGuaTQ+FZKTK" w:hAnsi="oWgGuaTQ+FZKTK" w:eastAsia="oWgGuaTQ+FZKTK"/>
          <w:color w:val="000000"/>
          <w:sz w:val="32"/>
        </w:rPr>
        <w:t>、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4"/>
          <w:rFonts w:ascii="oWgGuaTQ+FZKTK" w:hAnsi="oWgGuaTQ+FZKTK" w:eastAsia="oWgGuaTQ+FZKTK"/>
          <w:color w:val="000000"/>
          <w:sz w:val="32"/>
        </w:rPr>
        <w:t>经</w:t>
      </w:r>
      <w:r>
        <w:rPr>
          <w:rFonts w:ascii="oWgGuaTQ+FZKTK" w:hAnsi="oWgGuaTQ+FZKTK" w:eastAsia="oWgGuaTQ+FZKTK"/>
          <w:color w:val="000000"/>
          <w:sz w:val="32"/>
        </w:rPr>
        <w:t>信</w:t>
      </w:r>
      <w:r>
        <w:rPr>
          <w:spacing w:val="2"/>
          <w:rFonts w:ascii="oWgGuaTQ+FZKTK" w:hAnsi="oWgGuaTQ+FZKTK" w:eastAsia="oWgGuaTQ+FZKTK"/>
          <w:color w:val="000000"/>
          <w:sz w:val="32"/>
        </w:rPr>
        <w:t>局</w:t>
      </w:r>
      <w:r>
        <w:rPr>
          <w:spacing w:val="-6"/>
          <w:rFonts w:ascii="oWgGuaTQ+FZKTK" w:hAnsi="oWgGuaTQ+FZKTK" w:eastAsia="oWgGuaTQ+FZKTK"/>
          <w:color w:val="000000"/>
          <w:sz w:val="32"/>
        </w:rPr>
        <w:t>、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4"/>
          <w:rFonts w:ascii="oWgGuaTQ+FZKTK" w:hAnsi="oWgGuaTQ+FZKTK" w:eastAsia="oWgGuaTQ+FZKTK"/>
          <w:color w:val="000000"/>
          <w:sz w:val="32"/>
        </w:rPr>
        <w:t>营</w:t>
      </w:r>
      <w:r>
        <w:rPr>
          <w:rFonts w:ascii="oWgGuaTQ+FZKTK" w:hAnsi="oWgGuaTQ+FZKTK" w:eastAsia="oWgGuaTQ+FZKTK"/>
          <w:color w:val="000000"/>
          <w:sz w:val="32"/>
        </w:rPr>
        <w:t>商</w:t>
      </w:r>
      <w:r>
        <w:rPr>
          <w:spacing w:val="2"/>
          <w:rFonts w:ascii="oWgGuaTQ+FZKTK" w:hAnsi="oWgGuaTQ+FZKTK" w:eastAsia="oWgGuaTQ+FZKTK"/>
          <w:color w:val="000000"/>
          <w:sz w:val="32"/>
        </w:rPr>
        <w:t>办、</w:t>
      </w:r>
      <w:r>
        <w:rPr>
          <w:rFonts w:ascii="oWgGuaTQ+FZKTK" w:hAnsi="oWgGuaTQ+FZKTK" w:eastAsia="oWgGuaTQ+FZKTK"/>
          <w:color w:val="000000"/>
          <w:sz w:val="32"/>
        </w:rPr>
        <w:t>市</w:t>
      </w:r>
      <w:r>
        <w:rPr>
          <w:spacing w:val="2"/>
          <w:rFonts w:ascii="oWgGuaTQ+FZKTK" w:hAnsi="oWgGuaTQ+FZKTK" w:eastAsia="oWgGuaTQ+FZKTK"/>
          <w:color w:val="000000"/>
          <w:sz w:val="32"/>
        </w:rPr>
        <w:t>监管</w:t>
      </w:r>
      <w:r>
        <w:rPr>
          <w:rFonts w:ascii="oWgGuaTQ+FZKTK" w:hAnsi="oWgGuaTQ+FZKTK" w:eastAsia="oWgGuaTQ+FZKTK"/>
          <w:color w:val="000000"/>
          <w:sz w:val="32"/>
        </w:rPr>
        <w:t>办</w:t>
      </w:r>
      <w:r>
        <w:rPr>
          <w:spacing w:val="2"/>
          <w:rFonts w:ascii="oWgGuaTQ+FZKTK" w:hAnsi="oWgGuaTQ+FZKTK" w:eastAsia="oWgGuaTQ+FZKTK"/>
          <w:color w:val="000000"/>
          <w:sz w:val="32"/>
        </w:rPr>
        <w:t>、市</w:t>
      </w:r>
      <w:r>
        <w:rPr>
          <w:rFonts w:ascii="oWgGuaTQ+FZKTK" w:hAnsi="oWgGuaTQ+FZKTK" w:eastAsia="oWgGuaTQ+FZKTK"/>
          <w:color w:val="000000"/>
          <w:sz w:val="32"/>
        </w:rPr>
        <w:t>教</w:t>
      </w:r>
      <w:r>
        <w:rPr>
          <w:spacing w:val="2"/>
          <w:rFonts w:ascii="oWgGuaTQ+FZKTK" w:hAnsi="oWgGuaTQ+FZKTK" w:eastAsia="oWgGuaTQ+FZKTK"/>
          <w:color w:val="000000"/>
          <w:sz w:val="32"/>
        </w:rPr>
        <w:t>育局</w:t>
      </w:r>
      <w:r>
        <w:rPr>
          <w:rFonts w:ascii="oWgGuaTQ+FZKTK" w:hAnsi="oWgGuaTQ+FZKTK" w:eastAsia="oWgGuaTQ+FZKTK"/>
          <w:color w:val="000000"/>
          <w:sz w:val="32"/>
        </w:rPr>
        <w:t>、</w:t>
      </w:r>
      <w:r>
        <w:rPr>
          <w:spacing w:val="2"/>
          <w:rFonts w:ascii="oWgGuaTQ+FZKTK" w:hAnsi="oWgGuaTQ+FZKTK" w:eastAsia="oWgGuaTQ+FZKTK"/>
          <w:color w:val="000000"/>
          <w:sz w:val="32"/>
        </w:rPr>
        <w:t>市城</w:t>
      </w:r>
      <w:r>
        <w:rPr>
          <w:rFonts w:ascii="oWgGuaTQ+FZKTK" w:hAnsi="oWgGuaTQ+FZKTK" w:eastAsia="oWgGuaTQ+FZKTK"/>
          <w:color w:val="000000"/>
          <w:sz w:val="32"/>
        </w:rPr>
        <w:t>投</w:t>
      </w:r>
      <w:r>
        <w:rPr>
          <w:spacing w:val="2"/>
          <w:rFonts w:ascii="oWgGuaTQ+FZKTK" w:hAnsi="oWgGuaTQ+FZKTK" w:eastAsia="oWgGuaTQ+FZKTK"/>
          <w:color w:val="000000"/>
          <w:sz w:val="32"/>
        </w:rPr>
        <w:t>集团</w:t>
      </w:r>
      <w:r>
        <w:rPr>
          <w:rFonts w:ascii="oWgGuaTQ+FZKTK" w:hAnsi="oWgGuaTQ+FZKTK" w:eastAsia="oWgGuaTQ+FZKTK"/>
          <w:color w:val="000000"/>
          <w:sz w:val="32"/>
        </w:rPr>
        <w:t>、</w:t>
      </w:r>
      <w:r>
        <w:rPr>
          <w:spacing w:val="2"/>
          <w:rFonts w:ascii="oWgGuaTQ+FZKTK" w:hAnsi="oWgGuaTQ+FZKTK" w:eastAsia="oWgGuaTQ+FZKTK"/>
          <w:color w:val="000000"/>
          <w:sz w:val="32"/>
        </w:rPr>
        <w:t>市文</w:t>
      </w:r>
      <w:r>
        <w:rPr>
          <w:rFonts w:ascii="oWgGuaTQ+FZKTK" w:hAnsi="oWgGuaTQ+FZKTK" w:eastAsia="oWgGuaTQ+FZKTK"/>
          <w:color w:val="000000"/>
          <w:sz w:val="32"/>
        </w:rPr>
        <w:t>旅集</w:t>
      </w:r>
      <w:r>
        <w:rPr>
          <w:spacing w:val="2"/>
          <w:rFonts w:ascii="oWgGuaTQ+FZKTK" w:hAnsi="oWgGuaTQ+FZKTK" w:eastAsia="oWgGuaTQ+FZKTK"/>
          <w:color w:val="000000"/>
          <w:sz w:val="32"/>
        </w:rPr>
        <w:t>团</w:t>
      </w:r>
      <w:r>
        <w:rPr>
          <w:rFonts w:ascii="oWgGuaTQ+FZKTK" w:hAnsi="oWgGuaTQ+FZKTK" w:eastAsia="oWgGuaTQ+FZKTK"/>
          <w:color w:val="000000"/>
          <w:sz w:val="32"/>
        </w:rPr>
        <w:t>）</w:t>
      </w:r>
      <w:r>
        <w:tab/>
      </w:r>
      <w:r>
        <w:rPr>
          <w:rFonts w:ascii="TZq99STw+FZHTK" w:hAnsi="TZq99STw+FZHTK" w:eastAsia="TZq99STw+FZHTK"/>
          <w:color w:val="000000"/>
          <w:sz w:val="32"/>
        </w:rPr>
        <w:t>六</w:t>
      </w:r>
      <w:r>
        <w:rPr>
          <w:spacing w:val="2"/>
          <w:rFonts w:ascii="TZq99STw+FZHTK" w:hAnsi="TZq99STw+FZHTK" w:eastAsia="TZq99STw+FZHTK"/>
          <w:color w:val="000000"/>
          <w:sz w:val="32"/>
        </w:rPr>
        <w:t>、</w:t>
      </w:r>
      <w:r>
        <w:rPr>
          <w:rFonts w:ascii="TZq99STw+FZHTK" w:hAnsi="TZq99STw+FZHTK" w:eastAsia="TZq99STw+FZHTK"/>
          <w:color w:val="000000"/>
          <w:sz w:val="32"/>
        </w:rPr>
        <w:t>附则</w:t>
      </w:r>
    </w:p>
    <w:p>
      <w:pPr>
        <w:autoSpaceDN w:val="0"/>
        <w:autoSpaceDE w:val="0"/>
        <w:widowControl/>
        <w:spacing w:line="348" w:lineRule="exact" w:before="332" w:after="0"/>
        <w:ind w:left="360" w:right="0" w:firstLine="0"/>
        <w:jc w:val="lef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-8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4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</w:p>
    <w:p>
      <w:pPr>
        <w:autoSpaceDN w:val="0"/>
        <w:autoSpaceDE w:val="0"/>
        <w:widowControl/>
        <w:spacing w:line="562" w:lineRule="exact" w:before="0" w:after="0"/>
        <w:ind w:left="360" w:right="144" w:firstLine="640"/>
        <w:jc w:val="left"/>
      </w:pPr>
      <w:r>
        <w:rPr>
          <w:spacing w:val="14"/>
          <w:rFonts w:ascii="QhZznecx+FZFSK" w:hAnsi="QhZznecx+FZFSK" w:eastAsia="QhZznecx+FZFSK"/>
          <w:color w:val="000000"/>
          <w:sz w:val="32"/>
        </w:rPr>
        <w:t>本政</w:t>
      </w:r>
      <w:r>
        <w:rPr>
          <w:spacing w:val="16"/>
          <w:rFonts w:ascii="QhZznecx+FZFSK" w:hAnsi="QhZznecx+FZFSK" w:eastAsia="QhZznecx+FZFSK"/>
          <w:color w:val="000000"/>
          <w:sz w:val="32"/>
        </w:rPr>
        <w:t>策</w:t>
      </w:r>
      <w:r>
        <w:rPr>
          <w:spacing w:val="18"/>
          <w:rFonts w:ascii="QhZznecx+FZFSK" w:hAnsi="QhZznecx+FZFSK" w:eastAsia="QhZznecx+FZFSK"/>
          <w:color w:val="000000"/>
          <w:sz w:val="32"/>
        </w:rPr>
        <w:t>适</w:t>
      </w:r>
      <w:r>
        <w:rPr>
          <w:spacing w:val="16"/>
          <w:rFonts w:ascii="QhZznecx+FZFSK" w:hAnsi="QhZznecx+FZFSK" w:eastAsia="QhZznecx+FZFSK"/>
          <w:color w:val="000000"/>
          <w:sz w:val="32"/>
        </w:rPr>
        <w:t>用</w:t>
      </w:r>
      <w:r>
        <w:rPr>
          <w:spacing w:val="14"/>
          <w:rFonts w:ascii="QhZznecx+FZFSK" w:hAnsi="QhZznecx+FZFSK" w:eastAsia="QhZznecx+FZFSK"/>
          <w:color w:val="000000"/>
          <w:sz w:val="32"/>
        </w:rPr>
        <w:t>于我市</w:t>
      </w:r>
      <w:r>
        <w:rPr>
          <w:spacing w:val="16"/>
          <w:rFonts w:ascii="QhZznecx+FZFSK" w:hAnsi="QhZznecx+FZFSK" w:eastAsia="QhZznecx+FZFSK"/>
          <w:color w:val="000000"/>
          <w:sz w:val="32"/>
        </w:rPr>
        <w:t>范围</w:t>
      </w:r>
      <w:r>
        <w:rPr>
          <w:spacing w:val="14"/>
          <w:rFonts w:ascii="QhZznecx+FZFSK" w:hAnsi="QhZznecx+FZFSK" w:eastAsia="QhZznecx+FZFSK"/>
          <w:color w:val="000000"/>
          <w:sz w:val="32"/>
        </w:rPr>
        <w:t>内</w:t>
      </w:r>
      <w:r>
        <w:rPr>
          <w:spacing w:val="16"/>
          <w:rFonts w:ascii="QhZznecx+FZFSK" w:hAnsi="QhZznecx+FZFSK" w:eastAsia="QhZznecx+FZFSK"/>
          <w:color w:val="000000"/>
          <w:sz w:val="32"/>
        </w:rPr>
        <w:t>的</w:t>
      </w:r>
      <w:r>
        <w:rPr>
          <w:spacing w:val="14"/>
          <w:rFonts w:ascii="QhZznecx+FZFSK" w:hAnsi="QhZznecx+FZFSK" w:eastAsia="QhZznecx+FZFSK"/>
          <w:color w:val="000000"/>
          <w:sz w:val="32"/>
        </w:rPr>
        <w:t>工业</w:t>
      </w:r>
      <w:r>
        <w:rPr>
          <w:spacing w:val="16"/>
          <w:rFonts w:ascii="QhZznecx+FZFSK" w:hAnsi="QhZznecx+FZFSK" w:eastAsia="QhZznecx+FZFSK"/>
          <w:color w:val="000000"/>
          <w:sz w:val="32"/>
        </w:rPr>
        <w:t>企业</w:t>
      </w:r>
      <w:r>
        <w:rPr>
          <w:spacing w:val="14"/>
          <w:rFonts w:ascii="QhZznecx+FZFSK" w:hAnsi="QhZznecx+FZFSK" w:eastAsia="QhZznecx+FZFSK"/>
          <w:color w:val="000000"/>
          <w:sz w:val="32"/>
        </w:rPr>
        <w:t>以及生</w:t>
      </w:r>
      <w:r>
        <w:rPr>
          <w:spacing w:val="18"/>
          <w:rFonts w:ascii="QhZznecx+FZFSK" w:hAnsi="QhZznecx+FZFSK" w:eastAsia="QhZznecx+FZFSK"/>
          <w:color w:val="000000"/>
          <w:sz w:val="32"/>
        </w:rPr>
        <w:t>产</w:t>
      </w:r>
      <w:r>
        <w:rPr>
          <w:spacing w:val="16"/>
          <w:rFonts w:ascii="QhZznecx+FZFSK" w:hAnsi="QhZznecx+FZFSK" w:eastAsia="QhZznecx+FZFSK"/>
          <w:color w:val="000000"/>
          <w:sz w:val="32"/>
        </w:rPr>
        <w:t>性服</w:t>
      </w:r>
      <w:r>
        <w:rPr>
          <w:rFonts w:ascii="QhZznecx+FZFSK" w:hAnsi="QhZznecx+FZFSK" w:eastAsia="QhZznecx+FZFSK"/>
          <w:color w:val="000000"/>
          <w:sz w:val="32"/>
        </w:rPr>
        <w:t>务</w:t>
      </w:r>
      <w:r>
        <w:rPr>
          <w:spacing w:val="2"/>
          <w:rFonts w:ascii="QhZznecx+FZFSK" w:hAnsi="QhZznecx+FZFSK" w:eastAsia="QhZznecx+FZFSK"/>
          <w:color w:val="000000"/>
          <w:sz w:val="32"/>
        </w:rPr>
        <w:t>业企</w:t>
      </w:r>
      <w:r>
        <w:rPr>
          <w:spacing w:val="-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（除</w:t>
      </w:r>
      <w:r>
        <w:rPr>
          <w:spacing w:val="4"/>
          <w:rFonts w:ascii="QhZznecx+FZFSK" w:hAnsi="QhZznecx+FZFSK" w:eastAsia="QhZznecx+FZFSK"/>
          <w:color w:val="000000"/>
          <w:sz w:val="32"/>
        </w:rPr>
        <w:t>条</w:t>
      </w:r>
      <w:r>
        <w:rPr>
          <w:rFonts w:ascii="QhZznecx+FZFSK" w:hAnsi="QhZznecx+FZFSK" w:eastAsia="QhZznecx+FZFSK"/>
          <w:color w:val="000000"/>
          <w:sz w:val="32"/>
        </w:rPr>
        <w:t>款内</w:t>
      </w:r>
      <w:r>
        <w:rPr>
          <w:spacing w:val="4"/>
          <w:rFonts w:ascii="QhZznecx+FZFSK" w:hAnsi="QhZznecx+FZFSK" w:eastAsia="QhZznecx+FZFSK"/>
          <w:color w:val="000000"/>
          <w:sz w:val="32"/>
        </w:rPr>
        <w:t>特</w:t>
      </w:r>
      <w:r>
        <w:rPr>
          <w:rFonts w:ascii="QhZznecx+FZFSK" w:hAnsi="QhZznecx+FZFSK" w:eastAsia="QhZznecx+FZFSK"/>
          <w:color w:val="000000"/>
          <w:sz w:val="32"/>
        </w:rPr>
        <w:t>别说</w:t>
      </w:r>
      <w:r>
        <w:rPr>
          <w:spacing w:val="4"/>
          <w:rFonts w:ascii="QhZznecx+FZFSK" w:hAnsi="QhZznecx+FZFSK" w:eastAsia="QhZznecx+FZFSK"/>
          <w:color w:val="000000"/>
          <w:sz w:val="32"/>
        </w:rPr>
        <w:t>明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-2"/>
          <w:rFonts w:ascii="QhZznecx+FZFSK" w:hAnsi="QhZznecx+FZFSK" w:eastAsia="QhZznecx+FZFSK"/>
          <w:color w:val="000000"/>
          <w:sz w:val="32"/>
        </w:rPr>
        <w:t>①</w:t>
      </w:r>
      <w:r>
        <w:rPr>
          <w:rFonts w:ascii="QhZznecx+FZFSK" w:hAnsi="QhZznecx+FZFSK" w:eastAsia="QhZznecx+FZFSK"/>
          <w:color w:val="000000"/>
          <w:sz w:val="32"/>
        </w:rPr>
        <w:t>“固</w:t>
      </w:r>
      <w:r>
        <w:rPr>
          <w:spacing w:val="4"/>
          <w:rFonts w:ascii="QhZznecx+FZFSK" w:hAnsi="QhZznecx+FZFSK" w:eastAsia="QhZznecx+FZFSK"/>
          <w:color w:val="000000"/>
          <w:sz w:val="32"/>
        </w:rPr>
        <w:t>定</w:t>
      </w:r>
      <w:r>
        <w:rPr>
          <w:rFonts w:ascii="QhZznecx+FZFSK" w:hAnsi="QhZznecx+FZFSK" w:eastAsia="QhZznecx+FZFSK"/>
          <w:color w:val="000000"/>
          <w:sz w:val="32"/>
        </w:rPr>
        <w:t>资产</w:t>
      </w:r>
      <w:r>
        <w:rPr>
          <w:spacing w:val="4"/>
          <w:rFonts w:ascii="QhZznecx+FZFSK" w:hAnsi="QhZznecx+FZFSK" w:eastAsia="QhZznecx+FZFSK"/>
          <w:color w:val="000000"/>
          <w:sz w:val="32"/>
        </w:rPr>
        <w:t>投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-2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金额</w:t>
      </w:r>
      <w:r>
        <w:rPr>
          <w:spacing w:val="2"/>
          <w:rFonts w:ascii="QhZznecx+FZFSK" w:hAnsi="QhZznecx+FZFSK" w:eastAsia="QhZznecx+FZFSK"/>
          <w:color w:val="000000"/>
          <w:sz w:val="32"/>
        </w:rPr>
        <w:t>以统</w:t>
      </w:r>
      <w:r>
        <w:rPr>
          <w:rFonts w:ascii="QhZznecx+FZFSK" w:hAnsi="QhZznecx+FZFSK" w:eastAsia="QhZznecx+FZFSK"/>
          <w:color w:val="000000"/>
          <w:sz w:val="32"/>
        </w:rPr>
        <w:t>计</w:t>
      </w:r>
      <w:r>
        <w:rPr>
          <w:spacing w:val="2"/>
          <w:rFonts w:ascii="QhZznecx+FZFSK" w:hAnsi="QhZznecx+FZFSK" w:eastAsia="QhZznecx+FZFSK"/>
          <w:color w:val="000000"/>
          <w:sz w:val="32"/>
        </w:rPr>
        <w:t>入库</w:t>
      </w:r>
      <w:r>
        <w:rPr>
          <w:rFonts w:ascii="QhZznecx+FZFSK" w:hAnsi="QhZznecx+FZFSK" w:eastAsia="QhZznecx+FZFSK"/>
          <w:color w:val="000000"/>
          <w:sz w:val="32"/>
        </w:rPr>
        <w:t>数</w:t>
      </w:r>
      <w:r>
        <w:rPr>
          <w:spacing w:val="2"/>
          <w:rFonts w:ascii="QhZznecx+FZFSK" w:hAnsi="QhZznecx+FZFSK" w:eastAsia="QhZznecx+FZFSK"/>
          <w:color w:val="000000"/>
          <w:sz w:val="32"/>
        </w:rPr>
        <w:t>据为</w:t>
      </w:r>
      <w:r>
        <w:rPr>
          <w:rFonts w:ascii="QhZznecx+FZFSK" w:hAnsi="QhZznecx+FZFSK" w:eastAsia="QhZznecx+FZFSK"/>
          <w:color w:val="000000"/>
          <w:sz w:val="32"/>
        </w:rPr>
        <w:t>准,未</w:t>
      </w:r>
      <w:r>
        <w:rPr>
          <w:spacing w:val="4"/>
          <w:rFonts w:ascii="QhZznecx+FZFSK" w:hAnsi="QhZznecx+FZFSK" w:eastAsia="QhZznecx+FZFSK"/>
          <w:color w:val="000000"/>
          <w:sz w:val="32"/>
        </w:rPr>
        <w:t>明</w:t>
      </w:r>
      <w:r>
        <w:rPr>
          <w:rFonts w:ascii="QhZznecx+FZFSK" w:hAnsi="QhZznecx+FZFSK" w:eastAsia="QhZznecx+FZFSK"/>
          <w:color w:val="000000"/>
          <w:sz w:val="32"/>
        </w:rPr>
        <w:t>确标</w:t>
      </w:r>
      <w:r>
        <w:rPr>
          <w:spacing w:val="4"/>
          <w:rFonts w:ascii="QhZznecx+FZFSK" w:hAnsi="QhZznecx+FZFSK" w:eastAsia="QhZznecx+FZFSK"/>
          <w:color w:val="000000"/>
          <w:sz w:val="32"/>
        </w:rPr>
        <w:t>注</w:t>
      </w:r>
      <w:r>
        <w:rPr>
          <w:rFonts w:ascii="QhZznecx+FZFSK" w:hAnsi="QhZznecx+FZFSK" w:eastAsia="QhZznecx+FZFSK"/>
          <w:color w:val="000000"/>
          <w:sz w:val="32"/>
        </w:rPr>
        <w:t>不含</w:t>
      </w:r>
      <w:r>
        <w:rPr>
          <w:spacing w:val="4"/>
          <w:rFonts w:ascii="QhZznecx+FZFSK" w:hAnsi="QhZznecx+FZFSK" w:eastAsia="QhZznecx+FZFSK"/>
          <w:color w:val="000000"/>
          <w:sz w:val="32"/>
        </w:rPr>
        <w:t>土</w:t>
      </w:r>
      <w:r>
        <w:rPr>
          <w:rFonts w:ascii="QhZznecx+FZFSK" w:hAnsi="QhZznecx+FZFSK" w:eastAsia="QhZznecx+FZFSK"/>
          <w:color w:val="000000"/>
          <w:sz w:val="32"/>
        </w:rPr>
        <w:t>地或</w:t>
      </w:r>
      <w:r>
        <w:rPr>
          <w:spacing w:val="4"/>
          <w:rFonts w:ascii="QhZznecx+FZFSK" w:hAnsi="QhZznecx+FZFSK" w:eastAsia="QhZznecx+FZFSK"/>
          <w:color w:val="000000"/>
          <w:sz w:val="32"/>
        </w:rPr>
        <w:t>厂</w:t>
      </w:r>
      <w:r>
        <w:rPr>
          <w:rFonts w:ascii="QhZznecx+FZFSK" w:hAnsi="QhZznecx+FZFSK" w:eastAsia="QhZznecx+FZFSK"/>
          <w:color w:val="000000"/>
          <w:sz w:val="32"/>
        </w:rPr>
        <w:t>房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spacing w:val="-9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均</w:t>
      </w:r>
      <w:r>
        <w:rPr>
          <w:spacing w:val="4"/>
          <w:rFonts w:ascii="QhZznecx+FZFSK" w:hAnsi="QhZznecx+FZFSK" w:eastAsia="QhZznecx+FZFSK"/>
          <w:color w:val="000000"/>
          <w:sz w:val="32"/>
        </w:rPr>
        <w:t>包</w:t>
      </w:r>
      <w:r>
        <w:rPr>
          <w:rFonts w:ascii="QhZznecx+FZFSK" w:hAnsi="QhZznecx+FZFSK" w:eastAsia="QhZznecx+FZFSK"/>
          <w:color w:val="000000"/>
          <w:sz w:val="32"/>
        </w:rPr>
        <w:t>含</w:t>
      </w:r>
      <w:r>
        <w:rPr>
          <w:spacing w:val="2"/>
          <w:rFonts w:ascii="QhZznecx+FZFSK" w:hAnsi="QhZznecx+FZFSK" w:eastAsia="QhZznecx+FZFSK"/>
          <w:color w:val="000000"/>
          <w:sz w:val="32"/>
        </w:rPr>
        <w:t>入库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2"/>
          <w:rFonts w:ascii="QhZznecx+FZFSK" w:hAnsi="QhZznecx+FZFSK" w:eastAsia="QhZznecx+FZFSK"/>
          <w:color w:val="000000"/>
          <w:sz w:val="32"/>
        </w:rPr>
        <w:t>所有</w:t>
      </w:r>
      <w:r>
        <w:rPr>
          <w:rFonts w:ascii="QhZznecx+FZFSK" w:hAnsi="QhZznecx+FZFSK" w:eastAsia="QhZznecx+FZFSK"/>
          <w:color w:val="000000"/>
          <w:sz w:val="32"/>
        </w:rPr>
        <w:t>固</w:t>
      </w:r>
      <w:r>
        <w:rPr>
          <w:spacing w:val="2"/>
          <w:rFonts w:ascii="QhZznecx+FZFSK" w:hAnsi="QhZznecx+FZFSK" w:eastAsia="QhZznecx+FZFSK"/>
          <w:color w:val="000000"/>
          <w:sz w:val="32"/>
        </w:rPr>
        <w:t>定资</w:t>
      </w:r>
      <w:r>
        <w:rPr>
          <w:rFonts w:ascii="QhZznecx+FZFSK" w:hAnsi="QhZznecx+FZFSK" w:eastAsia="QhZznecx+FZFSK"/>
          <w:color w:val="000000"/>
          <w:sz w:val="32"/>
        </w:rPr>
        <w:t>产</w:t>
      </w:r>
      <w:r>
        <w:rPr>
          <w:spacing w:val="-14"/>
          <w:rFonts w:ascii="QhZznecx+FZFSK" w:hAnsi="QhZznecx+FZFSK" w:eastAsia="QhZznecx+FZFSK"/>
          <w:color w:val="000000"/>
          <w:sz w:val="32"/>
        </w:rPr>
        <w:t>；</w:t>
      </w:r>
      <w:r>
        <w:rPr>
          <w:spacing w:val="2"/>
          <w:rFonts w:ascii="QhZznecx+FZFSK" w:hAnsi="QhZznecx+FZFSK" w:eastAsia="QhZznecx+FZFSK"/>
          <w:color w:val="000000"/>
          <w:sz w:val="32"/>
        </w:rPr>
        <w:t>②</w:t>
      </w:r>
      <w:r>
        <w:rPr>
          <w:rFonts w:ascii="QhZznecx+FZFSK" w:hAnsi="QhZznecx+FZFSK" w:eastAsia="QhZznecx+FZFSK"/>
          <w:color w:val="000000"/>
          <w:sz w:val="32"/>
        </w:rPr>
        <w:t>工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项目</w:t>
      </w:r>
      <w:r>
        <w:rPr>
          <w:spacing w:val="4"/>
          <w:rFonts w:ascii="QhZznecx+FZFSK" w:hAnsi="QhZznecx+FZFSK" w:eastAsia="QhZznecx+FZFSK"/>
          <w:color w:val="000000"/>
          <w:sz w:val="32"/>
        </w:rPr>
        <w:t>约</w:t>
      </w:r>
      <w:r>
        <w:rPr>
          <w:rFonts w:ascii="QhZznecx+FZFSK" w:hAnsi="QhZznecx+FZFSK" w:eastAsia="QhZznecx+FZFSK"/>
          <w:color w:val="000000"/>
          <w:sz w:val="32"/>
        </w:rPr>
        <w:t>定标</w:t>
      </w:r>
      <w:r>
        <w:rPr>
          <w:spacing w:val="4"/>
          <w:rFonts w:ascii="QhZznecx+FZFSK" w:hAnsi="QhZznecx+FZFSK" w:eastAsia="QhZznecx+FZFSK"/>
          <w:color w:val="000000"/>
          <w:sz w:val="32"/>
        </w:rPr>
        <w:t>准</w:t>
      </w:r>
      <w:r>
        <w:rPr>
          <w:rFonts w:ascii="QhZznecx+FZFSK" w:hAnsi="QhZznecx+FZFSK" w:eastAsia="QhZznecx+FZFSK"/>
          <w:color w:val="000000"/>
          <w:sz w:val="32"/>
        </w:rPr>
        <w:t>以项目投</w:t>
      </w:r>
      <w:r>
        <w:rPr>
          <w:spacing w:val="4"/>
          <w:rFonts w:ascii="QhZznecx+FZFSK" w:hAnsi="QhZznecx+FZFSK" w:eastAsia="QhZznecx+FZFSK"/>
          <w:color w:val="000000"/>
          <w:sz w:val="32"/>
        </w:rPr>
        <w:t>资</w:t>
      </w:r>
      <w:r>
        <w:rPr>
          <w:rFonts w:ascii="QhZznecx+FZFSK" w:hAnsi="QhZznecx+FZFSK" w:eastAsia="QhZznecx+FZFSK"/>
          <w:color w:val="000000"/>
          <w:sz w:val="32"/>
        </w:rPr>
        <w:t>协议</w:t>
      </w:r>
      <w:r>
        <w:rPr>
          <w:spacing w:val="2"/>
          <w:rFonts w:ascii="QhZznecx+FZFSK" w:hAnsi="QhZznecx+FZFSK" w:eastAsia="QhZznecx+FZFSK"/>
          <w:color w:val="000000"/>
          <w:sz w:val="32"/>
        </w:rPr>
        <w:t>为准</w:t>
      </w:r>
      <w:r>
        <w:rPr>
          <w:spacing w:val="-4"/>
          <w:rFonts w:ascii="QhZznecx+FZFSK" w:hAnsi="QhZznecx+FZFSK" w:eastAsia="QhZznecx+FZFSK"/>
          <w:color w:val="000000"/>
          <w:sz w:val="32"/>
        </w:rPr>
        <w:t>；</w:t>
      </w:r>
      <w:r>
        <w:rPr>
          <w:spacing w:val="-2"/>
          <w:rFonts w:ascii="QhZznecx+FZFSK" w:hAnsi="QhZznecx+FZFSK" w:eastAsia="QhZznecx+FZFSK"/>
          <w:color w:val="000000"/>
          <w:sz w:val="32"/>
        </w:rPr>
        <w:t>③</w:t>
      </w:r>
      <w:r>
        <w:rPr>
          <w:spacing w:val="2"/>
          <w:rFonts w:ascii="QhZznecx+FZFSK" w:hAnsi="QhZznecx+FZFSK" w:eastAsia="QhZznecx+FZFSK"/>
          <w:color w:val="000000"/>
          <w:sz w:val="32"/>
        </w:rPr>
        <w:t>“</w:t>
      </w:r>
      <w:r>
        <w:rPr>
          <w:rFonts w:ascii="QhZznecx+FZFSK" w:hAnsi="QhZznecx+FZFSK" w:eastAsia="QhZznecx+FZFSK"/>
          <w:color w:val="000000"/>
          <w:sz w:val="32"/>
        </w:rPr>
        <w:t>高</w:t>
      </w:r>
      <w:r>
        <w:rPr>
          <w:spacing w:val="2"/>
          <w:rFonts w:ascii="QhZznecx+FZFSK" w:hAnsi="QhZznecx+FZFSK" w:eastAsia="QhZznecx+FZFSK"/>
          <w:color w:val="000000"/>
          <w:sz w:val="32"/>
        </w:rPr>
        <w:t>耗</w:t>
      </w:r>
      <w:r>
        <w:rPr>
          <w:rFonts w:ascii="QhZznecx+FZFSK" w:hAnsi="QhZznecx+FZFSK" w:eastAsia="QhZznecx+FZFSK"/>
          <w:color w:val="000000"/>
          <w:sz w:val="32"/>
        </w:rPr>
        <w:t>能项目</w:t>
      </w:r>
      <w:r>
        <w:rPr>
          <w:spacing w:val="-4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指</w:t>
      </w:r>
      <w:r>
        <w:rPr>
          <w:spacing w:val="4"/>
          <w:rFonts w:ascii="QhZznecx+FZFSK" w:hAnsi="QhZznecx+FZFSK" w:eastAsia="QhZznecx+FZFSK"/>
          <w:color w:val="000000"/>
          <w:sz w:val="32"/>
        </w:rPr>
        <w:t>按</w:t>
      </w:r>
      <w:r>
        <w:rPr>
          <w:rFonts w:ascii="QhZznecx+FZFSK" w:hAnsi="QhZznecx+FZFSK" w:eastAsia="QhZznecx+FZFSK"/>
          <w:color w:val="000000"/>
          <w:sz w:val="32"/>
        </w:rPr>
        <w:t>浙江</w:t>
      </w:r>
      <w:r>
        <w:rPr>
          <w:spacing w:val="4"/>
          <w:rFonts w:ascii="QhZznecx+FZFSK" w:hAnsi="QhZznecx+FZFSK" w:eastAsia="QhZznecx+FZFSK"/>
          <w:color w:val="000000"/>
          <w:sz w:val="32"/>
        </w:rPr>
        <w:t>省</w:t>
      </w:r>
      <w:r>
        <w:rPr>
          <w:rFonts w:ascii="QhZznecx+FZFSK" w:hAnsi="QhZznecx+FZFSK" w:eastAsia="QhZznecx+FZFSK"/>
          <w:color w:val="000000"/>
          <w:sz w:val="32"/>
        </w:rPr>
        <w:t>碳</w:t>
      </w:r>
      <w:r>
        <w:rPr>
          <w:spacing w:val="2"/>
          <w:rFonts w:ascii="QhZznecx+FZFSK" w:hAnsi="QhZznecx+FZFSK" w:eastAsia="QhZznecx+FZFSK"/>
          <w:color w:val="000000"/>
          <w:sz w:val="32"/>
        </w:rPr>
        <w:t>达</w:t>
      </w:r>
      <w:r>
        <w:rPr>
          <w:rFonts w:ascii="QhZznecx+FZFSK" w:hAnsi="QhZznecx+FZFSK" w:eastAsia="QhZznecx+FZFSK"/>
          <w:color w:val="000000"/>
          <w:sz w:val="32"/>
        </w:rPr>
        <w:t>峰工</w:t>
      </w:r>
      <w:r>
        <w:rPr>
          <w:spacing w:val="2"/>
          <w:rFonts w:ascii="QhZznecx+FZFSK" w:hAnsi="QhZznecx+FZFSK" w:eastAsia="QhZznecx+FZFSK"/>
          <w:color w:val="000000"/>
          <w:sz w:val="32"/>
        </w:rPr>
        <w:t>作</w:t>
      </w:r>
      <w:r>
        <w:rPr>
          <w:rFonts w:ascii="QhZznecx+FZFSK" w:hAnsi="QhZznecx+FZFSK" w:eastAsia="QhZznecx+FZFSK"/>
          <w:color w:val="000000"/>
          <w:sz w:val="32"/>
        </w:rPr>
        <w:t>要</w:t>
      </w:r>
      <w:r>
        <w:rPr>
          <w:spacing w:val="4"/>
          <w:rFonts w:ascii="QhZznecx+FZFSK" w:hAnsi="QhZznecx+FZFSK" w:eastAsia="QhZznecx+FZFSK"/>
          <w:color w:val="000000"/>
          <w:sz w:val="32"/>
        </w:rPr>
        <w:t>求</w:t>
      </w:r>
      <w:r>
        <w:rPr>
          <w:spacing w:val="-2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单位</w:t>
      </w:r>
      <w:r>
        <w:rPr>
          <w:spacing w:val="6"/>
          <w:rFonts w:ascii="QhZznecx+FZFSK" w:hAnsi="QhZznecx+FZFSK" w:eastAsia="QhZznecx+FZFSK"/>
          <w:color w:val="000000"/>
          <w:sz w:val="32"/>
        </w:rPr>
        <w:t>增加值</w:t>
      </w:r>
      <w:r>
        <w:rPr>
          <w:spacing w:val="4"/>
          <w:rFonts w:ascii="QhZznecx+FZFSK" w:hAnsi="QhZznecx+FZFSK" w:eastAsia="QhZznecx+FZFSK"/>
          <w:color w:val="000000"/>
          <w:sz w:val="32"/>
        </w:rPr>
        <w:t>能</w:t>
      </w:r>
      <w:r>
        <w:rPr>
          <w:spacing w:val="6"/>
          <w:rFonts w:ascii="QhZznecx+FZFSK" w:hAnsi="QhZznecx+FZFSK" w:eastAsia="QhZznecx+FZFSK"/>
          <w:color w:val="000000"/>
          <w:sz w:val="32"/>
        </w:rPr>
        <w:t>耗超</w:t>
      </w:r>
      <w:r>
        <w:rPr>
          <w:spacing w:val="84"/>
          <w:rFonts w:ascii="QhZznecx+FZFSK" w:hAnsi="QhZznecx+FZFSK" w:eastAsia="QhZznecx+FZFSK"/>
          <w:color w:val="000000"/>
          <w:sz w:val="32"/>
        </w:rPr>
        <w:t>过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rFonts w:ascii="QhZznecx+FZFSK" w:hAnsi="QhZznecx+FZFSK" w:eastAsia="QhZznecx+FZFSK"/>
          <w:color w:val="000000"/>
          <w:sz w:val="32"/>
        </w:rPr>
        <w:t>.52</w:t>
      </w:r>
      <w:r>
        <w:rPr>
          <w:spacing w:val="2"/>
          <w:rFonts w:ascii="QhZznecx+FZFSK" w:hAnsi="QhZznecx+FZFSK" w:eastAsia="QhZznecx+FZFSK"/>
          <w:color w:val="000000"/>
          <w:sz w:val="32"/>
        </w:rPr>
        <w:t>t</w:t>
      </w:r>
      <w:r>
        <w:rPr>
          <w:rFonts w:ascii="QhZznecx+FZFSK" w:hAnsi="QhZznecx+FZFSK" w:eastAsia="QhZznecx+FZFSK"/>
          <w:color w:val="000000"/>
          <w:sz w:val="32"/>
        </w:rPr>
        <w:t>c</w:t>
      </w:r>
      <w:r>
        <w:rPr>
          <w:spacing w:val="2"/>
          <w:rFonts w:ascii="QhZznecx+FZFSK" w:hAnsi="QhZznecx+FZFSK" w:eastAsia="QhZznecx+FZFSK"/>
          <w:color w:val="000000"/>
          <w:sz w:val="32"/>
        </w:rPr>
        <w:t>e</w:t>
      </w:r>
      <w:r>
        <w:rPr>
          <w:spacing w:val="6"/>
          <w:rFonts w:ascii="QhZznecx+FZFSK" w:hAnsi="QhZznecx+FZFSK" w:eastAsia="QhZznecx+FZFSK"/>
          <w:color w:val="000000"/>
          <w:sz w:val="32"/>
        </w:rPr>
        <w:t>/</w:t>
      </w:r>
      <w:r>
        <w:rPr>
          <w:spacing w:val="4"/>
          <w:rFonts w:ascii="QhZznecx+FZFSK" w:hAnsi="QhZznecx+FZFSK" w:eastAsia="QhZznecx+FZFSK"/>
          <w:color w:val="000000"/>
          <w:sz w:val="32"/>
        </w:rPr>
        <w:t>万元的</w:t>
      </w:r>
      <w:r>
        <w:rPr>
          <w:spacing w:val="2"/>
          <w:rFonts w:ascii="QhZznecx+FZFSK" w:hAnsi="QhZznecx+FZFSK" w:eastAsia="QhZznecx+FZFSK"/>
          <w:color w:val="000000"/>
          <w:sz w:val="32"/>
        </w:rPr>
        <w:t>项</w:t>
      </w:r>
      <w:r>
        <w:rPr>
          <w:spacing w:val="6"/>
          <w:rFonts w:ascii="QhZznecx+FZFSK" w:hAnsi="QhZznecx+FZFSK" w:eastAsia="QhZznecx+FZFSK"/>
          <w:color w:val="000000"/>
          <w:sz w:val="32"/>
        </w:rPr>
        <w:t>目；④“行业龙</w:t>
      </w:r>
      <w:r>
        <w:rPr>
          <w:spacing w:val="4"/>
          <w:rFonts w:ascii="QhZznecx+FZFSK" w:hAnsi="QhZznecx+FZFSK" w:eastAsia="QhZznecx+FZFSK"/>
          <w:color w:val="000000"/>
          <w:sz w:val="32"/>
        </w:rPr>
        <w:t>头</w:t>
      </w:r>
      <w:r>
        <w:rPr>
          <w:spacing w:val="6"/>
          <w:rFonts w:ascii="QhZznecx+FZFSK" w:hAnsi="QhZznecx+FZFSK" w:eastAsia="QhZznecx+FZFSK"/>
          <w:color w:val="000000"/>
          <w:sz w:val="32"/>
        </w:rPr>
        <w:t>”指</w:t>
      </w:r>
      <w:r>
        <w:rPr>
          <w:rFonts w:ascii="QhZznecx+FZFSK" w:hAnsi="QhZznecx+FZFSK" w:eastAsia="QhZznecx+FZFSK"/>
          <w:color w:val="000000"/>
          <w:sz w:val="32"/>
        </w:rPr>
        <w:t>全</w:t>
      </w:r>
      <w:r>
        <w:rPr>
          <w:spacing w:val="2"/>
          <w:rFonts w:ascii="QhZznecx+FZFSK" w:hAnsi="QhZznecx+FZFSK" w:eastAsia="QhZznecx+FZFSK"/>
          <w:color w:val="000000"/>
          <w:sz w:val="32"/>
        </w:rPr>
        <w:t>国性</w:t>
      </w:r>
      <w:r>
        <w:rPr>
          <w:rFonts w:ascii="QhZznecx+FZFSK" w:hAnsi="QhZznecx+FZFSK" w:eastAsia="QhZznecx+FZFSK"/>
          <w:color w:val="000000"/>
          <w:sz w:val="32"/>
        </w:rPr>
        <w:t>行</w:t>
      </w:r>
      <w:r>
        <w:rPr>
          <w:spacing w:val="2"/>
          <w:rFonts w:ascii="QhZznecx+FZFSK" w:hAnsi="QhZznecx+FZFSK" w:eastAsia="QhZznecx+FZFSK"/>
          <w:color w:val="000000"/>
          <w:sz w:val="32"/>
        </w:rPr>
        <w:t>业协</w:t>
      </w:r>
      <w:r>
        <w:rPr>
          <w:rFonts w:ascii="QhZznecx+FZFSK" w:hAnsi="QhZznecx+FZFSK" w:eastAsia="QhZznecx+FZFSK"/>
          <w:color w:val="000000"/>
          <w:sz w:val="32"/>
        </w:rPr>
        <w:t>会</w:t>
      </w:r>
      <w:r>
        <w:rPr>
          <w:spacing w:val="2"/>
          <w:rFonts w:ascii="QhZznecx+FZFSK" w:hAnsi="QhZznecx+FZFSK" w:eastAsia="QhZznecx+FZFSK"/>
          <w:color w:val="000000"/>
          <w:sz w:val="32"/>
        </w:rPr>
        <w:t>最新</w:t>
      </w:r>
      <w:r>
        <w:rPr>
          <w:rFonts w:ascii="QhZznecx+FZFSK" w:hAnsi="QhZznecx+FZFSK" w:eastAsia="QhZznecx+FZFSK"/>
          <w:color w:val="000000"/>
          <w:sz w:val="32"/>
        </w:rPr>
        <w:t>发</w:t>
      </w:r>
      <w:r>
        <w:rPr>
          <w:spacing w:val="-6"/>
          <w:rFonts w:ascii="QhZznecx+FZFSK" w:hAnsi="QhZznecx+FZFSK" w:eastAsia="QhZznecx+FZFSK"/>
          <w:color w:val="000000"/>
          <w:sz w:val="32"/>
        </w:rPr>
        <w:t>布</w:t>
      </w:r>
      <w:r>
        <w:rPr>
          <w:spacing w:val="2"/>
          <w:rFonts w:ascii="QhZznecx+FZFSK" w:hAnsi="QhZznecx+FZFSK" w:eastAsia="QhZznecx+FZFSK"/>
          <w:color w:val="000000"/>
          <w:sz w:val="32"/>
        </w:rPr>
        <w:t>（</w:t>
      </w:r>
      <w:r>
        <w:rPr>
          <w:rFonts w:ascii="QhZznecx+FZFSK" w:hAnsi="QhZznecx+FZFSK" w:eastAsia="QhZznecx+FZFSK"/>
          <w:color w:val="000000"/>
          <w:sz w:val="32"/>
        </w:rPr>
        <w:t>或</w:t>
      </w:r>
      <w:r>
        <w:rPr>
          <w:spacing w:val="2"/>
          <w:rFonts w:ascii="QhZznecx+FZFSK" w:hAnsi="QhZznecx+FZFSK" w:eastAsia="QhZznecx+FZFSK"/>
          <w:color w:val="000000"/>
          <w:sz w:val="32"/>
        </w:rPr>
        <w:t>出</w:t>
      </w:r>
      <w:r>
        <w:rPr>
          <w:rFonts w:ascii="QhZznecx+FZFSK" w:hAnsi="QhZznecx+FZFSK" w:eastAsia="QhZznecx+FZFSK"/>
          <w:color w:val="000000"/>
          <w:sz w:val="32"/>
        </w:rPr>
        <w:t>具的</w:t>
      </w:r>
      <w:r>
        <w:rPr>
          <w:spacing w:val="2"/>
          <w:rFonts w:ascii="QhZznecx+FZFSK" w:hAnsi="QhZznecx+FZFSK" w:eastAsia="QhZznecx+FZFSK"/>
          <w:color w:val="000000"/>
          <w:sz w:val="32"/>
        </w:rPr>
        <w:t>证</w:t>
      </w:r>
      <w:r>
        <w:rPr>
          <w:rFonts w:ascii="QhZznecx+FZFSK" w:hAnsi="QhZznecx+FZFSK" w:eastAsia="QhZznecx+FZFSK"/>
          <w:color w:val="000000"/>
          <w:sz w:val="32"/>
        </w:rPr>
        <w:t>明</w:t>
      </w:r>
      <w:r>
        <w:rPr>
          <w:spacing w:val="-6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行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排名</w:t>
      </w:r>
      <w:r>
        <w:rPr>
          <w:spacing w:val="2"/>
          <w:rFonts w:ascii="QhZznecx+FZFSK" w:hAnsi="QhZznecx+FZFSK" w:eastAsia="QhZznecx+FZFSK"/>
          <w:color w:val="000000"/>
          <w:sz w:val="32"/>
        </w:rPr>
        <w:t>前</w:t>
      </w:r>
      <w:r>
        <w:rPr>
          <w:rFonts w:ascii="QhZznecx+FZFSK" w:hAnsi="QhZznecx+FZFSK" w:eastAsia="QhZznecx+FZFSK"/>
          <w:color w:val="000000"/>
          <w:sz w:val="32"/>
        </w:rPr>
        <w:t>十位的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spacing w:val="6"/>
          <w:rFonts w:ascii="QhZznecx+FZFSK" w:hAnsi="QhZznecx+FZFSK" w:eastAsia="QhZznecx+FZFSK"/>
          <w:color w:val="000000"/>
          <w:sz w:val="32"/>
        </w:rPr>
        <w:t>业</w:t>
      </w:r>
      <w:r>
        <w:rPr>
          <w:spacing w:val="4"/>
          <w:rFonts w:ascii="QhZznecx+FZFSK" w:hAnsi="QhZznecx+FZFSK" w:eastAsia="QhZznecx+FZFSK"/>
          <w:color w:val="000000"/>
          <w:sz w:val="32"/>
        </w:rPr>
        <w:t>；</w:t>
      </w:r>
      <w:r>
        <w:rPr>
          <w:spacing w:val="2"/>
          <w:rFonts w:ascii="QhZznecx+FZFSK" w:hAnsi="QhZznecx+FZFSK" w:eastAsia="QhZznecx+FZFSK"/>
          <w:color w:val="000000"/>
          <w:sz w:val="32"/>
        </w:rPr>
        <w:t>⑤</w:t>
      </w:r>
      <w:r>
        <w:rPr>
          <w:spacing w:val="4"/>
          <w:rFonts w:ascii="QhZznecx+FZFSK" w:hAnsi="QhZznecx+FZFSK" w:eastAsia="QhZznecx+FZFSK"/>
          <w:color w:val="000000"/>
          <w:sz w:val="32"/>
        </w:rPr>
        <w:t>“</w:t>
      </w:r>
      <w:r>
        <w:rPr>
          <w:spacing w:val="2"/>
          <w:rFonts w:ascii="QhZznecx+FZFSK" w:hAnsi="QhZznecx+FZFSK" w:eastAsia="QhZznecx+FZFSK"/>
          <w:color w:val="000000"/>
          <w:sz w:val="32"/>
        </w:rPr>
        <w:t>控</w:t>
      </w:r>
      <w:r>
        <w:rPr>
          <w:spacing w:val="4"/>
          <w:rFonts w:ascii="QhZznecx+FZFSK" w:hAnsi="QhZznecx+FZFSK" w:eastAsia="QhZznecx+FZFSK"/>
          <w:color w:val="000000"/>
          <w:sz w:val="32"/>
        </w:rPr>
        <w:t>股”</w:t>
      </w:r>
      <w:r>
        <w:rPr>
          <w:spacing w:val="2"/>
          <w:rFonts w:ascii="QhZznecx+FZFSK" w:hAnsi="QhZznecx+FZFSK" w:eastAsia="QhZznecx+FZFSK"/>
          <w:color w:val="000000"/>
          <w:sz w:val="32"/>
        </w:rPr>
        <w:t>指</w:t>
      </w:r>
      <w:r>
        <w:rPr>
          <w:spacing w:val="6"/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spacing w:val="6"/>
          <w:rFonts w:ascii="QhZznecx+FZFSK" w:hAnsi="QhZznecx+FZFSK" w:eastAsia="QhZznecx+FZFSK"/>
          <w:color w:val="000000"/>
          <w:sz w:val="32"/>
        </w:rPr>
        <w:t>股</w:t>
      </w:r>
      <w:r>
        <w:rPr>
          <w:spacing w:val="4"/>
          <w:rFonts w:ascii="QhZznecx+FZFSK" w:hAnsi="QhZznecx+FZFSK" w:eastAsia="QhZznecx+FZFSK"/>
          <w:color w:val="000000"/>
          <w:sz w:val="32"/>
        </w:rPr>
        <w:t>权</w:t>
      </w:r>
      <w:r>
        <w:rPr>
          <w:spacing w:val="6"/>
          <w:rFonts w:ascii="QhZznecx+FZFSK" w:hAnsi="QhZznecx+FZFSK" w:eastAsia="QhZznecx+FZFSK"/>
          <w:color w:val="000000"/>
          <w:sz w:val="32"/>
        </w:rPr>
        <w:t>结</w:t>
      </w:r>
      <w:r>
        <w:rPr>
          <w:spacing w:val="2"/>
          <w:rFonts w:ascii="QhZznecx+FZFSK" w:hAnsi="QhZznecx+FZFSK" w:eastAsia="QhZznecx+FZFSK"/>
          <w:color w:val="000000"/>
          <w:sz w:val="32"/>
        </w:rPr>
        <w:t>构</w:t>
      </w:r>
      <w:r>
        <w:rPr>
          <w:spacing w:val="4"/>
          <w:rFonts w:ascii="QhZznecx+FZFSK" w:hAnsi="QhZznecx+FZFSK" w:eastAsia="QhZznecx+FZFSK"/>
          <w:color w:val="000000"/>
          <w:sz w:val="32"/>
        </w:rPr>
        <w:t>中</w:t>
      </w:r>
      <w:r>
        <w:rPr>
          <w:spacing w:val="2"/>
          <w:rFonts w:ascii="QhZznecx+FZFSK" w:hAnsi="QhZznecx+FZFSK" w:eastAsia="QhZznecx+FZFSK"/>
          <w:color w:val="000000"/>
          <w:sz w:val="32"/>
        </w:rPr>
        <w:t>持</w:t>
      </w:r>
      <w:r>
        <w:rPr>
          <w:spacing w:val="4"/>
          <w:rFonts w:ascii="QhZznecx+FZFSK" w:hAnsi="QhZznecx+FZFSK" w:eastAsia="QhZznecx+FZFSK"/>
          <w:color w:val="000000"/>
          <w:sz w:val="32"/>
        </w:rPr>
        <w:t>股</w:t>
      </w:r>
      <w:r>
        <w:rPr>
          <w:spacing w:val="2"/>
          <w:rFonts w:ascii="QhZznecx+FZFSK" w:hAnsi="QhZznecx+FZFSK" w:eastAsia="QhZznecx+FZFSK"/>
          <w:color w:val="000000"/>
          <w:sz w:val="32"/>
        </w:rPr>
        <w:t>比</w:t>
      </w:r>
      <w:r>
        <w:rPr>
          <w:spacing w:val="86"/>
          <w:rFonts w:ascii="QhZznecx+FZFSK" w:hAnsi="QhZznecx+FZFSK" w:eastAsia="QhZznecx+FZFSK"/>
          <w:color w:val="000000"/>
          <w:sz w:val="32"/>
        </w:rPr>
        <w:t>例</w:t>
      </w:r>
      <w:r>
        <w:rPr>
          <w:spacing w:val="-2"/>
          <w:rFonts w:ascii="QhZznecx+FZFSK" w:hAnsi="QhZznecx+FZFSK" w:eastAsia="QhZznecx+FZFSK"/>
          <w:color w:val="000000"/>
          <w:sz w:val="32"/>
        </w:rPr>
        <w:t>5</w:t>
      </w:r>
      <w:r>
        <w:rPr>
          <w:rFonts w:ascii="QhZznecx+FZFSK" w:hAnsi="QhZznecx+FZFSK" w:eastAsia="QhZznecx+FZFSK"/>
          <w:color w:val="000000"/>
          <w:sz w:val="32"/>
        </w:rPr>
        <w:t>1</w:t>
      </w:r>
      <w:r>
        <w:rPr>
          <w:spacing w:val="4"/>
          <w:rFonts w:ascii="QhZznecx+FZFSK" w:hAnsi="QhZznecx+FZFSK" w:eastAsia="QhZznecx+FZFSK"/>
          <w:color w:val="000000"/>
          <w:sz w:val="32"/>
        </w:rPr>
        <w:t>%及</w:t>
      </w:r>
      <w:r>
        <w:rPr>
          <w:spacing w:val="6"/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；</w:t>
      </w:r>
      <w:r>
        <w:rPr>
          <w:spacing w:val="-54"/>
          <w:rFonts w:ascii="QhZznecx+FZFSK" w:hAnsi="QhZznecx+FZFSK" w:eastAsia="QhZznecx+FZFSK"/>
          <w:color w:val="000000"/>
          <w:sz w:val="32"/>
        </w:rPr>
        <w:t>⑥</w:t>
      </w:r>
      <w:r>
        <w:rPr>
          <w:spacing w:val="-2"/>
          <w:rFonts w:ascii="QhZznecx+FZFSK" w:hAnsi="QhZznecx+FZFSK" w:eastAsia="QhZznecx+FZFSK"/>
          <w:color w:val="000000"/>
          <w:sz w:val="32"/>
        </w:rPr>
        <w:t>“</w:t>
      </w:r>
      <w:r>
        <w:rPr>
          <w:rFonts w:ascii="QhZznecx+FZFSK" w:hAnsi="QhZznecx+FZFSK" w:eastAsia="QhZznecx+FZFSK"/>
          <w:color w:val="000000"/>
          <w:sz w:val="32"/>
        </w:rPr>
        <w:t>四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58"/>
          <w:rFonts w:ascii="QhZznecx+FZFSK" w:hAnsi="QhZznecx+FZFSK" w:eastAsia="QhZznecx+FZFSK"/>
          <w:color w:val="000000"/>
          <w:sz w:val="32"/>
        </w:rPr>
        <w:t>”</w:t>
      </w:r>
      <w:r>
        <w:rPr>
          <w:spacing w:val="2"/>
          <w:rFonts w:ascii="QhZznecx+FZFSK" w:hAnsi="QhZznecx+FZFSK" w:eastAsia="QhZznecx+FZFSK"/>
          <w:color w:val="000000"/>
          <w:sz w:val="32"/>
        </w:rPr>
        <w:t>指</w:t>
      </w:r>
      <w:hyperlink r:id="rId14" w:history="1">
        <w:r>
          <w:rPr>
            <w:rStyle w:val="Hyperlink"/>
            <w:rFonts w:ascii="QhZznecx+FZFSK" w:hAnsi="QhZznecx+FZFSK" w:eastAsia="QhZznecx+FZFSK"/>
            <w:color w:val="000000"/>
            <w:sz w:val="32"/>
          </w:rPr>
          <w:t>规</w:t>
        </w:r>
      </w:hyperlink>
      <w:hyperlink r:id="rId14" w:history="1">
        <w:r>
          <w:rPr>
            <w:spacing w:val="2"/>
            <w:rStyle w:val="Hyperlink"/>
            <w:rFonts w:ascii="QhZznecx+FZFSK" w:hAnsi="QhZznecx+FZFSK" w:eastAsia="QhZznecx+FZFSK"/>
            <w:color w:val="000000"/>
            <w:sz w:val="32"/>
          </w:rPr>
          <w:t>模以</w:t>
        </w:r>
      </w:hyperlink>
      <w:hyperlink r:id="rId14" w:history="1">
        <w:r>
          <w:rPr>
            <w:rStyle w:val="Hyperlink"/>
            <w:rFonts w:ascii="QhZznecx+FZFSK" w:hAnsi="QhZznecx+FZFSK" w:eastAsia="QhZznecx+FZFSK"/>
            <w:color w:val="000000"/>
            <w:sz w:val="32"/>
          </w:rPr>
          <w:t>上</w:t>
        </w:r>
      </w:hyperlink>
      <w:hyperlink r:id="rId14" w:history="1">
        <w:r>
          <w:rPr>
            <w:spacing w:val="2"/>
            <w:rStyle w:val="Hyperlink"/>
            <w:rFonts w:ascii="QhZznecx+FZFSK" w:hAnsi="QhZznecx+FZFSK" w:eastAsia="QhZznecx+FZFSK"/>
            <w:color w:val="000000"/>
            <w:sz w:val="32"/>
          </w:rPr>
          <w:t>工业</w:t>
        </w:r>
      </w:hyperlink>
      <w:hyperlink r:id="rId14" w:history="1">
        <w:r>
          <w:rPr>
            <w:rStyle w:val="Hyperlink"/>
            <w:rFonts w:ascii="QhZznecx+FZFSK" w:hAnsi="QhZznecx+FZFSK" w:eastAsia="QhZznecx+FZFSK"/>
            <w:color w:val="000000"/>
            <w:sz w:val="32"/>
          </w:rPr>
          <w:t>企</w:t>
        </w:r>
      </w:hyperlink>
      <w:hyperlink r:id="rId14" w:history="1">
        <w:r>
          <w:rPr>
            <w:spacing w:val="2"/>
            <w:rStyle w:val="Hyperlink"/>
            <w:rFonts w:ascii="QhZznecx+FZFSK" w:hAnsi="QhZznecx+FZFSK" w:eastAsia="QhZznecx+FZFSK"/>
            <w:color w:val="000000"/>
            <w:sz w:val="32"/>
          </w:rPr>
          <w:t>业</w:t>
        </w:r>
      </w:hyperlink>
      <w:r>
        <w:rPr>
          <w:spacing w:val="-5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质</w:t>
      </w:r>
      <w:r>
        <w:rPr>
          <w:rFonts w:ascii="QhZznecx+FZFSK" w:hAnsi="QhZznecx+FZFSK" w:eastAsia="QhZznecx+FZFSK"/>
          <w:color w:val="000000"/>
          <w:sz w:val="32"/>
        </w:rPr>
        <w:t>等</w:t>
      </w:r>
      <w:r>
        <w:rPr>
          <w:spacing w:val="2"/>
          <w:rFonts w:ascii="QhZznecx+FZFSK" w:hAnsi="QhZznecx+FZFSK" w:eastAsia="QhZznecx+FZFSK"/>
          <w:color w:val="000000"/>
          <w:sz w:val="32"/>
        </w:rPr>
        <w:t>级</w:t>
      </w:r>
      <w:hyperlink r:id="rId15" w:history="1">
        <w:r>
          <w:rPr>
            <w:rStyle w:val="Hyperlink"/>
            <w:rFonts w:ascii="QhZznecx+FZFSK" w:hAnsi="QhZznecx+FZFSK" w:eastAsia="QhZznecx+FZFSK"/>
            <w:color w:val="000000"/>
            <w:sz w:val="32"/>
          </w:rPr>
          <w:t>建</w:t>
        </w:r>
      </w:hyperlink>
      <w:hyperlink r:id="rId15" w:history="1">
        <w:r>
          <w:rPr>
            <w:spacing w:val="4"/>
            <w:rStyle w:val="Hyperlink"/>
            <w:rFonts w:ascii="QhZznecx+FZFSK" w:hAnsi="QhZznecx+FZFSK" w:eastAsia="QhZznecx+FZFSK"/>
            <w:color w:val="000000"/>
            <w:sz w:val="32"/>
          </w:rPr>
          <w:t>筑</w:t>
        </w:r>
      </w:hyperlink>
      <w:hyperlink r:id="rId15" w:history="1">
        <w:r>
          <w:rPr>
            <w:rStyle w:val="Hyperlink"/>
            <w:rFonts w:ascii="QhZznecx+FZFSK" w:hAnsi="QhZznecx+FZFSK" w:eastAsia="QhZznecx+FZFSK"/>
            <w:color w:val="000000"/>
            <w:sz w:val="32"/>
          </w:rPr>
          <w:t>业企</w:t>
        </w:r>
      </w:hyperlink>
      <w:hyperlink r:id="rId15" w:history="1">
        <w:r>
          <w:rPr>
            <w:spacing w:val="4"/>
            <w:rStyle w:val="Hyperlink"/>
            <w:rFonts w:ascii="QhZznecx+FZFSK" w:hAnsi="QhZznecx+FZFSK" w:eastAsia="QhZznecx+FZFSK"/>
            <w:color w:val="000000"/>
            <w:sz w:val="32"/>
          </w:rPr>
          <w:t>业</w:t>
        </w:r>
      </w:hyperlink>
      <w:r>
        <w:rPr>
          <w:rFonts w:ascii="QhZznecx+FZFSK" w:hAnsi="QhZznecx+FZFSK" w:eastAsia="QhZznecx+FZFSK"/>
          <w:color w:val="000000"/>
          <w:sz w:val="32"/>
        </w:rPr>
        <w:t>、</w:t>
      </w:r>
      <w:hyperlink r:id="rId16" w:history="1">
        <w:r>
          <w:rPr>
            <w:spacing w:val="2"/>
            <w:rStyle w:val="Hyperlink"/>
            <w:rFonts w:ascii="QhZznecx+FZFSK" w:hAnsi="QhZznecx+FZFSK" w:eastAsia="QhZznecx+FZFSK"/>
            <w:color w:val="000000"/>
            <w:sz w:val="32"/>
          </w:rPr>
          <w:t>限额</w:t>
        </w:r>
      </w:hyperlink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批零</w:t>
      </w:r>
      <w:r>
        <w:rPr>
          <w:spacing w:val="4"/>
          <w:rFonts w:ascii="QhZznecx+FZFSK" w:hAnsi="QhZznecx+FZFSK" w:eastAsia="QhZznecx+FZFSK"/>
          <w:color w:val="000000"/>
          <w:sz w:val="32"/>
        </w:rPr>
        <w:t>住</w:t>
      </w:r>
      <w:r>
        <w:rPr>
          <w:rFonts w:ascii="QhZznecx+FZFSK" w:hAnsi="QhZznecx+FZFSK" w:eastAsia="QhZznecx+FZFSK"/>
          <w:color w:val="000000"/>
          <w:sz w:val="32"/>
        </w:rPr>
        <w:t>餐企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1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国</w:t>
      </w:r>
      <w:r>
        <w:rPr>
          <w:spacing w:val="4"/>
          <w:rFonts w:ascii="QhZznecx+FZFSK" w:hAnsi="QhZznecx+FZFSK" w:eastAsia="QhZznecx+FZFSK"/>
          <w:color w:val="000000"/>
          <w:sz w:val="32"/>
        </w:rPr>
        <w:t>家</w:t>
      </w:r>
      <w:r>
        <w:rPr>
          <w:rFonts w:ascii="QhZznecx+FZFSK" w:hAnsi="QhZznecx+FZFSK" w:eastAsia="QhZznecx+FZFSK"/>
          <w:color w:val="000000"/>
          <w:sz w:val="32"/>
        </w:rPr>
        <w:t>重点</w:t>
      </w:r>
      <w:r>
        <w:rPr>
          <w:spacing w:val="4"/>
          <w:rFonts w:ascii="QhZznecx+FZFSK" w:hAnsi="QhZznecx+FZFSK" w:eastAsia="QhZznecx+FZFSK"/>
          <w:color w:val="000000"/>
          <w:sz w:val="32"/>
        </w:rPr>
        <w:t>服</w:t>
      </w:r>
      <w:r>
        <w:rPr>
          <w:rFonts w:ascii="QhZznecx+FZFSK" w:hAnsi="QhZznecx+FZFSK" w:eastAsia="QhZznecx+FZFSK"/>
          <w:color w:val="000000"/>
          <w:sz w:val="32"/>
        </w:rPr>
        <w:t>务业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业等</w:t>
      </w:r>
      <w:r>
        <w:rPr>
          <w:spacing w:val="4"/>
          <w:rFonts w:ascii="QhZznecx+FZFSK" w:hAnsi="QhZznecx+FZFSK" w:eastAsia="QhZznecx+FZFSK"/>
          <w:color w:val="000000"/>
          <w:sz w:val="32"/>
        </w:rPr>
        <w:t>这</w:t>
      </w:r>
      <w:r>
        <w:rPr>
          <w:rFonts w:ascii="QhZznecx+FZFSK" w:hAnsi="QhZznecx+FZFSK" w:eastAsia="QhZznecx+FZFSK"/>
          <w:color w:val="000000"/>
          <w:sz w:val="32"/>
        </w:rPr>
        <w:t>四类</w:t>
      </w:r>
      <w:hyperlink r:id="rId17" w:history="1">
        <w:r>
          <w:rPr>
            <w:rStyle w:val="Hyperlink"/>
            <w:rFonts w:ascii="QhZznecx+FZFSK" w:hAnsi="QhZznecx+FZFSK" w:eastAsia="QhZznecx+FZFSK"/>
            <w:color w:val="000000"/>
            <w:sz w:val="32"/>
          </w:rPr>
          <w:t>规模</w:t>
        </w:r>
      </w:hyperlink>
      <w:r>
        <w:rPr>
          <w:spacing w:val="2"/>
          <w:rFonts w:ascii="QhZznecx+FZFSK" w:hAnsi="QhZznecx+FZFSK" w:eastAsia="QhZznecx+FZFSK"/>
          <w:color w:val="000000"/>
          <w:sz w:val="32"/>
        </w:rPr>
        <w:t>以上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2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⑦高</w:t>
      </w:r>
      <w:r>
        <w:rPr>
          <w:spacing w:val="2"/>
          <w:rFonts w:ascii="QhZznecx+FZFSK" w:hAnsi="QhZznecx+FZFSK" w:eastAsia="QhZznecx+FZFSK"/>
          <w:color w:val="000000"/>
          <w:sz w:val="32"/>
        </w:rPr>
        <w:t>新技</w:t>
      </w:r>
      <w:r>
        <w:rPr>
          <w:rFonts w:ascii="QhZznecx+FZFSK" w:hAnsi="QhZznecx+FZFSK" w:eastAsia="QhZznecx+FZFSK"/>
          <w:color w:val="000000"/>
          <w:sz w:val="32"/>
        </w:rPr>
        <w:t>术</w:t>
      </w:r>
      <w:r>
        <w:rPr>
          <w:spacing w:val="2"/>
          <w:rFonts w:ascii="QhZznecx+FZFSK" w:hAnsi="QhZznecx+FZFSK" w:eastAsia="QhZznecx+FZFSK"/>
          <w:color w:val="000000"/>
          <w:sz w:val="32"/>
        </w:rPr>
        <w:t>产业</w:t>
      </w:r>
      <w:r>
        <w:rPr>
          <w:spacing w:val="-2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数</w:t>
      </w:r>
      <w:r>
        <w:rPr>
          <w:spacing w:val="2"/>
          <w:rFonts w:ascii="QhZznecx+FZFSK" w:hAnsi="QhZznecx+FZFSK" w:eastAsia="QhZznecx+FZFSK"/>
          <w:color w:val="000000"/>
          <w:sz w:val="32"/>
        </w:rPr>
        <w:t>字</w:t>
      </w:r>
      <w:r>
        <w:rPr>
          <w:rFonts w:ascii="QhZznecx+FZFSK" w:hAnsi="QhZznecx+FZFSK" w:eastAsia="QhZznecx+FZFSK"/>
          <w:color w:val="000000"/>
          <w:sz w:val="32"/>
        </w:rPr>
        <w:t>经</w:t>
      </w:r>
      <w:r>
        <w:rPr>
          <w:spacing w:val="2"/>
          <w:rFonts w:ascii="QhZznecx+FZFSK" w:hAnsi="QhZznecx+FZFSK" w:eastAsia="QhZznecx+FZFSK"/>
          <w:color w:val="000000"/>
          <w:sz w:val="32"/>
        </w:rPr>
        <w:t>济核</w:t>
      </w:r>
      <w:r>
        <w:rPr>
          <w:rFonts w:ascii="QhZznecx+FZFSK" w:hAnsi="QhZznecx+FZFSK" w:eastAsia="QhZznecx+FZFSK"/>
          <w:color w:val="000000"/>
          <w:sz w:val="32"/>
        </w:rPr>
        <w:t>心</w:t>
      </w:r>
      <w:r>
        <w:rPr>
          <w:spacing w:val="2"/>
          <w:rFonts w:ascii="QhZznecx+FZFSK" w:hAnsi="QhZznecx+FZFSK" w:eastAsia="QhZznecx+FZFSK"/>
          <w:color w:val="000000"/>
          <w:sz w:val="32"/>
        </w:rPr>
        <w:t>产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战</w:t>
      </w:r>
      <w:r>
        <w:rPr>
          <w:spacing w:val="4"/>
          <w:rFonts w:ascii="QhZznecx+FZFSK" w:hAnsi="QhZznecx+FZFSK" w:eastAsia="QhZznecx+FZFSK"/>
          <w:color w:val="000000"/>
          <w:sz w:val="32"/>
        </w:rPr>
        <w:t>略</w:t>
      </w:r>
      <w:r>
        <w:rPr>
          <w:rFonts w:ascii="QhZznecx+FZFSK" w:hAnsi="QhZznecx+FZFSK" w:eastAsia="QhZznecx+FZFSK"/>
          <w:color w:val="000000"/>
          <w:sz w:val="32"/>
        </w:rPr>
        <w:t>性新</w:t>
      </w:r>
      <w:r>
        <w:rPr>
          <w:spacing w:val="2"/>
          <w:rFonts w:ascii="QhZznecx+FZFSK" w:hAnsi="QhZznecx+FZFSK" w:eastAsia="QhZznecx+FZFSK"/>
          <w:color w:val="000000"/>
          <w:sz w:val="32"/>
        </w:rPr>
        <w:t>兴产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类</w:t>
      </w:r>
      <w:r>
        <w:rPr>
          <w:spacing w:val="2"/>
          <w:rFonts w:ascii="QhZznecx+FZFSK" w:hAnsi="QhZznecx+FZFSK" w:eastAsia="QhZznecx+FZFSK"/>
          <w:color w:val="000000"/>
          <w:sz w:val="32"/>
        </w:rPr>
        <w:t>型划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2"/>
          <w:rFonts w:ascii="QhZznecx+FZFSK" w:hAnsi="QhZznecx+FZFSK" w:eastAsia="QhZznecx+FZFSK"/>
          <w:color w:val="000000"/>
          <w:sz w:val="32"/>
        </w:rPr>
        <w:t>以统</w:t>
      </w:r>
      <w:r>
        <w:rPr>
          <w:rFonts w:ascii="QhZznecx+FZFSK" w:hAnsi="QhZznecx+FZFSK" w:eastAsia="QhZznecx+FZFSK"/>
          <w:color w:val="000000"/>
          <w:sz w:val="32"/>
        </w:rPr>
        <w:t>计</w:t>
      </w:r>
      <w:r>
        <w:rPr>
          <w:spacing w:val="2"/>
          <w:rFonts w:ascii="QhZznecx+FZFSK" w:hAnsi="QhZznecx+FZFSK" w:eastAsia="QhZznecx+FZFSK"/>
          <w:color w:val="000000"/>
          <w:sz w:val="32"/>
        </w:rPr>
        <w:t>口径</w:t>
      </w:r>
      <w:r>
        <w:rPr>
          <w:rFonts w:ascii="QhZznecx+FZFSK" w:hAnsi="QhZznecx+FZFSK" w:eastAsia="QhZznecx+FZFSK"/>
          <w:color w:val="000000"/>
          <w:sz w:val="32"/>
        </w:rPr>
        <w:t>为</w:t>
      </w:r>
      <w:r>
        <w:rPr>
          <w:spacing w:val="2"/>
          <w:rFonts w:ascii="QhZznecx+FZFSK" w:hAnsi="QhZznecx+FZFSK" w:eastAsia="QhZznecx+FZFSK"/>
          <w:color w:val="000000"/>
          <w:sz w:val="32"/>
        </w:rPr>
        <w:t>准</w:t>
      </w:r>
      <w:r>
        <w:rPr>
          <w:spacing w:val="-12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⑧高</w:t>
      </w:r>
      <w:r>
        <w:rPr>
          <w:spacing w:val="2"/>
          <w:rFonts w:ascii="QhZznecx+FZFSK" w:hAnsi="QhZznecx+FZFSK" w:eastAsia="QhZznecx+FZFSK"/>
          <w:color w:val="000000"/>
          <w:sz w:val="32"/>
        </w:rPr>
        <w:t>耗</w:t>
      </w:r>
      <w:r>
        <w:rPr>
          <w:rFonts w:ascii="QhZznecx+FZFSK" w:hAnsi="QhZznecx+FZFSK" w:eastAsia="QhZznecx+FZFSK"/>
          <w:color w:val="000000"/>
          <w:sz w:val="32"/>
        </w:rPr>
        <w:t>能行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按国家</w:t>
      </w:r>
      <w:r>
        <w:rPr>
          <w:spacing w:val="2"/>
          <w:rFonts w:ascii="QhZznecx+FZFSK" w:hAnsi="QhZznecx+FZFSK" w:eastAsia="QhZznecx+FZFSK"/>
          <w:color w:val="000000"/>
          <w:sz w:val="32"/>
        </w:rPr>
        <w:t>统计</w:t>
      </w:r>
      <w:r>
        <w:rPr>
          <w:rFonts w:ascii="QhZznecx+FZFSK" w:hAnsi="QhZznecx+FZFSK" w:eastAsia="QhZznecx+FZFSK"/>
          <w:color w:val="000000"/>
          <w:sz w:val="32"/>
        </w:rPr>
        <w:t>局</w:t>
      </w:r>
      <w:r>
        <w:rPr>
          <w:spacing w:val="2"/>
          <w:rFonts w:ascii="QhZznecx+FZFSK" w:hAnsi="QhZznecx+FZFSK" w:eastAsia="QhZznecx+FZFSK"/>
          <w:color w:val="000000"/>
          <w:sz w:val="32"/>
        </w:rPr>
        <w:t>工业</w:t>
      </w:r>
      <w:r>
        <w:rPr>
          <w:rFonts w:ascii="QhZznecx+FZFSK" w:hAnsi="QhZznecx+FZFSK" w:eastAsia="QhZznecx+FZFSK"/>
          <w:color w:val="000000"/>
          <w:sz w:val="32"/>
        </w:rPr>
        <w:t>统</w:t>
      </w:r>
      <w:r>
        <w:rPr>
          <w:spacing w:val="2"/>
          <w:rFonts w:ascii="QhZznecx+FZFSK" w:hAnsi="QhZznecx+FZFSK" w:eastAsia="QhZznecx+FZFSK"/>
          <w:color w:val="000000"/>
          <w:sz w:val="32"/>
        </w:rPr>
        <w:t>计六</w:t>
      </w:r>
      <w:r>
        <w:rPr>
          <w:rFonts w:ascii="QhZznecx+FZFSK" w:hAnsi="QhZznecx+FZFSK" w:eastAsia="QhZznecx+FZFSK"/>
          <w:color w:val="000000"/>
          <w:sz w:val="32"/>
        </w:rPr>
        <w:t>大</w:t>
      </w:r>
      <w:r>
        <w:rPr>
          <w:spacing w:val="2"/>
          <w:rFonts w:ascii="QhZznecx+FZFSK" w:hAnsi="QhZznecx+FZFSK" w:eastAsia="QhZznecx+FZFSK"/>
          <w:color w:val="000000"/>
          <w:sz w:val="32"/>
        </w:rPr>
        <w:t>高耗</w:t>
      </w:r>
      <w:r>
        <w:rPr>
          <w:rFonts w:ascii="QhZznecx+FZFSK" w:hAnsi="QhZznecx+FZFSK" w:eastAsia="QhZznecx+FZFSK"/>
          <w:color w:val="000000"/>
          <w:sz w:val="32"/>
        </w:rPr>
        <w:t>能</w:t>
      </w:r>
      <w:r>
        <w:rPr>
          <w:spacing w:val="2"/>
          <w:rFonts w:ascii="QhZznecx+FZFSK" w:hAnsi="QhZznecx+FZFSK" w:eastAsia="QhZznecx+FZFSK"/>
          <w:color w:val="000000"/>
          <w:sz w:val="32"/>
        </w:rPr>
        <w:t>行业</w:t>
      </w:r>
      <w:r>
        <w:rPr>
          <w:rFonts w:ascii="QhZznecx+FZFSK" w:hAnsi="QhZznecx+FZFSK" w:eastAsia="QhZznecx+FZFSK"/>
          <w:color w:val="000000"/>
          <w:sz w:val="32"/>
        </w:rPr>
        <w:t>口</w:t>
      </w:r>
      <w:r>
        <w:rPr>
          <w:spacing w:val="2"/>
          <w:rFonts w:ascii="QhZznecx+FZFSK" w:hAnsi="QhZznecx+FZFSK" w:eastAsia="QhZznecx+FZFSK"/>
          <w:color w:val="000000"/>
          <w:sz w:val="32"/>
        </w:rPr>
        <w:t>径</w:t>
      </w:r>
      <w:r>
        <w:rPr>
          <w:spacing w:val="-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即</w:t>
      </w:r>
      <w:r>
        <w:rPr>
          <w:spacing w:val="2"/>
          <w:rFonts w:ascii="QhZznecx+FZFSK" w:hAnsi="QhZznecx+FZFSK" w:eastAsia="QhZznecx+FZFSK"/>
          <w:color w:val="000000"/>
          <w:sz w:val="32"/>
        </w:rPr>
        <w:t>石</w:t>
      </w:r>
      <w:r>
        <w:rPr>
          <w:rFonts w:ascii="QhZznecx+FZFSK" w:hAnsi="QhZznecx+FZFSK" w:eastAsia="QhZznecx+FZFSK"/>
          <w:color w:val="000000"/>
          <w:sz w:val="32"/>
        </w:rPr>
        <w:t>油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煤</w:t>
      </w:r>
      <w:r>
        <w:rPr>
          <w:spacing w:val="2"/>
          <w:rFonts w:ascii="QhZznecx+FZFSK" w:hAnsi="QhZznecx+FZFSK" w:eastAsia="QhZznecx+FZFSK"/>
          <w:color w:val="000000"/>
          <w:sz w:val="32"/>
        </w:rPr>
        <w:t>炭</w:t>
      </w:r>
      <w:r>
        <w:rPr>
          <w:rFonts w:ascii="QhZznecx+FZFSK" w:hAnsi="QhZznecx+FZFSK" w:eastAsia="QhZznecx+FZFSK"/>
          <w:color w:val="000000"/>
          <w:sz w:val="32"/>
        </w:rPr>
        <w:t>及其他</w:t>
      </w:r>
      <w:r>
        <w:rPr>
          <w:spacing w:val="2"/>
          <w:rFonts w:ascii="QhZznecx+FZFSK" w:hAnsi="QhZznecx+FZFSK" w:eastAsia="QhZznecx+FZFSK"/>
          <w:color w:val="000000"/>
          <w:sz w:val="32"/>
        </w:rPr>
        <w:t>燃料</w:t>
      </w:r>
      <w:r>
        <w:rPr>
          <w:rFonts w:ascii="QhZznecx+FZFSK" w:hAnsi="QhZznecx+FZFSK" w:eastAsia="QhZznecx+FZFSK"/>
          <w:color w:val="000000"/>
          <w:sz w:val="32"/>
        </w:rPr>
        <w:t>加</w:t>
      </w:r>
      <w:r>
        <w:rPr>
          <w:spacing w:val="2"/>
          <w:rFonts w:ascii="QhZznecx+FZFSK" w:hAnsi="QhZznecx+FZFSK" w:eastAsia="QhZznecx+FZFSK"/>
          <w:color w:val="000000"/>
          <w:sz w:val="32"/>
        </w:rPr>
        <w:t>工业</w:t>
      </w:r>
      <w:r>
        <w:rPr>
          <w:spacing w:val="-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化</w:t>
      </w:r>
      <w:r>
        <w:rPr>
          <w:spacing w:val="4"/>
          <w:rFonts w:ascii="QhZznecx+FZFSK" w:hAnsi="QhZznecx+FZFSK" w:eastAsia="QhZznecx+FZFSK"/>
          <w:color w:val="000000"/>
          <w:sz w:val="32"/>
        </w:rPr>
        <w:t>学</w:t>
      </w:r>
      <w:r>
        <w:rPr>
          <w:rFonts w:ascii="QhZznecx+FZFSK" w:hAnsi="QhZznecx+FZFSK" w:eastAsia="QhZznecx+FZFSK"/>
          <w:color w:val="000000"/>
          <w:sz w:val="32"/>
        </w:rPr>
        <w:t>原料</w:t>
      </w:r>
      <w:r>
        <w:rPr>
          <w:spacing w:val="4"/>
          <w:rFonts w:ascii="QhZznecx+FZFSK" w:hAnsi="QhZznecx+FZFSK" w:eastAsia="QhZznecx+FZFSK"/>
          <w:color w:val="000000"/>
          <w:sz w:val="32"/>
        </w:rPr>
        <w:t>和</w:t>
      </w:r>
      <w:r>
        <w:rPr>
          <w:rFonts w:ascii="QhZznecx+FZFSK" w:hAnsi="QhZznecx+FZFSK" w:eastAsia="QhZznecx+FZFSK"/>
          <w:color w:val="000000"/>
          <w:sz w:val="32"/>
        </w:rPr>
        <w:t>化学</w:t>
      </w:r>
      <w:r>
        <w:rPr>
          <w:spacing w:val="4"/>
          <w:rFonts w:ascii="QhZznecx+FZFSK" w:hAnsi="QhZznecx+FZFSK" w:eastAsia="QhZznecx+FZFSK"/>
          <w:color w:val="000000"/>
          <w:sz w:val="32"/>
        </w:rPr>
        <w:t>制</w:t>
      </w:r>
      <w:r>
        <w:rPr>
          <w:rFonts w:ascii="QhZznecx+FZFSK" w:hAnsi="QhZznecx+FZFSK" w:eastAsia="QhZznecx+FZFSK"/>
          <w:color w:val="000000"/>
          <w:sz w:val="32"/>
        </w:rPr>
        <w:t>品制</w:t>
      </w:r>
      <w:r>
        <w:rPr>
          <w:spacing w:val="4"/>
          <w:rFonts w:ascii="QhZznecx+FZFSK" w:hAnsi="QhZznecx+FZFSK" w:eastAsia="QhZznecx+FZFSK"/>
          <w:color w:val="000000"/>
          <w:sz w:val="32"/>
        </w:rPr>
        <w:t>造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-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非</w:t>
      </w:r>
      <w:r>
        <w:rPr>
          <w:spacing w:val="4"/>
          <w:rFonts w:ascii="QhZznecx+FZFSK" w:hAnsi="QhZznecx+FZFSK" w:eastAsia="QhZznecx+FZFSK"/>
          <w:color w:val="000000"/>
          <w:sz w:val="32"/>
        </w:rPr>
        <w:t>金</w:t>
      </w:r>
      <w:r>
        <w:rPr>
          <w:rFonts w:ascii="QhZznecx+FZFSK" w:hAnsi="QhZznecx+FZFSK" w:eastAsia="QhZznecx+FZFSK"/>
          <w:color w:val="000000"/>
          <w:sz w:val="32"/>
        </w:rPr>
        <w:t>属矿</w:t>
      </w:r>
      <w:r>
        <w:rPr>
          <w:spacing w:val="4"/>
          <w:rFonts w:ascii="QhZznecx+FZFSK" w:hAnsi="QhZznecx+FZFSK" w:eastAsia="QhZznecx+FZFSK"/>
          <w:color w:val="000000"/>
          <w:sz w:val="32"/>
        </w:rPr>
        <w:t>物</w:t>
      </w:r>
      <w:r>
        <w:rPr>
          <w:rFonts w:ascii="QhZznecx+FZFSK" w:hAnsi="QhZznecx+FZFSK" w:eastAsia="QhZznecx+FZFSK"/>
          <w:color w:val="000000"/>
          <w:sz w:val="32"/>
        </w:rPr>
        <w:t>制品</w:t>
      </w:r>
      <w:r>
        <w:rPr>
          <w:spacing w:val="2"/>
          <w:rFonts w:ascii="QhZznecx+FZFSK" w:hAnsi="QhZznecx+FZFSK" w:eastAsia="QhZznecx+FZFSK"/>
          <w:color w:val="000000"/>
          <w:sz w:val="32"/>
        </w:rPr>
        <w:t>业</w:t>
      </w:r>
      <w:r>
        <w:rPr>
          <w:spacing w:val="-4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黑</w:t>
      </w:r>
      <w:r>
        <w:rPr>
          <w:spacing w:val="2"/>
          <w:rFonts w:ascii="QhZznecx+FZFSK" w:hAnsi="QhZznecx+FZFSK" w:eastAsia="QhZznecx+FZFSK"/>
          <w:color w:val="000000"/>
          <w:sz w:val="32"/>
        </w:rPr>
        <w:t>色</w:t>
      </w:r>
      <w:r>
        <w:rPr>
          <w:rFonts w:ascii="QhZznecx+FZFSK" w:hAnsi="QhZznecx+FZFSK" w:eastAsia="QhZznecx+FZFSK"/>
          <w:color w:val="000000"/>
          <w:sz w:val="32"/>
        </w:rPr>
        <w:t>金属</w:t>
      </w:r>
      <w:r>
        <w:rPr>
          <w:spacing w:val="2"/>
          <w:rFonts w:ascii="QhZznecx+FZFSK" w:hAnsi="QhZznecx+FZFSK" w:eastAsia="QhZznecx+FZFSK"/>
          <w:color w:val="000000"/>
          <w:sz w:val="32"/>
        </w:rPr>
        <w:t>冶</w:t>
      </w:r>
      <w:r>
        <w:rPr>
          <w:rFonts w:ascii="QhZznecx+FZFSK" w:hAnsi="QhZznecx+FZFSK" w:eastAsia="QhZznecx+FZFSK"/>
          <w:color w:val="000000"/>
          <w:sz w:val="32"/>
        </w:rPr>
        <w:t>炼和</w:t>
      </w:r>
      <w:r>
        <w:rPr>
          <w:spacing w:val="2"/>
          <w:rFonts w:ascii="QhZznecx+FZFSK" w:hAnsi="QhZznecx+FZFSK" w:eastAsia="QhZznecx+FZFSK"/>
          <w:color w:val="000000"/>
          <w:sz w:val="32"/>
        </w:rPr>
        <w:t>压</w:t>
      </w:r>
      <w:r>
        <w:rPr>
          <w:rFonts w:ascii="QhZznecx+FZFSK" w:hAnsi="QhZznecx+FZFSK" w:eastAsia="QhZznecx+FZFSK"/>
          <w:color w:val="000000"/>
          <w:sz w:val="32"/>
        </w:rPr>
        <w:t>延加</w:t>
      </w:r>
      <w:r>
        <w:rPr>
          <w:spacing w:val="2"/>
          <w:rFonts w:ascii="QhZznecx+FZFSK" w:hAnsi="QhZznecx+FZFSK" w:eastAsia="QhZznecx+FZFSK"/>
          <w:color w:val="000000"/>
          <w:sz w:val="32"/>
        </w:rPr>
        <w:t>工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有</w:t>
      </w:r>
      <w:r>
        <w:rPr>
          <w:spacing w:val="2"/>
          <w:rFonts w:ascii="QhZznecx+FZFSK" w:hAnsi="QhZznecx+FZFSK" w:eastAsia="QhZznecx+FZFSK"/>
          <w:color w:val="000000"/>
          <w:sz w:val="32"/>
        </w:rPr>
        <w:t>色</w:t>
      </w:r>
      <w:r>
        <w:rPr>
          <w:rFonts w:ascii="QhZznecx+FZFSK" w:hAnsi="QhZznecx+FZFSK" w:eastAsia="QhZznecx+FZFSK"/>
          <w:color w:val="000000"/>
          <w:sz w:val="32"/>
        </w:rPr>
        <w:t>金属</w:t>
      </w:r>
      <w:r>
        <w:rPr>
          <w:spacing w:val="2"/>
          <w:rFonts w:ascii="QhZznecx+FZFSK" w:hAnsi="QhZznecx+FZFSK" w:eastAsia="QhZznecx+FZFSK"/>
          <w:color w:val="000000"/>
          <w:sz w:val="32"/>
        </w:rPr>
        <w:t>冶</w:t>
      </w:r>
      <w:r>
        <w:rPr>
          <w:rFonts w:ascii="QhZznecx+FZFSK" w:hAnsi="QhZznecx+FZFSK" w:eastAsia="QhZznecx+FZFSK"/>
          <w:color w:val="000000"/>
          <w:sz w:val="32"/>
        </w:rPr>
        <w:t>炼和</w:t>
      </w:r>
      <w:r>
        <w:rPr>
          <w:spacing w:val="2"/>
          <w:rFonts w:ascii="QhZznecx+FZFSK" w:hAnsi="QhZznecx+FZFSK" w:eastAsia="QhZznecx+FZFSK"/>
          <w:color w:val="000000"/>
          <w:sz w:val="32"/>
        </w:rPr>
        <w:t>压</w:t>
      </w:r>
      <w:r>
        <w:rPr>
          <w:rFonts w:ascii="QhZznecx+FZFSK" w:hAnsi="QhZznecx+FZFSK" w:eastAsia="QhZznecx+FZFSK"/>
          <w:color w:val="000000"/>
          <w:sz w:val="32"/>
        </w:rPr>
        <w:t>延加工</w:t>
      </w:r>
      <w:r>
        <w:rPr>
          <w:spacing w:val="2"/>
          <w:rFonts w:ascii="QhZznecx+FZFSK" w:hAnsi="QhZznecx+FZFSK" w:eastAsia="QhZznecx+FZFSK"/>
          <w:color w:val="000000"/>
          <w:sz w:val="32"/>
        </w:rPr>
        <w:t>业，</w:t>
      </w:r>
      <w:r>
        <w:rPr>
          <w:rFonts w:ascii="QhZznecx+FZFSK" w:hAnsi="QhZznecx+FZFSK" w:eastAsia="QhZznecx+FZFSK"/>
          <w:color w:val="000000"/>
          <w:sz w:val="32"/>
        </w:rPr>
        <w:t>电</w:t>
      </w:r>
      <w:r>
        <w:rPr>
          <w:spacing w:val="2"/>
          <w:rFonts w:ascii="QhZznecx+FZFSK" w:hAnsi="QhZznecx+FZFSK" w:eastAsia="QhZznecx+FZFSK"/>
          <w:color w:val="000000"/>
          <w:sz w:val="32"/>
        </w:rPr>
        <w:t>力、</w:t>
      </w:r>
      <w:r>
        <w:rPr>
          <w:rFonts w:ascii="QhZznecx+FZFSK" w:hAnsi="QhZznecx+FZFSK" w:eastAsia="QhZznecx+FZFSK"/>
          <w:color w:val="000000"/>
          <w:sz w:val="32"/>
        </w:rPr>
        <w:t>热</w:t>
      </w:r>
      <w:r>
        <w:rPr>
          <w:spacing w:val="2"/>
          <w:rFonts w:ascii="QhZznecx+FZFSK" w:hAnsi="QhZznecx+FZFSK" w:eastAsia="QhZznecx+FZFSK"/>
          <w:color w:val="000000"/>
          <w:sz w:val="32"/>
        </w:rPr>
        <w:t>力、</w:t>
      </w:r>
      <w:r>
        <w:rPr>
          <w:rFonts w:ascii="QhZznecx+FZFSK" w:hAnsi="QhZznecx+FZFSK" w:eastAsia="QhZznecx+FZFSK"/>
          <w:color w:val="000000"/>
          <w:sz w:val="32"/>
        </w:rPr>
        <w:t>燃</w:t>
      </w:r>
      <w:r>
        <w:rPr>
          <w:spacing w:val="2"/>
          <w:rFonts w:ascii="QhZznecx+FZFSK" w:hAnsi="QhZznecx+FZFSK" w:eastAsia="QhZznecx+FZFSK"/>
          <w:color w:val="000000"/>
          <w:sz w:val="32"/>
        </w:rPr>
        <w:t>气及</w:t>
      </w:r>
      <w:r>
        <w:rPr>
          <w:rFonts w:ascii="QhZznecx+FZFSK" w:hAnsi="QhZznecx+FZFSK" w:eastAsia="QhZznecx+FZFSK"/>
          <w:color w:val="000000"/>
          <w:sz w:val="32"/>
        </w:rPr>
        <w:t>水</w:t>
      </w:r>
      <w:r>
        <w:rPr>
          <w:spacing w:val="2"/>
          <w:rFonts w:ascii="QhZznecx+FZFSK" w:hAnsi="QhZznecx+FZFSK" w:eastAsia="QhZznecx+FZFSK"/>
          <w:color w:val="000000"/>
          <w:sz w:val="32"/>
        </w:rPr>
        <w:t>生产</w:t>
      </w:r>
      <w:r>
        <w:rPr>
          <w:rFonts w:ascii="QhZznecx+FZFSK" w:hAnsi="QhZznecx+FZFSK" w:eastAsia="QhZznecx+FZFSK"/>
          <w:color w:val="000000"/>
          <w:sz w:val="32"/>
        </w:rPr>
        <w:t>和</w:t>
      </w:r>
      <w:r>
        <w:rPr>
          <w:spacing w:val="2"/>
          <w:rFonts w:ascii="QhZznecx+FZFSK" w:hAnsi="QhZznecx+FZFSK" w:eastAsia="QhZznecx+FZFSK"/>
          <w:color w:val="000000"/>
          <w:sz w:val="32"/>
        </w:rPr>
        <w:t>供应</w:t>
      </w:r>
      <w:r>
        <w:rPr>
          <w:rFonts w:ascii="QhZznecx+FZFSK" w:hAnsi="QhZznecx+FZFSK" w:eastAsia="QhZznecx+FZFSK"/>
          <w:color w:val="000000"/>
          <w:sz w:val="32"/>
        </w:rPr>
        <w:t>业。</w:t>
      </w:r>
    </w:p>
    <w:p>
      <w:pPr>
        <w:autoSpaceDN w:val="0"/>
        <w:autoSpaceDE w:val="0"/>
        <w:widowControl/>
        <w:spacing w:line="576" w:lineRule="exact" w:before="0" w:after="0"/>
        <w:ind w:left="360" w:right="360" w:firstLine="640"/>
        <w:jc w:val="both"/>
      </w:pP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存在</w:t>
      </w:r>
      <w:r>
        <w:rPr>
          <w:spacing w:val="4"/>
          <w:rFonts w:ascii="QhZznecx+FZFSK" w:hAnsi="QhZznecx+FZFSK" w:eastAsia="QhZznecx+FZFSK"/>
          <w:color w:val="000000"/>
          <w:sz w:val="32"/>
        </w:rPr>
        <w:t>以</w:t>
      </w:r>
      <w:r>
        <w:rPr>
          <w:rFonts w:ascii="QhZznecx+FZFSK" w:hAnsi="QhZznecx+FZFSK" w:eastAsia="QhZznecx+FZFSK"/>
          <w:color w:val="000000"/>
          <w:sz w:val="32"/>
        </w:rPr>
        <w:t>下情</w:t>
      </w:r>
      <w:r>
        <w:rPr>
          <w:spacing w:val="4"/>
          <w:rFonts w:ascii="QhZznecx+FZFSK" w:hAnsi="QhZznecx+FZFSK" w:eastAsia="QhZznecx+FZFSK"/>
          <w:color w:val="000000"/>
          <w:sz w:val="32"/>
        </w:rPr>
        <w:t>形</w:t>
      </w:r>
      <w:r>
        <w:rPr>
          <w:rFonts w:ascii="QhZznecx+FZFSK" w:hAnsi="QhZznecx+FZFSK" w:eastAsia="QhZznecx+FZFSK"/>
          <w:color w:val="000000"/>
          <w:sz w:val="32"/>
        </w:rPr>
        <w:t>的不</w:t>
      </w:r>
      <w:r>
        <w:rPr>
          <w:spacing w:val="4"/>
          <w:rFonts w:ascii="QhZznecx+FZFSK" w:hAnsi="QhZznecx+FZFSK" w:eastAsia="QhZznecx+FZFSK"/>
          <w:color w:val="000000"/>
          <w:sz w:val="32"/>
        </w:rPr>
        <w:t>得</w:t>
      </w:r>
      <w:r>
        <w:rPr>
          <w:rFonts w:ascii="QhZznecx+FZFSK" w:hAnsi="QhZznecx+FZFSK" w:eastAsia="QhZznecx+FZFSK"/>
          <w:color w:val="000000"/>
          <w:sz w:val="32"/>
        </w:rPr>
        <w:t>享受</w:t>
      </w:r>
      <w:r>
        <w:rPr>
          <w:spacing w:val="4"/>
          <w:rFonts w:ascii="QhZznecx+FZFSK" w:hAnsi="QhZznecx+FZFSK" w:eastAsia="QhZznecx+FZFSK"/>
          <w:color w:val="000000"/>
          <w:sz w:val="32"/>
        </w:rPr>
        <w:t>本</w:t>
      </w:r>
      <w:r>
        <w:rPr>
          <w:rFonts w:ascii="QhZznecx+FZFSK" w:hAnsi="QhZznecx+FZFSK" w:eastAsia="QhZznecx+FZFSK"/>
          <w:color w:val="000000"/>
          <w:sz w:val="32"/>
        </w:rPr>
        <w:t>政策</w:t>
      </w:r>
      <w:r>
        <w:rPr>
          <w:spacing w:val="-16"/>
          <w:rFonts w:ascii="QhZznecx+FZFSK" w:hAnsi="QhZznecx+FZFSK" w:eastAsia="QhZznecx+FZFSK"/>
          <w:color w:val="000000"/>
          <w:sz w:val="32"/>
        </w:rPr>
        <w:t>：</w:t>
      </w:r>
      <w:r>
        <w:rPr>
          <w:spacing w:val="2"/>
          <w:rFonts w:ascii="QhZznecx+FZFSK" w:hAnsi="QhZznecx+FZFSK" w:eastAsia="QhZznecx+FZFSK"/>
          <w:color w:val="000000"/>
          <w:sz w:val="32"/>
        </w:rPr>
        <w:t>①</w:t>
      </w:r>
      <w:r>
        <w:rPr>
          <w:rFonts w:ascii="QhZznecx+FZFSK" w:hAnsi="QhZznecx+FZFSK" w:eastAsia="QhZznecx+FZFSK"/>
          <w:color w:val="000000"/>
          <w:sz w:val="32"/>
        </w:rPr>
        <w:t>企</w:t>
      </w:r>
      <w:r>
        <w:rPr>
          <w:spacing w:val="4"/>
          <w:rFonts w:ascii="QhZznecx+FZFSK" w:hAnsi="QhZznecx+FZFSK" w:eastAsia="QhZznecx+FZFSK"/>
          <w:color w:val="000000"/>
          <w:sz w:val="32"/>
        </w:rPr>
        <w:t>业</w:t>
      </w:r>
      <w:r>
        <w:rPr>
          <w:rFonts w:ascii="QhZznecx+FZFSK" w:hAnsi="QhZznecx+FZFSK" w:eastAsia="QhZznecx+FZFSK"/>
          <w:color w:val="000000"/>
          <w:sz w:val="32"/>
        </w:rPr>
        <w:t>有较</w:t>
      </w:r>
      <w:r>
        <w:rPr>
          <w:spacing w:val="4"/>
          <w:rFonts w:ascii="QhZznecx+FZFSK" w:hAnsi="QhZznecx+FZFSK" w:eastAsia="QhZznecx+FZFSK"/>
          <w:color w:val="000000"/>
          <w:sz w:val="32"/>
        </w:rPr>
        <w:t>大</w:t>
      </w:r>
      <w:r>
        <w:rPr>
          <w:rFonts w:ascii="QhZznecx+FZFSK" w:hAnsi="QhZznecx+FZFSK" w:eastAsia="QhZznecx+FZFSK"/>
          <w:color w:val="000000"/>
          <w:sz w:val="32"/>
        </w:rPr>
        <w:t>及</w:t>
      </w:r>
      <w:r>
        <w:rPr>
          <w:spacing w:val="2"/>
          <w:rFonts w:ascii="QhZznecx+FZFSK" w:hAnsi="QhZznecx+FZFSK" w:eastAsia="QhZznecx+FZFSK"/>
          <w:color w:val="000000"/>
          <w:sz w:val="32"/>
        </w:rPr>
        <w:t>以上</w:t>
      </w:r>
      <w:r>
        <w:rPr>
          <w:rFonts w:ascii="QhZznecx+FZFSK" w:hAnsi="QhZznecx+FZFSK" w:eastAsia="QhZznecx+FZFSK"/>
          <w:color w:val="000000"/>
          <w:sz w:val="32"/>
        </w:rPr>
        <w:t>安</w:t>
      </w:r>
      <w:r>
        <w:rPr>
          <w:spacing w:val="2"/>
          <w:rFonts w:ascii="QhZznecx+FZFSK" w:hAnsi="QhZznecx+FZFSK" w:eastAsia="QhZznecx+FZFSK"/>
          <w:color w:val="000000"/>
          <w:sz w:val="32"/>
        </w:rPr>
        <w:t>全生</w:t>
      </w:r>
      <w:r>
        <w:rPr>
          <w:rFonts w:ascii="QhZznecx+FZFSK" w:hAnsi="QhZznecx+FZFSK" w:eastAsia="QhZznecx+FZFSK"/>
          <w:color w:val="000000"/>
          <w:sz w:val="32"/>
        </w:rPr>
        <w:t>产</w:t>
      </w:r>
      <w:r>
        <w:rPr>
          <w:spacing w:val="2"/>
          <w:rFonts w:ascii="QhZznecx+FZFSK" w:hAnsi="QhZznecx+FZFSK" w:eastAsia="QhZznecx+FZFSK"/>
          <w:color w:val="000000"/>
          <w:sz w:val="32"/>
        </w:rPr>
        <w:t>责任</w:t>
      </w:r>
      <w:r>
        <w:rPr>
          <w:rFonts w:ascii="QhZznecx+FZFSK" w:hAnsi="QhZznecx+FZFSK" w:eastAsia="QhZznecx+FZFSK"/>
          <w:color w:val="000000"/>
          <w:sz w:val="32"/>
        </w:rPr>
        <w:t>事</w:t>
      </w:r>
      <w:r>
        <w:rPr>
          <w:spacing w:val="2"/>
          <w:rFonts w:ascii="QhZznecx+FZFSK" w:hAnsi="QhZznecx+FZFSK" w:eastAsia="QhZznecx+FZFSK"/>
          <w:color w:val="000000"/>
          <w:sz w:val="32"/>
        </w:rPr>
        <w:t>故</w:t>
      </w:r>
      <w:r>
        <w:rPr>
          <w:spacing w:val="-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较</w:t>
      </w:r>
      <w:r>
        <w:rPr>
          <w:spacing w:val="2"/>
          <w:rFonts w:ascii="QhZznecx+FZFSK" w:hAnsi="QhZznecx+FZFSK" w:eastAsia="QhZznecx+FZFSK"/>
          <w:color w:val="000000"/>
          <w:sz w:val="32"/>
        </w:rPr>
        <w:t>大</w:t>
      </w:r>
      <w:r>
        <w:rPr>
          <w:rFonts w:ascii="QhZznecx+FZFSK" w:hAnsi="QhZznecx+FZFSK" w:eastAsia="QhZznecx+FZFSK"/>
          <w:color w:val="000000"/>
          <w:sz w:val="32"/>
        </w:rPr>
        <w:t>及以</w:t>
      </w:r>
      <w:r>
        <w:rPr>
          <w:spacing w:val="2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环境</w:t>
      </w:r>
      <w:r>
        <w:rPr>
          <w:spacing w:val="2"/>
          <w:rFonts w:ascii="QhZznecx+FZFSK" w:hAnsi="QhZznecx+FZFSK" w:eastAsia="QhZznecx+FZFSK"/>
          <w:color w:val="000000"/>
          <w:sz w:val="32"/>
        </w:rPr>
        <w:t>污</w:t>
      </w:r>
      <w:r>
        <w:rPr>
          <w:rFonts w:ascii="QhZznecx+FZFSK" w:hAnsi="QhZznecx+FZFSK" w:eastAsia="QhZznecx+FZFSK"/>
          <w:color w:val="000000"/>
          <w:sz w:val="32"/>
        </w:rPr>
        <w:t>染事件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造</w:t>
      </w:r>
      <w:r>
        <w:rPr>
          <w:spacing w:val="4"/>
          <w:rFonts w:ascii="QhZznecx+FZFSK" w:hAnsi="QhZznecx+FZFSK" w:eastAsia="QhZznecx+FZFSK"/>
          <w:color w:val="000000"/>
          <w:sz w:val="32"/>
        </w:rPr>
        <w:t>成</w:t>
      </w:r>
      <w:r>
        <w:rPr>
          <w:rFonts w:ascii="QhZznecx+FZFSK" w:hAnsi="QhZznecx+FZFSK" w:eastAsia="QhZznecx+FZFSK"/>
          <w:color w:val="000000"/>
          <w:sz w:val="32"/>
        </w:rPr>
        <w:t>恶</w:t>
      </w:r>
      <w:r>
        <w:rPr>
          <w:spacing w:val="2"/>
          <w:rFonts w:ascii="QhZznecx+FZFSK" w:hAnsi="QhZznecx+FZFSK" w:eastAsia="QhZznecx+FZFSK"/>
          <w:color w:val="000000"/>
          <w:sz w:val="32"/>
        </w:rPr>
        <w:t>劣社</w:t>
      </w:r>
      <w:r>
        <w:rPr>
          <w:rFonts w:ascii="QhZznecx+FZFSK" w:hAnsi="QhZznecx+FZFSK" w:eastAsia="QhZznecx+FZFSK"/>
          <w:color w:val="000000"/>
          <w:sz w:val="32"/>
        </w:rPr>
        <w:t>会</w:t>
      </w:r>
      <w:r>
        <w:rPr>
          <w:spacing w:val="2"/>
          <w:rFonts w:ascii="QhZznecx+FZFSK" w:hAnsi="QhZznecx+FZFSK" w:eastAsia="QhZznecx+FZFSK"/>
          <w:color w:val="000000"/>
          <w:sz w:val="32"/>
        </w:rPr>
        <w:t>影响</w:t>
      </w:r>
      <w:r>
        <w:rPr>
          <w:spacing w:val="-8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被</w:t>
      </w:r>
      <w:r>
        <w:rPr>
          <w:spacing w:val="4"/>
          <w:rFonts w:ascii="QhZznecx+FZFSK" w:hAnsi="QhZznecx+FZFSK" w:eastAsia="QhZznecx+FZFSK"/>
          <w:color w:val="000000"/>
          <w:sz w:val="32"/>
        </w:rPr>
        <w:t>处</w:t>
      </w:r>
      <w:r>
        <w:rPr>
          <w:rFonts w:ascii="QhZznecx+FZFSK" w:hAnsi="QhZznecx+FZFSK" w:eastAsia="QhZznecx+FZFSK"/>
          <w:color w:val="000000"/>
          <w:sz w:val="32"/>
        </w:rPr>
        <w:t>罚并</w:t>
      </w:r>
      <w:r>
        <w:rPr>
          <w:spacing w:val="4"/>
          <w:rFonts w:ascii="QhZznecx+FZFSK" w:hAnsi="QhZznecx+FZFSK" w:eastAsia="QhZznecx+FZFSK"/>
          <w:color w:val="000000"/>
          <w:sz w:val="32"/>
        </w:rPr>
        <w:t>报</w:t>
      </w:r>
      <w:r>
        <w:rPr>
          <w:rFonts w:ascii="QhZznecx+FZFSK" w:hAnsi="QhZznecx+FZFSK" w:eastAsia="QhZznecx+FZFSK"/>
          <w:color w:val="000000"/>
          <w:sz w:val="32"/>
        </w:rPr>
        <w:t>市政</w:t>
      </w:r>
      <w:r>
        <w:rPr>
          <w:spacing w:val="4"/>
          <w:rFonts w:ascii="QhZznecx+FZFSK" w:hAnsi="QhZznecx+FZFSK" w:eastAsia="QhZznecx+FZFSK"/>
          <w:color w:val="000000"/>
          <w:sz w:val="32"/>
        </w:rPr>
        <w:t>府</w:t>
      </w:r>
      <w:r>
        <w:rPr>
          <w:rFonts w:ascii="QhZznecx+FZFSK" w:hAnsi="QhZznecx+FZFSK" w:eastAsia="QhZznecx+FZFSK"/>
          <w:color w:val="000000"/>
          <w:sz w:val="32"/>
        </w:rPr>
        <w:t>办公</w:t>
      </w:r>
      <w:r>
        <w:rPr>
          <w:spacing w:val="4"/>
          <w:rFonts w:ascii="QhZznecx+FZFSK" w:hAnsi="QhZznecx+FZFSK" w:eastAsia="QhZznecx+FZFSK"/>
          <w:color w:val="000000"/>
          <w:sz w:val="32"/>
        </w:rPr>
        <w:t>室</w:t>
      </w:r>
      <w:r>
        <w:rPr>
          <w:rFonts w:ascii="QhZznecx+FZFSK" w:hAnsi="QhZznecx+FZFSK" w:eastAsia="QhZznecx+FZFSK"/>
          <w:color w:val="000000"/>
          <w:sz w:val="32"/>
        </w:rPr>
        <w:t>备案</w:t>
      </w:r>
      <w:r>
        <w:rPr>
          <w:spacing w:val="4"/>
          <w:rFonts w:ascii="QhZznecx+FZFSK" w:hAnsi="QhZznecx+FZFSK" w:eastAsia="QhZznecx+FZFSK"/>
          <w:color w:val="000000"/>
          <w:sz w:val="32"/>
        </w:rPr>
        <w:t>的</w:t>
      </w:r>
      <w:r>
        <w:rPr>
          <w:spacing w:val="-6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②有</w:t>
      </w:r>
      <w:r>
        <w:rPr>
          <w:spacing w:val="4"/>
          <w:rFonts w:ascii="QhZznecx+FZFSK" w:hAnsi="QhZznecx+FZFSK" w:eastAsia="QhZznecx+FZFSK"/>
          <w:color w:val="000000"/>
          <w:sz w:val="32"/>
        </w:rPr>
        <w:t>骗</w:t>
      </w:r>
      <w:r>
        <w:rPr>
          <w:rFonts w:ascii="QhZznecx+FZFSK" w:hAnsi="QhZznecx+FZFSK" w:eastAsia="QhZznecx+FZFSK"/>
          <w:color w:val="000000"/>
          <w:sz w:val="32"/>
        </w:rPr>
        <w:t>取财</w:t>
      </w:r>
      <w:r>
        <w:rPr>
          <w:spacing w:val="2"/>
          <w:rFonts w:ascii="QhZznecx+FZFSK" w:hAnsi="QhZznecx+FZFSK" w:eastAsia="QhZznecx+FZFSK"/>
          <w:color w:val="000000"/>
          <w:sz w:val="32"/>
        </w:rPr>
        <w:t>政补</w:t>
      </w:r>
      <w:r>
        <w:rPr>
          <w:rFonts w:ascii="QhZznecx+FZFSK" w:hAnsi="QhZznecx+FZFSK" w:eastAsia="QhZznecx+FZFSK"/>
          <w:color w:val="000000"/>
          <w:sz w:val="32"/>
        </w:rPr>
        <w:t>助</w:t>
      </w:r>
      <w:r>
        <w:rPr>
          <w:spacing w:val="2"/>
          <w:rFonts w:ascii="QhZznecx+FZFSK" w:hAnsi="QhZznecx+FZFSK" w:eastAsia="QhZznecx+FZFSK"/>
          <w:color w:val="000000"/>
          <w:sz w:val="32"/>
        </w:rPr>
        <w:t>等严</w:t>
      </w:r>
      <w:r>
        <w:rPr>
          <w:rFonts w:ascii="QhZznecx+FZFSK" w:hAnsi="QhZznecx+FZFSK" w:eastAsia="QhZznecx+FZFSK"/>
          <w:color w:val="000000"/>
          <w:sz w:val="32"/>
        </w:rPr>
        <w:t>重</w:t>
      </w:r>
      <w:r>
        <w:rPr>
          <w:spacing w:val="2"/>
          <w:rFonts w:ascii="QhZznecx+FZFSK" w:hAnsi="QhZznecx+FZFSK" w:eastAsia="QhZznecx+FZFSK"/>
          <w:color w:val="000000"/>
          <w:sz w:val="32"/>
        </w:rPr>
        <w:t>失信</w:t>
      </w:r>
      <w:r>
        <w:rPr>
          <w:rFonts w:ascii="QhZznecx+FZFSK" w:hAnsi="QhZznecx+FZFSK" w:eastAsia="QhZznecx+FZFSK"/>
          <w:color w:val="000000"/>
          <w:sz w:val="32"/>
        </w:rPr>
        <w:t>行</w:t>
      </w:r>
      <w:r>
        <w:rPr>
          <w:spacing w:val="2"/>
          <w:rFonts w:ascii="QhZznecx+FZFSK" w:hAnsi="QhZznecx+FZFSK" w:eastAsia="QhZznecx+FZFSK"/>
          <w:color w:val="000000"/>
          <w:sz w:val="32"/>
        </w:rPr>
        <w:t>为的</w:t>
      </w:r>
      <w:r>
        <w:rPr>
          <w:spacing w:val="-14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③有</w:t>
      </w:r>
      <w:r>
        <w:rPr>
          <w:spacing w:val="4"/>
          <w:rFonts w:ascii="QhZznecx+FZFSK" w:hAnsi="QhZznecx+FZFSK" w:eastAsia="QhZznecx+FZFSK"/>
          <w:color w:val="000000"/>
          <w:sz w:val="32"/>
        </w:rPr>
        <w:t>税</w:t>
      </w:r>
      <w:r>
        <w:rPr>
          <w:rFonts w:ascii="QhZznecx+FZFSK" w:hAnsi="QhZznecx+FZFSK" w:eastAsia="QhZznecx+FZFSK"/>
          <w:color w:val="000000"/>
          <w:sz w:val="32"/>
        </w:rPr>
        <w:t>收违</w:t>
      </w:r>
      <w:r>
        <w:rPr>
          <w:spacing w:val="4"/>
          <w:rFonts w:ascii="QhZznecx+FZFSK" w:hAnsi="QhZznecx+FZFSK" w:eastAsia="QhZznecx+FZFSK"/>
          <w:color w:val="000000"/>
          <w:sz w:val="32"/>
        </w:rPr>
        <w:t>法</w:t>
      </w:r>
      <w:r>
        <w:rPr>
          <w:rFonts w:ascii="QhZznecx+FZFSK" w:hAnsi="QhZznecx+FZFSK" w:eastAsia="QhZznecx+FZFSK"/>
          <w:color w:val="000000"/>
          <w:sz w:val="32"/>
        </w:rPr>
        <w:t>行为</w:t>
      </w:r>
      <w:r>
        <w:rPr>
          <w:spacing w:val="4"/>
          <w:rFonts w:ascii="QhZznecx+FZFSK" w:hAnsi="QhZznecx+FZFSK" w:eastAsia="QhZznecx+FZFSK"/>
          <w:color w:val="000000"/>
          <w:sz w:val="32"/>
        </w:rPr>
        <w:t>被</w:t>
      </w:r>
      <w:r>
        <w:rPr>
          <w:rFonts w:ascii="QhZznecx+FZFSK" w:hAnsi="QhZznecx+FZFSK" w:eastAsia="QhZznecx+FZFSK"/>
          <w:color w:val="000000"/>
          <w:sz w:val="32"/>
        </w:rPr>
        <w:t>处以</w:t>
      </w:r>
      <w:r>
        <w:rPr>
          <w:spacing w:val="4"/>
          <w:rFonts w:ascii="QhZznecx+FZFSK" w:hAnsi="QhZznecx+FZFSK" w:eastAsia="QhZznecx+FZFSK"/>
          <w:color w:val="000000"/>
          <w:sz w:val="32"/>
        </w:rPr>
        <w:t>较</w:t>
      </w:r>
      <w:r>
        <w:rPr>
          <w:rFonts w:ascii="QhZznecx+FZFSK" w:hAnsi="QhZznecx+FZFSK" w:eastAsia="QhZznecx+FZFSK"/>
          <w:color w:val="000000"/>
          <w:sz w:val="32"/>
        </w:rPr>
        <w:t>大金</w:t>
      </w:r>
      <w:r>
        <w:rPr>
          <w:spacing w:val="2"/>
          <w:rFonts w:ascii="QhZznecx+FZFSK" w:hAnsi="QhZznecx+FZFSK" w:eastAsia="QhZznecx+FZFSK"/>
          <w:color w:val="000000"/>
          <w:sz w:val="32"/>
        </w:rPr>
        <w:t>额罚</w:t>
      </w:r>
      <w:r>
        <w:rPr>
          <w:rFonts w:ascii="QhZznecx+FZFSK" w:hAnsi="QhZznecx+FZFSK" w:eastAsia="QhZznecx+FZFSK"/>
          <w:color w:val="000000"/>
          <w:sz w:val="32"/>
        </w:rPr>
        <w:t>款</w:t>
      </w:r>
      <w:r>
        <w:rPr>
          <w:spacing w:val="2"/>
          <w:rFonts w:ascii="QhZznecx+FZFSK" w:hAnsi="QhZznecx+FZFSK" w:eastAsia="QhZznecx+FZFSK"/>
          <w:color w:val="000000"/>
          <w:sz w:val="32"/>
        </w:rPr>
        <w:t>或有</w:t>
      </w:r>
      <w:r>
        <w:rPr>
          <w:rFonts w:ascii="QhZznecx+FZFSK" w:hAnsi="QhZznecx+FZFSK" w:eastAsia="QhZznecx+FZFSK"/>
          <w:color w:val="000000"/>
          <w:sz w:val="32"/>
        </w:rPr>
        <w:t>欠</w:t>
      </w:r>
      <w:r>
        <w:rPr>
          <w:spacing w:val="4"/>
          <w:rFonts w:ascii="QhZznecx+FZFSK" w:hAnsi="QhZznecx+FZFSK" w:eastAsia="QhZznecx+FZFSK"/>
          <w:color w:val="000000"/>
          <w:sz w:val="32"/>
        </w:rPr>
        <w:t>缴</w:t>
      </w:r>
      <w:r>
        <w:rPr>
          <w:rFonts w:ascii="QhZznecx+FZFSK" w:hAnsi="QhZznecx+FZFSK" w:eastAsia="QhZznecx+FZFSK"/>
          <w:color w:val="000000"/>
          <w:sz w:val="32"/>
        </w:rPr>
        <w:t>税</w:t>
      </w:r>
      <w:r>
        <w:rPr>
          <w:spacing w:val="-2"/>
          <w:rFonts w:ascii="QhZznecx+FZFSK" w:hAnsi="QhZznecx+FZFSK" w:eastAsia="QhZznecx+FZFSK"/>
          <w:color w:val="000000"/>
          <w:sz w:val="32"/>
        </w:rPr>
        <w:t>费</w:t>
      </w:r>
      <w:r>
        <w:rPr>
          <w:rFonts w:ascii="QhZznecx+FZFSK" w:hAnsi="QhZznecx+FZFSK" w:eastAsia="QhZznecx+FZFSK"/>
          <w:color w:val="000000"/>
          <w:sz w:val="32"/>
        </w:rPr>
        <w:t>（社</w:t>
      </w:r>
      <w:r>
        <w:rPr>
          <w:spacing w:val="4"/>
          <w:rFonts w:ascii="QhZznecx+FZFSK" w:hAnsi="QhZznecx+FZFSK" w:eastAsia="QhZznecx+FZFSK"/>
          <w:color w:val="000000"/>
          <w:sz w:val="32"/>
        </w:rPr>
        <w:t>保</w:t>
      </w:r>
      <w:r>
        <w:rPr>
          <w:rFonts w:ascii="QhZznecx+FZFSK" w:hAnsi="QhZznecx+FZFSK" w:eastAsia="QhZznecx+FZFSK"/>
          <w:color w:val="000000"/>
          <w:sz w:val="32"/>
        </w:rPr>
        <w:t>费</w:t>
      </w:r>
      <w:r>
        <w:rPr>
          <w:spacing w:val="-2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经</w:t>
      </w:r>
      <w:r>
        <w:rPr>
          <w:spacing w:val="2"/>
          <w:rFonts w:ascii="QhZznecx+FZFSK" w:hAnsi="QhZznecx+FZFSK" w:eastAsia="QhZznecx+FZFSK"/>
          <w:color w:val="000000"/>
          <w:sz w:val="32"/>
        </w:rPr>
        <w:t>催</w:t>
      </w:r>
      <w:r>
        <w:rPr>
          <w:rFonts w:ascii="QhZznecx+FZFSK" w:hAnsi="QhZznecx+FZFSK" w:eastAsia="QhZznecx+FZFSK"/>
          <w:color w:val="000000"/>
          <w:sz w:val="32"/>
        </w:rPr>
        <w:t>缴仍</w:t>
      </w:r>
      <w:r>
        <w:rPr>
          <w:spacing w:val="2"/>
          <w:rFonts w:ascii="QhZznecx+FZFSK" w:hAnsi="QhZznecx+FZFSK" w:eastAsia="QhZznecx+FZFSK"/>
          <w:color w:val="000000"/>
          <w:sz w:val="32"/>
        </w:rPr>
        <w:t>未</w:t>
      </w:r>
      <w:r>
        <w:rPr>
          <w:rFonts w:ascii="QhZznecx+FZFSK" w:hAnsi="QhZznecx+FZFSK" w:eastAsia="QhZznecx+FZFSK"/>
          <w:color w:val="000000"/>
          <w:sz w:val="32"/>
        </w:rPr>
        <w:t>缴</w:t>
      </w:r>
      <w:r>
        <w:rPr>
          <w:spacing w:val="4"/>
          <w:rFonts w:ascii="QhZznecx+FZFSK" w:hAnsi="QhZznecx+FZFSK" w:eastAsia="QhZznecx+FZFSK"/>
          <w:color w:val="000000"/>
          <w:sz w:val="32"/>
        </w:rPr>
        <w:t>纳</w:t>
      </w:r>
      <w:r>
        <w:rPr>
          <w:rFonts w:ascii="QhZznecx+FZFSK" w:hAnsi="QhZznecx+FZFSK" w:eastAsia="QhZznecx+FZFSK"/>
          <w:color w:val="000000"/>
          <w:sz w:val="32"/>
        </w:rPr>
        <w:t>的</w:t>
      </w:r>
      <w:r>
        <w:rPr>
          <w:spacing w:val="-2"/>
          <w:rFonts w:ascii="QhZznecx+FZFSK" w:hAnsi="QhZznecx+FZFSK" w:eastAsia="QhZznecx+FZFSK"/>
          <w:color w:val="000000"/>
          <w:sz w:val="32"/>
        </w:rPr>
        <w:t>；④</w:t>
      </w:r>
      <w:r>
        <w:rPr>
          <w:rFonts w:ascii="QhZznecx+FZFSK" w:hAnsi="QhZznecx+FZFSK" w:eastAsia="QhZznecx+FZFSK"/>
          <w:color w:val="000000"/>
          <w:sz w:val="32"/>
        </w:rPr>
        <w:t>“亩</w:t>
      </w:r>
      <w:r>
        <w:rPr>
          <w:spacing w:val="2"/>
          <w:rFonts w:ascii="QhZznecx+FZFSK" w:hAnsi="QhZznecx+FZFSK" w:eastAsia="QhZznecx+FZFSK"/>
          <w:color w:val="000000"/>
          <w:sz w:val="32"/>
        </w:rPr>
        <w:t>均效</w:t>
      </w:r>
      <w:r>
        <w:rPr>
          <w:rFonts w:ascii="QhZznecx+FZFSK" w:hAnsi="QhZznecx+FZFSK" w:eastAsia="QhZznecx+FZFSK"/>
          <w:color w:val="000000"/>
          <w:sz w:val="32"/>
        </w:rPr>
        <w:t>益</w:t>
      </w:r>
      <w:r>
        <w:rPr>
          <w:spacing w:val="-6"/>
          <w:rFonts w:ascii="QhZznecx+FZFSK" w:hAnsi="QhZznecx+FZFSK" w:eastAsia="QhZznecx+FZFSK"/>
          <w:color w:val="000000"/>
          <w:sz w:val="32"/>
        </w:rPr>
        <w:t>”</w:t>
      </w:r>
      <w:r>
        <w:rPr>
          <w:rFonts w:ascii="QhZznecx+FZFSK" w:hAnsi="QhZznecx+FZFSK" w:eastAsia="QhZznecx+FZFSK"/>
          <w:color w:val="000000"/>
          <w:sz w:val="32"/>
        </w:rPr>
        <w:t>综</w:t>
      </w:r>
      <w:r>
        <w:rPr>
          <w:spacing w:val="2"/>
          <w:rFonts w:ascii="QhZznecx+FZFSK" w:hAnsi="QhZznecx+FZFSK" w:eastAsia="QhZznecx+FZFSK"/>
          <w:color w:val="000000"/>
          <w:sz w:val="32"/>
        </w:rPr>
        <w:t>合</w:t>
      </w:r>
      <w:r>
        <w:rPr>
          <w:rFonts w:ascii="QhZznecx+FZFSK" w:hAnsi="QhZznecx+FZFSK" w:eastAsia="QhZznecx+FZFSK"/>
          <w:color w:val="000000"/>
          <w:sz w:val="32"/>
        </w:rPr>
        <w:t>评</w:t>
      </w:r>
      <w:r>
        <w:rPr>
          <w:spacing w:val="2"/>
          <w:rFonts w:ascii="QhZznecx+FZFSK" w:hAnsi="QhZznecx+FZFSK" w:eastAsia="QhZznecx+FZFSK"/>
          <w:color w:val="000000"/>
          <w:sz w:val="32"/>
        </w:rPr>
        <w:t>价</w:t>
      </w:r>
      <w:r>
        <w:rPr>
          <w:rFonts w:ascii="QhZznecx+FZFSK" w:hAnsi="QhZznecx+FZFSK" w:eastAsia="QhZznecx+FZFSK"/>
          <w:color w:val="000000"/>
          <w:sz w:val="32"/>
        </w:rPr>
        <w:t>结</w:t>
      </w:r>
      <w:r>
        <w:rPr>
          <w:spacing w:val="2"/>
          <w:rFonts w:ascii="QhZznecx+FZFSK" w:hAnsi="QhZznecx+FZFSK" w:eastAsia="QhZznecx+FZFSK"/>
          <w:color w:val="000000"/>
          <w:sz w:val="32"/>
        </w:rPr>
        <w:t>果</w:t>
      </w:r>
      <w:r>
        <w:rPr>
          <w:spacing w:val="80"/>
          <w:rFonts w:ascii="QhZznecx+FZFSK" w:hAnsi="QhZznecx+FZFSK" w:eastAsia="QhZznecx+FZFSK"/>
          <w:color w:val="000000"/>
          <w:sz w:val="32"/>
        </w:rPr>
        <w:t>为</w:t>
      </w:r>
      <w:r>
        <w:rPr>
          <w:spacing w:val="82"/>
          <w:rFonts w:ascii="QhZznecx+FZFSK" w:hAnsi="QhZznecx+FZFSK" w:eastAsia="QhZznecx+FZFSK"/>
          <w:color w:val="000000"/>
          <w:sz w:val="32"/>
        </w:rPr>
        <w:t>D</w:t>
      </w:r>
      <w:r>
        <w:rPr>
          <w:rFonts w:ascii="QhZznecx+FZFSK" w:hAnsi="QhZznecx+FZFSK" w:eastAsia="QhZznecx+FZFSK"/>
          <w:color w:val="000000"/>
          <w:sz w:val="32"/>
        </w:rPr>
        <w:t>类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spacing w:val="-10"/>
          <w:rFonts w:ascii="QhZznecx+FZFSK" w:hAnsi="QhZznecx+FZFSK" w:eastAsia="QhZznecx+FZFSK"/>
          <w:color w:val="000000"/>
          <w:sz w:val="32"/>
        </w:rPr>
        <w:t>；</w:t>
      </w:r>
      <w:r>
        <w:rPr>
          <w:rFonts w:ascii="QhZznecx+FZFSK" w:hAnsi="QhZznecx+FZFSK" w:eastAsia="QhZznecx+FZFSK"/>
          <w:color w:val="000000"/>
          <w:sz w:val="32"/>
        </w:rPr>
        <w:t>⑤规</w:t>
      </w:r>
      <w:r>
        <w:rPr>
          <w:spacing w:val="4"/>
          <w:rFonts w:ascii="QhZznecx+FZFSK" w:hAnsi="QhZznecx+FZFSK" w:eastAsia="QhZznecx+FZFSK"/>
          <w:color w:val="000000"/>
          <w:sz w:val="32"/>
        </w:rPr>
        <w:t>上</w:t>
      </w:r>
      <w:r>
        <w:rPr>
          <w:rFonts w:ascii="QhZznecx+FZFSK" w:hAnsi="QhZznecx+FZFSK" w:eastAsia="QhZznecx+FZFSK"/>
          <w:color w:val="000000"/>
          <w:sz w:val="32"/>
        </w:rPr>
        <w:t>工业</w:t>
      </w:r>
      <w:r>
        <w:rPr>
          <w:spacing w:val="4"/>
          <w:rFonts w:ascii="QhZznecx+FZFSK" w:hAnsi="QhZznecx+FZFSK" w:eastAsia="QhZznecx+FZFSK"/>
          <w:color w:val="000000"/>
          <w:sz w:val="32"/>
        </w:rPr>
        <w:t>企</w:t>
      </w:r>
      <w:r>
        <w:rPr>
          <w:rFonts w:ascii="QhZznecx+FZFSK" w:hAnsi="QhZznecx+FZFSK" w:eastAsia="QhZznecx+FZFSK"/>
          <w:color w:val="000000"/>
          <w:sz w:val="32"/>
        </w:rPr>
        <w:t>业研</w:t>
      </w:r>
      <w:r>
        <w:rPr>
          <w:spacing w:val="4"/>
          <w:rFonts w:ascii="QhZznecx+FZFSK" w:hAnsi="QhZznecx+FZFSK" w:eastAsia="QhZznecx+FZFSK"/>
          <w:color w:val="000000"/>
          <w:sz w:val="32"/>
        </w:rPr>
        <w:t>发</w:t>
      </w:r>
      <w:r>
        <w:rPr>
          <w:rFonts w:ascii="QhZznecx+FZFSK" w:hAnsi="QhZznecx+FZFSK" w:eastAsia="QhZznecx+FZFSK"/>
          <w:color w:val="000000"/>
          <w:sz w:val="32"/>
        </w:rPr>
        <w:t>投入</w:t>
      </w:r>
      <w:r>
        <w:rPr>
          <w:spacing w:val="6"/>
          <w:rFonts w:ascii="QhZznecx+FZFSK" w:hAnsi="QhZznecx+FZFSK" w:eastAsia="QhZznecx+FZFSK"/>
          <w:color w:val="000000"/>
          <w:sz w:val="32"/>
        </w:rPr>
        <w:t>（</w:t>
      </w:r>
      <w:r>
        <w:rPr>
          <w:spacing w:val="4"/>
          <w:rFonts w:ascii="QhZznecx+FZFSK" w:hAnsi="QhZznecx+FZFSK" w:eastAsia="QhZznecx+FZFSK"/>
          <w:color w:val="000000"/>
          <w:sz w:val="32"/>
        </w:rPr>
        <w:t>以</w:t>
      </w:r>
      <w:r>
        <w:rPr>
          <w:spacing w:val="6"/>
          <w:rFonts w:ascii="QhZznecx+FZFSK" w:hAnsi="QhZznecx+FZFSK" w:eastAsia="QhZznecx+FZFSK"/>
          <w:color w:val="000000"/>
          <w:sz w:val="32"/>
        </w:rPr>
        <w:t>科技</w:t>
      </w:r>
      <w:r>
        <w:rPr>
          <w:spacing w:val="4"/>
          <w:rFonts w:ascii="QhZznecx+FZFSK" w:hAnsi="QhZznecx+FZFSK" w:eastAsia="QhZznecx+FZFSK"/>
          <w:color w:val="000000"/>
          <w:sz w:val="32"/>
        </w:rPr>
        <w:t>统</w:t>
      </w:r>
      <w:r>
        <w:rPr>
          <w:spacing w:val="6"/>
          <w:rFonts w:ascii="QhZznecx+FZFSK" w:hAnsi="QhZznecx+FZFSK" w:eastAsia="QhZznecx+FZFSK"/>
          <w:color w:val="000000"/>
          <w:sz w:val="32"/>
        </w:rPr>
        <w:t>计年</w:t>
      </w:r>
      <w:r>
        <w:rPr>
          <w:spacing w:val="2"/>
          <w:rFonts w:ascii="QhZznecx+FZFSK" w:hAnsi="QhZznecx+FZFSK" w:eastAsia="QhZznecx+FZFSK"/>
          <w:color w:val="000000"/>
          <w:sz w:val="32"/>
        </w:rPr>
        <w:t>报</w:t>
      </w:r>
      <w:r>
        <w:rPr>
          <w:spacing w:val="4"/>
          <w:rFonts w:ascii="QhZznecx+FZFSK" w:hAnsi="QhZznecx+FZFSK" w:eastAsia="QhZznecx+FZFSK"/>
          <w:color w:val="000000"/>
          <w:sz w:val="32"/>
        </w:rPr>
        <w:t>数据为</w:t>
      </w:r>
      <w:r>
        <w:rPr>
          <w:spacing w:val="2"/>
          <w:rFonts w:ascii="QhZznecx+FZFSK" w:hAnsi="QhZznecx+FZFSK" w:eastAsia="QhZznecx+FZFSK"/>
          <w:color w:val="000000"/>
          <w:sz w:val="32"/>
        </w:rPr>
        <w:t>准</w:t>
      </w:r>
      <w:r>
        <w:rPr>
          <w:spacing w:val="4"/>
          <w:rFonts w:ascii="QhZznecx+FZFSK" w:hAnsi="QhZznecx+FZFSK" w:eastAsia="QhZznecx+FZFSK"/>
          <w:color w:val="000000"/>
          <w:sz w:val="32"/>
        </w:rPr>
        <w:t>）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0</w:t>
      </w:r>
      <w:r>
        <w:rPr>
          <w:spacing w:val="86"/>
          <w:rFonts w:ascii="QhZznecx+FZFSK" w:hAnsi="QhZznecx+FZFSK" w:eastAsia="QhZznecx+FZFSK"/>
          <w:color w:val="000000"/>
          <w:sz w:val="32"/>
        </w:rPr>
        <w:t>0</w:t>
      </w:r>
      <w:r>
        <w:rPr>
          <w:spacing w:val="4"/>
          <w:rFonts w:ascii="QhZznecx+FZFSK" w:hAnsi="QhZznecx+FZFSK" w:eastAsia="QhZznecx+FZFSK"/>
          <w:color w:val="000000"/>
          <w:sz w:val="32"/>
        </w:rPr>
        <w:t>万</w:t>
      </w:r>
      <w:r>
        <w:rPr>
          <w:spacing w:val="2"/>
          <w:rFonts w:ascii="QhZznecx+FZFSK" w:hAnsi="QhZznecx+FZFSK" w:eastAsia="QhZznecx+FZFSK"/>
          <w:color w:val="000000"/>
          <w:sz w:val="32"/>
        </w:rPr>
        <w:t>元</w:t>
      </w:r>
      <w:r>
        <w:rPr>
          <w:spacing w:val="4"/>
          <w:rFonts w:ascii="QhZznecx+FZFSK" w:hAnsi="QhZznecx+FZFSK" w:eastAsia="QhZznecx+FZFSK"/>
          <w:color w:val="000000"/>
          <w:sz w:val="32"/>
        </w:rPr>
        <w:t>以下或</w:t>
      </w:r>
      <w:r>
        <w:rPr>
          <w:spacing w:val="2"/>
          <w:rFonts w:ascii="QhZznecx+FZFSK" w:hAnsi="QhZznecx+FZFSK" w:eastAsia="QhZznecx+FZFSK"/>
          <w:color w:val="000000"/>
          <w:sz w:val="32"/>
        </w:rPr>
        <w:t>研</w:t>
      </w:r>
      <w:r>
        <w:rPr>
          <w:spacing w:val="6"/>
          <w:rFonts w:ascii="QhZznecx+FZFSK" w:hAnsi="QhZznecx+FZFSK" w:eastAsia="QhZznecx+FZFSK"/>
          <w:color w:val="000000"/>
          <w:sz w:val="32"/>
        </w:rPr>
        <w:t>发投</w:t>
      </w:r>
      <w:r>
        <w:rPr>
          <w:spacing w:val="4"/>
          <w:rFonts w:ascii="QhZznecx+FZFSK" w:hAnsi="QhZznecx+FZFSK" w:eastAsia="QhZznecx+FZFSK"/>
          <w:color w:val="000000"/>
          <w:sz w:val="32"/>
        </w:rPr>
        <w:t>入</w:t>
      </w:r>
      <w:r>
        <w:rPr>
          <w:spacing w:val="6"/>
          <w:rFonts w:ascii="QhZznecx+FZFSK" w:hAnsi="QhZznecx+FZFSK" w:eastAsia="QhZznecx+FZFSK"/>
          <w:color w:val="000000"/>
          <w:sz w:val="32"/>
        </w:rPr>
        <w:t>占</w:t>
      </w:r>
      <w:r>
        <w:rPr>
          <w:rFonts w:ascii="QhZznecx+FZFSK" w:hAnsi="QhZznecx+FZFSK" w:eastAsia="QhZznecx+FZFSK"/>
          <w:color w:val="000000"/>
          <w:sz w:val="32"/>
        </w:rPr>
        <w:t>营</w:t>
      </w:r>
      <w:r>
        <w:rPr>
          <w:spacing w:val="2"/>
          <w:rFonts w:ascii="QhZznecx+FZFSK" w:hAnsi="QhZznecx+FZFSK" w:eastAsia="QhZznecx+FZFSK"/>
          <w:color w:val="000000"/>
          <w:sz w:val="32"/>
        </w:rPr>
        <w:t>业收</w:t>
      </w:r>
      <w:r>
        <w:rPr>
          <w:rFonts w:ascii="QhZznecx+FZFSK" w:hAnsi="QhZznecx+FZFSK" w:eastAsia="QhZznecx+FZFSK"/>
          <w:color w:val="000000"/>
          <w:sz w:val="32"/>
        </w:rPr>
        <w:t>入</w:t>
      </w:r>
      <w:r>
        <w:rPr>
          <w:spacing w:val="2"/>
          <w:rFonts w:ascii="QhZznecx+FZFSK" w:hAnsi="QhZznecx+FZFSK" w:eastAsia="QhZznecx+FZFSK"/>
          <w:color w:val="000000"/>
          <w:sz w:val="32"/>
        </w:rPr>
        <w:t>比</w:t>
      </w:r>
      <w:r>
        <w:rPr>
          <w:spacing w:val="82"/>
          <w:rFonts w:ascii="QhZznecx+FZFSK" w:hAnsi="QhZznecx+FZFSK" w:eastAsia="QhZznecx+FZFSK"/>
          <w:color w:val="000000"/>
          <w:sz w:val="32"/>
        </w:rPr>
        <w:t>例</w:t>
      </w:r>
      <w:r>
        <w:rPr>
          <w:rFonts w:ascii="QhZznecx+FZFSK" w:hAnsi="QhZznecx+FZFSK" w:eastAsia="QhZznecx+FZFSK"/>
          <w:color w:val="000000"/>
          <w:sz w:val="32"/>
        </w:rPr>
        <w:t>2</w:t>
      </w:r>
      <w:r>
        <w:rPr>
          <w:spacing w:val="-2"/>
          <w:rFonts w:ascii="QhZznecx+FZFSK" w:hAnsi="QhZznecx+FZFSK" w:eastAsia="QhZznecx+FZFSK"/>
          <w:color w:val="000000"/>
          <w:sz w:val="32"/>
        </w:rPr>
        <w:t>%</w:t>
      </w:r>
      <w:r>
        <w:rPr>
          <w:spacing w:val="2"/>
          <w:rFonts w:ascii="QhZznecx+FZFSK" w:hAnsi="QhZznecx+FZFSK" w:eastAsia="QhZznecx+FZFSK"/>
          <w:color w:val="000000"/>
          <w:sz w:val="32"/>
        </w:rPr>
        <w:t>以</w:t>
      </w:r>
      <w:r>
        <w:rPr>
          <w:rFonts w:ascii="QhZznecx+FZFSK" w:hAnsi="QhZznecx+FZFSK" w:eastAsia="QhZznecx+FZFSK"/>
          <w:color w:val="000000"/>
          <w:sz w:val="32"/>
        </w:rPr>
        <w:t>下的。</w:t>
      </w:r>
    </w:p>
    <w:p>
      <w:pPr>
        <w:autoSpaceDN w:val="0"/>
        <w:autoSpaceDE w:val="0"/>
        <w:widowControl/>
        <w:spacing w:line="348" w:lineRule="exact" w:before="420" w:after="0"/>
        <w:ind w:left="0" w:right="356" w:firstLine="0"/>
        <w:jc w:val="righ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-8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3</w:t>
      </w:r>
      <w:r>
        <w:rPr>
          <w:spacing w:val="42"/>
          <w:rFonts w:ascii="Arial" w:hAnsi="Arial" w:eastAsia="Arial"/>
          <w:color w:val="000000"/>
          <w:sz w:val="32"/>
        </w:rPr>
        <w:t xml:space="preserve"> </w:t>
      </w:r>
      <w:r>
        <w:rPr>
          <w:spacing w:val="-2"/>
          <w:rFonts w:ascii="QhZznecx+FZFSK" w:hAnsi="QhZznecx+FZFSK" w:eastAsia="QhZznecx+FZFSK"/>
          <w:color w:val="000000"/>
          <w:sz w:val="32"/>
        </w:rPr>
        <w:t>-</w:t>
      </w:r>
    </w:p>
    <w:p>
      <w:pPr>
        <w:sectPr>
          <w:pgSz w:w="11906" w:h="17238"/>
          <w:pgMar w:top="812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594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10000" behindDoc="1" locked="0" layoutInCell="1" allowOverlap="1">
            <wp:simplePos x="0" y="0"/>
            <wp:positionH relativeFrom="page">
              <wp:posOffset>1043940</wp:posOffset>
            </wp:positionH>
            <wp:positionV relativeFrom="page">
              <wp:posOffset>8124190</wp:posOffset>
            </wp:positionV>
            <wp:extent cx="2766060" cy="1662174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66217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11000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4800600</wp:posOffset>
            </wp:positionV>
            <wp:extent cx="2475230" cy="1786727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78672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10000" behindDoc="1" locked="0" layoutInCell="1" allowOverlap="1">
            <wp:simplePos x="0" y="0"/>
            <wp:positionH relativeFrom="page">
              <wp:posOffset>4221480</wp:posOffset>
            </wp:positionH>
            <wp:positionV relativeFrom="page">
              <wp:posOffset>8121650</wp:posOffset>
            </wp:positionV>
            <wp:extent cx="2428240" cy="1683692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68369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12000" behindDoc="1" locked="0" layoutInCell="1" allowOverlap="1">
            <wp:simplePos x="0" y="0"/>
            <wp:positionH relativeFrom="page">
              <wp:posOffset>1089660</wp:posOffset>
            </wp:positionH>
            <wp:positionV relativeFrom="page">
              <wp:posOffset>6554470</wp:posOffset>
            </wp:positionV>
            <wp:extent cx="2164079" cy="1682233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4079" cy="168223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11000" behindDoc="1" locked="0" layoutInCell="1" allowOverlap="1">
            <wp:simplePos x="0" y="0"/>
            <wp:positionH relativeFrom="page">
              <wp:posOffset>4276090</wp:posOffset>
            </wp:positionH>
            <wp:positionV relativeFrom="page">
              <wp:posOffset>6583680</wp:posOffset>
            </wp:positionV>
            <wp:extent cx="2192020" cy="1603814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0381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tabs>
          <w:tab w:pos="1000" w:val="left"/>
        </w:tabs>
        <w:autoSpaceDE w:val="0"/>
        <w:widowControl/>
        <w:spacing w:line="462" w:lineRule="exact" w:before="0" w:after="0"/>
        <w:ind w:left="360" w:right="288" w:firstLine="0"/>
        <w:jc w:val="left"/>
      </w:pPr>
      <w:r>
        <w:tab/>
      </w:r>
      <w:r>
        <w:rPr>
          <w:rFonts w:ascii="QhZznecx+FZFSK" w:hAnsi="QhZznecx+FZFSK" w:eastAsia="QhZznecx+FZFSK"/>
          <w:color w:val="000000"/>
          <w:sz w:val="32"/>
        </w:rPr>
        <w:t>小</w:t>
      </w:r>
      <w:r>
        <w:rPr>
          <w:spacing w:val="4"/>
          <w:rFonts w:ascii="QhZznecx+FZFSK" w:hAnsi="QhZznecx+FZFSK" w:eastAsia="QhZznecx+FZFSK"/>
          <w:color w:val="000000"/>
          <w:sz w:val="32"/>
        </w:rPr>
        <w:t>微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园</w:t>
      </w:r>
      <w:r>
        <w:rPr>
          <w:rFonts w:ascii="QhZznecx+FZFSK" w:hAnsi="QhZznecx+FZFSK" w:eastAsia="QhZznecx+FZFSK"/>
          <w:color w:val="000000"/>
          <w:sz w:val="32"/>
        </w:rPr>
        <w:t>评价</w:t>
      </w:r>
      <w:r>
        <w:rPr>
          <w:spacing w:val="4"/>
          <w:rFonts w:ascii="QhZznecx+FZFSK" w:hAnsi="QhZznecx+FZFSK" w:eastAsia="QhZznecx+FZFSK"/>
          <w:color w:val="000000"/>
          <w:sz w:val="32"/>
        </w:rPr>
        <w:t>结</w:t>
      </w:r>
      <w:r>
        <w:rPr>
          <w:rFonts w:ascii="QhZznecx+FZFSK" w:hAnsi="QhZznecx+FZFSK" w:eastAsia="QhZznecx+FZFSK"/>
          <w:color w:val="000000"/>
          <w:sz w:val="32"/>
        </w:rPr>
        <w:t>果</w:t>
      </w:r>
      <w:r>
        <w:rPr>
          <w:spacing w:val="80"/>
          <w:rFonts w:ascii="QhZznecx+FZFSK" w:hAnsi="QhZznecx+FZFSK" w:eastAsia="QhZznecx+FZFSK"/>
          <w:color w:val="000000"/>
          <w:sz w:val="32"/>
        </w:rPr>
        <w:t>为</w:t>
      </w:r>
      <w:r>
        <w:rPr>
          <w:spacing w:val="82"/>
          <w:rFonts w:ascii="QhZznecx+FZFSK" w:hAnsi="QhZznecx+FZFSK" w:eastAsia="QhZznecx+FZFSK"/>
          <w:color w:val="000000"/>
          <w:sz w:val="32"/>
        </w:rPr>
        <w:t>D</w:t>
      </w:r>
      <w:r>
        <w:rPr>
          <w:rFonts w:ascii="QhZznecx+FZFSK" w:hAnsi="QhZznecx+FZFSK" w:eastAsia="QhZznecx+FZFSK"/>
          <w:color w:val="000000"/>
          <w:sz w:val="32"/>
        </w:rPr>
        <w:t>档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spacing w:val="-20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小</w:t>
      </w:r>
      <w:r>
        <w:rPr>
          <w:spacing w:val="4"/>
          <w:rFonts w:ascii="QhZznecx+FZFSK" w:hAnsi="QhZznecx+FZFSK" w:eastAsia="QhZznecx+FZFSK"/>
          <w:color w:val="000000"/>
          <w:sz w:val="32"/>
        </w:rPr>
        <w:t>微</w:t>
      </w:r>
      <w:r>
        <w:rPr>
          <w:rFonts w:ascii="QhZznecx+FZFSK" w:hAnsi="QhZznecx+FZFSK" w:eastAsia="QhZznecx+FZFSK"/>
          <w:color w:val="000000"/>
          <w:sz w:val="32"/>
        </w:rPr>
        <w:t>企业</w:t>
      </w:r>
      <w:r>
        <w:rPr>
          <w:spacing w:val="4"/>
          <w:rFonts w:ascii="QhZznecx+FZFSK" w:hAnsi="QhZznecx+FZFSK" w:eastAsia="QhZznecx+FZFSK"/>
          <w:color w:val="000000"/>
          <w:sz w:val="32"/>
        </w:rPr>
        <w:t>园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主</w:t>
      </w:r>
      <w:r>
        <w:rPr>
          <w:rFonts w:ascii="QhZznecx+FZFSK" w:hAnsi="QhZznecx+FZFSK" w:eastAsia="QhZznecx+FZFSK"/>
          <w:color w:val="000000"/>
          <w:sz w:val="32"/>
        </w:rPr>
        <w:t>不</w:t>
      </w:r>
      <w:r>
        <w:rPr>
          <w:spacing w:val="4"/>
          <w:rFonts w:ascii="QhZznecx+FZFSK" w:hAnsi="QhZznecx+FZFSK" w:eastAsia="QhZznecx+FZFSK"/>
          <w:color w:val="000000"/>
          <w:sz w:val="32"/>
        </w:rPr>
        <w:t>得</w:t>
      </w:r>
      <w:r>
        <w:rPr>
          <w:rFonts w:ascii="QhZznecx+FZFSK" w:hAnsi="QhZznecx+FZFSK" w:eastAsia="QhZznecx+FZFSK"/>
          <w:color w:val="000000"/>
          <w:sz w:val="32"/>
        </w:rPr>
        <w:t>享</w:t>
      </w:r>
      <w:r>
        <w:rPr>
          <w:spacing w:val="2"/>
          <w:rFonts w:ascii="QhZznecx+FZFSK" w:hAnsi="QhZznecx+FZFSK" w:eastAsia="QhZznecx+FZFSK"/>
          <w:color w:val="000000"/>
          <w:sz w:val="32"/>
        </w:rPr>
        <w:t>受本</w:t>
      </w:r>
      <w:r>
        <w:rPr>
          <w:rFonts w:ascii="QhZznecx+FZFSK" w:hAnsi="QhZznecx+FZFSK" w:eastAsia="QhZznecx+FZFSK"/>
          <w:color w:val="000000"/>
          <w:sz w:val="32"/>
        </w:rPr>
        <w:t>政</w:t>
      </w:r>
      <w:r>
        <w:rPr>
          <w:spacing w:val="2"/>
          <w:rFonts w:ascii="QhZznecx+FZFSK" w:hAnsi="QhZznecx+FZFSK" w:eastAsia="QhZznecx+FZFSK"/>
          <w:color w:val="000000"/>
          <w:sz w:val="32"/>
        </w:rPr>
        <w:t>策</w:t>
      </w:r>
      <w:r>
        <w:rPr>
          <w:rFonts w:ascii="QhZznecx+FZFSK" w:hAnsi="QhZznecx+FZFSK" w:eastAsia="QhZznecx+FZFSK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576" w:lineRule="exact" w:before="0" w:after="0"/>
        <w:ind w:left="360" w:right="360" w:firstLine="640"/>
        <w:jc w:val="both"/>
      </w:pPr>
      <w:r>
        <w:rPr>
          <w:rFonts w:ascii="QhZznecx+FZFSK" w:hAnsi="QhZznecx+FZFSK" w:eastAsia="QhZznecx+FZFSK"/>
          <w:color w:val="000000"/>
          <w:sz w:val="32"/>
        </w:rPr>
        <w:t>亩</w:t>
      </w:r>
      <w:r>
        <w:rPr>
          <w:spacing w:val="4"/>
          <w:rFonts w:ascii="QhZznecx+FZFSK" w:hAnsi="QhZznecx+FZFSK" w:eastAsia="QhZznecx+FZFSK"/>
          <w:color w:val="000000"/>
          <w:sz w:val="32"/>
        </w:rPr>
        <w:t>均</w:t>
      </w:r>
      <w:r>
        <w:rPr>
          <w:rFonts w:ascii="QhZznecx+FZFSK" w:hAnsi="QhZznecx+FZFSK" w:eastAsia="QhZznecx+FZFSK"/>
          <w:color w:val="000000"/>
          <w:sz w:val="32"/>
        </w:rPr>
        <w:t>效益</w:t>
      </w:r>
      <w:r>
        <w:rPr>
          <w:spacing w:val="4"/>
          <w:rFonts w:ascii="QhZznecx+FZFSK" w:hAnsi="QhZznecx+FZFSK" w:eastAsia="QhZznecx+FZFSK"/>
          <w:color w:val="000000"/>
          <w:sz w:val="32"/>
        </w:rPr>
        <w:t>综</w:t>
      </w:r>
      <w:r>
        <w:rPr>
          <w:rFonts w:ascii="QhZznecx+FZFSK" w:hAnsi="QhZznecx+FZFSK" w:eastAsia="QhZznecx+FZFSK"/>
          <w:color w:val="000000"/>
          <w:sz w:val="32"/>
        </w:rPr>
        <w:t>合评</w:t>
      </w:r>
      <w:r>
        <w:rPr>
          <w:spacing w:val="2"/>
          <w:rFonts w:ascii="QhZznecx+FZFSK" w:hAnsi="QhZznecx+FZFSK" w:eastAsia="QhZznecx+FZFSK"/>
          <w:color w:val="000000"/>
          <w:sz w:val="32"/>
        </w:rPr>
        <w:t>价</w:t>
      </w:r>
      <w:r>
        <w:rPr>
          <w:rFonts w:ascii="QhZznecx+FZFSK" w:hAnsi="QhZznecx+FZFSK" w:eastAsia="QhZznecx+FZFSK"/>
          <w:color w:val="000000"/>
          <w:sz w:val="32"/>
        </w:rPr>
        <w:t>结</w:t>
      </w:r>
      <w:r>
        <w:rPr>
          <w:spacing w:val="2"/>
          <w:rFonts w:ascii="QhZznecx+FZFSK" w:hAnsi="QhZznecx+FZFSK" w:eastAsia="QhZznecx+FZFSK"/>
          <w:color w:val="000000"/>
          <w:sz w:val="32"/>
        </w:rPr>
        <w:t>果</w:t>
      </w:r>
      <w:r>
        <w:rPr>
          <w:spacing w:val="82"/>
          <w:rFonts w:ascii="QhZznecx+FZFSK" w:hAnsi="QhZznecx+FZFSK" w:eastAsia="QhZznecx+FZFSK"/>
          <w:color w:val="000000"/>
          <w:sz w:val="32"/>
        </w:rPr>
        <w:t>为</w:t>
      </w:r>
      <w:r>
        <w:rPr>
          <w:spacing w:val="80"/>
          <w:rFonts w:ascii="QhZznecx+FZFSK" w:hAnsi="QhZznecx+FZFSK" w:eastAsia="QhZznecx+FZFSK"/>
          <w:color w:val="000000"/>
          <w:sz w:val="32"/>
        </w:rPr>
        <w:t>D</w:t>
      </w:r>
      <w:r>
        <w:rPr>
          <w:rFonts w:ascii="QhZznecx+FZFSK" w:hAnsi="QhZznecx+FZFSK" w:eastAsia="QhZznecx+FZFSK"/>
          <w:color w:val="000000"/>
          <w:sz w:val="32"/>
        </w:rPr>
        <w:t>类</w:t>
      </w:r>
      <w:r>
        <w:rPr>
          <w:spacing w:val="2"/>
          <w:rFonts w:ascii="QhZznecx+FZFSK" w:hAnsi="QhZznecx+FZFSK" w:eastAsia="QhZznecx+FZFSK"/>
          <w:color w:val="000000"/>
          <w:sz w:val="32"/>
        </w:rPr>
        <w:t>的</w:t>
      </w:r>
      <w:r>
        <w:rPr>
          <w:spacing w:val="-18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未</w:t>
      </w:r>
      <w:r>
        <w:rPr>
          <w:spacing w:val="4"/>
          <w:rFonts w:ascii="QhZznecx+FZFSK" w:hAnsi="QhZznecx+FZFSK" w:eastAsia="QhZznecx+FZFSK"/>
          <w:color w:val="000000"/>
          <w:sz w:val="32"/>
        </w:rPr>
        <w:t>满</w:t>
      </w:r>
      <w:r>
        <w:rPr>
          <w:rFonts w:ascii="QhZznecx+FZFSK" w:hAnsi="QhZznecx+FZFSK" w:eastAsia="QhZznecx+FZFSK"/>
          <w:color w:val="000000"/>
          <w:sz w:val="32"/>
        </w:rPr>
        <w:t>足研</w:t>
      </w:r>
      <w:r>
        <w:rPr>
          <w:spacing w:val="4"/>
          <w:rFonts w:ascii="QhZznecx+FZFSK" w:hAnsi="QhZznecx+FZFSK" w:eastAsia="QhZznecx+FZFSK"/>
          <w:color w:val="000000"/>
          <w:sz w:val="32"/>
        </w:rPr>
        <w:t>发</w:t>
      </w:r>
      <w:r>
        <w:rPr>
          <w:rFonts w:ascii="QhZznecx+FZFSK" w:hAnsi="QhZznecx+FZFSK" w:eastAsia="QhZznecx+FZFSK"/>
          <w:color w:val="000000"/>
          <w:sz w:val="32"/>
        </w:rPr>
        <w:t>投入</w:t>
      </w:r>
      <w:r>
        <w:rPr>
          <w:spacing w:val="4"/>
          <w:rFonts w:ascii="QhZznecx+FZFSK" w:hAnsi="QhZznecx+FZFSK" w:eastAsia="QhZznecx+FZFSK"/>
          <w:color w:val="000000"/>
          <w:sz w:val="32"/>
        </w:rPr>
        <w:t>条</w:t>
      </w:r>
      <w:r>
        <w:rPr>
          <w:rFonts w:ascii="QhZznecx+FZFSK" w:hAnsi="QhZznecx+FZFSK" w:eastAsia="QhZznecx+FZFSK"/>
          <w:color w:val="000000"/>
          <w:sz w:val="32"/>
        </w:rPr>
        <w:t>件</w:t>
      </w:r>
      <w:r>
        <w:rPr>
          <w:spacing w:val="2"/>
          <w:rFonts w:ascii="QhZznecx+FZFSK" w:hAnsi="QhZznecx+FZFSK" w:eastAsia="QhZznecx+FZFSK"/>
          <w:color w:val="000000"/>
          <w:sz w:val="32"/>
        </w:rPr>
        <w:t>的企</w:t>
      </w:r>
      <w:r>
        <w:rPr>
          <w:rFonts w:ascii="QhZznecx+FZFSK" w:hAnsi="QhZznecx+FZFSK" w:eastAsia="QhZznecx+FZFSK"/>
          <w:color w:val="000000"/>
          <w:sz w:val="32"/>
        </w:rPr>
        <w:t>业</w:t>
      </w:r>
      <w:r>
        <w:rPr>
          <w:spacing w:val="2"/>
          <w:rFonts w:ascii="QhZznecx+FZFSK" w:hAnsi="QhZznecx+FZFSK" w:eastAsia="QhZznecx+FZFSK"/>
          <w:color w:val="000000"/>
          <w:sz w:val="32"/>
        </w:rPr>
        <w:t>可享</w:t>
      </w:r>
      <w:r>
        <w:rPr>
          <w:rFonts w:ascii="QhZznecx+FZFSK" w:hAnsi="QhZznecx+FZFSK" w:eastAsia="QhZznecx+FZFSK"/>
          <w:color w:val="000000"/>
          <w:sz w:val="32"/>
        </w:rPr>
        <w:t>受</w:t>
      </w:r>
      <w:r>
        <w:rPr>
          <w:spacing w:val="2"/>
          <w:rFonts w:ascii="QhZznecx+FZFSK" w:hAnsi="QhZznecx+FZFSK" w:eastAsia="QhZznecx+FZFSK"/>
          <w:color w:val="000000"/>
          <w:sz w:val="32"/>
        </w:rPr>
        <w:t>搭桥</w:t>
      </w:r>
      <w:r>
        <w:rPr>
          <w:rFonts w:ascii="QhZznecx+FZFSK" w:hAnsi="QhZznecx+FZFSK" w:eastAsia="QhZznecx+FZFSK"/>
          <w:color w:val="000000"/>
          <w:sz w:val="32"/>
        </w:rPr>
        <w:t>资</w:t>
      </w:r>
      <w:r>
        <w:rPr>
          <w:spacing w:val="2"/>
          <w:rFonts w:ascii="QhZznecx+FZFSK" w:hAnsi="QhZznecx+FZFSK" w:eastAsia="QhZznecx+FZFSK"/>
          <w:color w:val="000000"/>
          <w:sz w:val="32"/>
        </w:rPr>
        <w:t>金相</w:t>
      </w:r>
      <w:r>
        <w:rPr>
          <w:rFonts w:ascii="QhZznecx+FZFSK" w:hAnsi="QhZznecx+FZFSK" w:eastAsia="QhZznecx+FZFSK"/>
          <w:color w:val="000000"/>
          <w:sz w:val="32"/>
        </w:rPr>
        <w:t>关</w:t>
      </w:r>
      <w:r>
        <w:rPr>
          <w:spacing w:val="2"/>
          <w:rFonts w:ascii="QhZznecx+FZFSK" w:hAnsi="QhZznecx+FZFSK" w:eastAsia="QhZznecx+FZFSK"/>
          <w:color w:val="000000"/>
          <w:sz w:val="32"/>
        </w:rPr>
        <w:t>政策</w:t>
      </w:r>
      <w:r>
        <w:rPr>
          <w:spacing w:val="-14"/>
          <w:rFonts w:ascii="QhZznecx+FZFSK" w:hAnsi="QhZznecx+FZFSK" w:eastAsia="QhZznecx+FZFSK"/>
          <w:color w:val="000000"/>
          <w:sz w:val="32"/>
        </w:rPr>
        <w:t>。</w:t>
      </w:r>
      <w:r>
        <w:rPr>
          <w:rFonts w:ascii="QhZznecx+FZFSK" w:hAnsi="QhZznecx+FZFSK" w:eastAsia="QhZznecx+FZFSK"/>
          <w:color w:val="000000"/>
          <w:sz w:val="32"/>
        </w:rPr>
        <w:t>未</w:t>
      </w:r>
      <w:r>
        <w:rPr>
          <w:spacing w:val="2"/>
          <w:rFonts w:ascii="QhZznecx+FZFSK" w:hAnsi="QhZznecx+FZFSK" w:eastAsia="QhZznecx+FZFSK"/>
          <w:color w:val="000000"/>
          <w:sz w:val="32"/>
        </w:rPr>
        <w:t>满</w:t>
      </w:r>
      <w:r>
        <w:rPr>
          <w:rFonts w:ascii="QhZznecx+FZFSK" w:hAnsi="QhZznecx+FZFSK" w:eastAsia="QhZznecx+FZFSK"/>
          <w:color w:val="000000"/>
          <w:sz w:val="32"/>
        </w:rPr>
        <w:t>足研</w:t>
      </w:r>
      <w:r>
        <w:rPr>
          <w:spacing w:val="2"/>
          <w:rFonts w:ascii="QhZznecx+FZFSK" w:hAnsi="QhZznecx+FZFSK" w:eastAsia="QhZznecx+FZFSK"/>
          <w:color w:val="000000"/>
          <w:sz w:val="32"/>
        </w:rPr>
        <w:t>发</w:t>
      </w:r>
      <w:r>
        <w:rPr>
          <w:rFonts w:ascii="QhZznecx+FZFSK" w:hAnsi="QhZznecx+FZFSK" w:eastAsia="QhZznecx+FZFSK"/>
          <w:color w:val="000000"/>
          <w:sz w:val="32"/>
        </w:rPr>
        <w:t>投入</w:t>
      </w:r>
      <w:r>
        <w:rPr>
          <w:spacing w:val="2"/>
          <w:rFonts w:ascii="QhZznecx+FZFSK" w:hAnsi="QhZznecx+FZFSK" w:eastAsia="QhZznecx+FZFSK"/>
          <w:color w:val="000000"/>
          <w:sz w:val="32"/>
        </w:rPr>
        <w:t>条</w:t>
      </w:r>
      <w:r>
        <w:rPr>
          <w:rFonts w:ascii="QhZznecx+FZFSK" w:hAnsi="QhZznecx+FZFSK" w:eastAsia="QhZznecx+FZFSK"/>
          <w:color w:val="000000"/>
          <w:sz w:val="32"/>
        </w:rPr>
        <w:t>件的月</w:t>
      </w:r>
      <w:r>
        <w:rPr>
          <w:spacing w:val="2"/>
          <w:rFonts w:ascii="QhZznecx+FZFSK" w:hAnsi="QhZznecx+FZFSK" w:eastAsia="QhZznecx+FZFSK"/>
          <w:color w:val="000000"/>
          <w:sz w:val="32"/>
        </w:rPr>
        <w:t>度升</w:t>
      </w:r>
      <w:r>
        <w:rPr>
          <w:rFonts w:ascii="QhZznecx+FZFSK" w:hAnsi="QhZznecx+FZFSK" w:eastAsia="QhZznecx+FZFSK"/>
          <w:color w:val="000000"/>
          <w:sz w:val="32"/>
        </w:rPr>
        <w:t>规</w:t>
      </w:r>
      <w:r>
        <w:rPr>
          <w:spacing w:val="2"/>
          <w:rFonts w:ascii="QhZznecx+FZFSK" w:hAnsi="QhZznecx+FZFSK" w:eastAsia="QhZznecx+FZFSK"/>
          <w:color w:val="000000"/>
          <w:sz w:val="32"/>
        </w:rPr>
        <w:t>企业</w:t>
      </w:r>
      <w:r>
        <w:rPr>
          <w:rFonts w:ascii="QhZznecx+FZFSK" w:hAnsi="QhZznecx+FZFSK" w:eastAsia="QhZznecx+FZFSK"/>
          <w:color w:val="000000"/>
          <w:sz w:val="32"/>
        </w:rPr>
        <w:t>可</w:t>
      </w:r>
      <w:r>
        <w:rPr>
          <w:spacing w:val="4"/>
          <w:rFonts w:ascii="QhZznecx+FZFSK" w:hAnsi="QhZznecx+FZFSK" w:eastAsia="QhZznecx+FZFSK"/>
          <w:color w:val="000000"/>
          <w:sz w:val="32"/>
        </w:rPr>
        <w:t>享</w:t>
      </w:r>
      <w:r>
        <w:rPr>
          <w:rFonts w:ascii="QhZznecx+FZFSK" w:hAnsi="QhZznecx+FZFSK" w:eastAsia="QhZznecx+FZFSK"/>
          <w:color w:val="000000"/>
          <w:sz w:val="32"/>
        </w:rPr>
        <w:t>受上</w:t>
      </w:r>
      <w:r>
        <w:rPr>
          <w:spacing w:val="4"/>
          <w:rFonts w:ascii="QhZznecx+FZFSK" w:hAnsi="QhZznecx+FZFSK" w:eastAsia="QhZznecx+FZFSK"/>
          <w:color w:val="000000"/>
          <w:sz w:val="32"/>
        </w:rPr>
        <w:t>规</w:t>
      </w:r>
      <w:r>
        <w:rPr>
          <w:rFonts w:ascii="QhZznecx+FZFSK" w:hAnsi="QhZznecx+FZFSK" w:eastAsia="QhZznecx+FZFSK"/>
          <w:color w:val="000000"/>
          <w:sz w:val="32"/>
        </w:rPr>
        <w:t>升级</w:t>
      </w:r>
      <w:r>
        <w:rPr>
          <w:spacing w:val="4"/>
          <w:rFonts w:ascii="QhZznecx+FZFSK" w:hAnsi="QhZznecx+FZFSK" w:eastAsia="QhZznecx+FZFSK"/>
          <w:color w:val="000000"/>
          <w:sz w:val="32"/>
        </w:rPr>
        <w:t>一</w:t>
      </w:r>
      <w:r>
        <w:rPr>
          <w:rFonts w:ascii="QhZznecx+FZFSK" w:hAnsi="QhZznecx+FZFSK" w:eastAsia="QhZznecx+FZFSK"/>
          <w:color w:val="000000"/>
          <w:sz w:val="32"/>
        </w:rPr>
        <w:t>次性</w:t>
      </w:r>
      <w:r>
        <w:rPr>
          <w:spacing w:val="4"/>
          <w:rFonts w:ascii="QhZznecx+FZFSK" w:hAnsi="QhZznecx+FZFSK" w:eastAsia="QhZznecx+FZFSK"/>
          <w:color w:val="000000"/>
          <w:sz w:val="32"/>
        </w:rPr>
        <w:t>奖</w:t>
      </w:r>
      <w:r>
        <w:rPr>
          <w:rFonts w:ascii="QhZznecx+FZFSK" w:hAnsi="QhZznecx+FZFSK" w:eastAsia="QhZznecx+FZFSK"/>
          <w:color w:val="000000"/>
          <w:sz w:val="32"/>
        </w:rPr>
        <w:t>励。</w:t>
      </w:r>
    </w:p>
    <w:p>
      <w:pPr>
        <w:autoSpaceDN w:val="0"/>
        <w:autoSpaceDE w:val="0"/>
        <w:widowControl/>
        <w:spacing w:line="576" w:lineRule="exact" w:before="0" w:after="0"/>
        <w:ind w:left="360" w:right="348" w:firstLine="640"/>
        <w:jc w:val="both"/>
      </w:pPr>
      <w:r>
        <w:rPr>
          <w:rFonts w:ascii="QhZznecx+FZFSK" w:hAnsi="QhZznecx+FZFSK" w:eastAsia="QhZznecx+FZFSK"/>
          <w:color w:val="000000"/>
          <w:sz w:val="32"/>
        </w:rPr>
        <w:t>本</w:t>
      </w:r>
      <w:r>
        <w:rPr>
          <w:spacing w:val="4"/>
          <w:rFonts w:ascii="QhZznecx+FZFSK" w:hAnsi="QhZznecx+FZFSK" w:eastAsia="QhZznecx+FZFSK"/>
          <w:color w:val="000000"/>
          <w:sz w:val="32"/>
        </w:rPr>
        <w:t>政</w:t>
      </w:r>
      <w:r>
        <w:rPr>
          <w:rFonts w:ascii="QhZznecx+FZFSK" w:hAnsi="QhZznecx+FZFSK" w:eastAsia="QhZznecx+FZFSK"/>
          <w:color w:val="000000"/>
          <w:sz w:val="32"/>
        </w:rPr>
        <w:t>策的</w:t>
      </w:r>
      <w:r>
        <w:rPr>
          <w:spacing w:val="4"/>
          <w:rFonts w:ascii="QhZznecx+FZFSK" w:hAnsi="QhZznecx+FZFSK" w:eastAsia="QhZznecx+FZFSK"/>
          <w:color w:val="000000"/>
          <w:sz w:val="32"/>
        </w:rPr>
        <w:t>实</w:t>
      </w:r>
      <w:r>
        <w:rPr>
          <w:rFonts w:ascii="QhZznecx+FZFSK" w:hAnsi="QhZznecx+FZFSK" w:eastAsia="QhZznecx+FZFSK"/>
          <w:color w:val="000000"/>
          <w:sz w:val="32"/>
        </w:rPr>
        <w:t>施细</w:t>
      </w:r>
      <w:r>
        <w:rPr>
          <w:spacing w:val="4"/>
          <w:rFonts w:ascii="QhZznecx+FZFSK" w:hAnsi="QhZznecx+FZFSK" w:eastAsia="QhZznecx+FZFSK"/>
          <w:color w:val="000000"/>
          <w:sz w:val="32"/>
        </w:rPr>
        <w:t>则</w:t>
      </w:r>
      <w:r>
        <w:rPr>
          <w:rFonts w:ascii="QhZznecx+FZFSK" w:hAnsi="QhZznecx+FZFSK" w:eastAsia="QhZznecx+FZFSK"/>
          <w:color w:val="000000"/>
          <w:sz w:val="32"/>
        </w:rPr>
        <w:t>由市</w:t>
      </w:r>
      <w:r>
        <w:rPr>
          <w:spacing w:val="4"/>
          <w:rFonts w:ascii="QhZznecx+FZFSK" w:hAnsi="QhZznecx+FZFSK" w:eastAsia="QhZznecx+FZFSK"/>
          <w:color w:val="000000"/>
          <w:sz w:val="32"/>
        </w:rPr>
        <w:t>经</w:t>
      </w:r>
      <w:r>
        <w:rPr>
          <w:rFonts w:ascii="QhZznecx+FZFSK" w:hAnsi="QhZznecx+FZFSK" w:eastAsia="QhZznecx+FZFSK"/>
          <w:color w:val="000000"/>
          <w:sz w:val="32"/>
        </w:rPr>
        <w:t>信局</w:t>
      </w:r>
      <w:r>
        <w:rPr>
          <w:spacing w:val="4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科技</w:t>
      </w:r>
      <w:r>
        <w:rPr>
          <w:spacing w:val="4"/>
          <w:rFonts w:ascii="QhZznecx+FZFSK" w:hAnsi="QhZznecx+FZFSK" w:eastAsia="QhZznecx+FZFSK"/>
          <w:color w:val="000000"/>
          <w:sz w:val="32"/>
        </w:rPr>
        <w:t>局</w:t>
      </w:r>
      <w:r>
        <w:rPr>
          <w:rFonts w:ascii="QhZznecx+FZFSK" w:hAnsi="QhZznecx+FZFSK" w:eastAsia="QhZznecx+FZFSK"/>
          <w:color w:val="000000"/>
          <w:sz w:val="32"/>
        </w:rPr>
        <w:t>、市</w:t>
      </w:r>
      <w:r>
        <w:rPr>
          <w:spacing w:val="4"/>
          <w:rFonts w:ascii="QhZznecx+FZFSK" w:hAnsi="QhZznecx+FZFSK" w:eastAsia="QhZznecx+FZFSK"/>
          <w:color w:val="000000"/>
          <w:sz w:val="32"/>
        </w:rPr>
        <w:t>场</w:t>
      </w:r>
      <w:r>
        <w:rPr>
          <w:rFonts w:ascii="QhZznecx+FZFSK" w:hAnsi="QhZznecx+FZFSK" w:eastAsia="QhZznecx+FZFSK"/>
          <w:color w:val="000000"/>
          <w:sz w:val="32"/>
        </w:rPr>
        <w:t>监管</w:t>
      </w:r>
      <w:r>
        <w:rPr>
          <w:spacing w:val="2"/>
          <w:rFonts w:ascii="QhZznecx+FZFSK" w:hAnsi="QhZznecx+FZFSK" w:eastAsia="QhZznecx+FZFSK"/>
          <w:color w:val="000000"/>
          <w:sz w:val="32"/>
        </w:rPr>
        <w:t>局</w:t>
      </w:r>
      <w:r>
        <w:rPr>
          <w:rFonts w:ascii="QhZznecx+FZFSK" w:hAnsi="QhZznecx+FZFSK" w:eastAsia="QhZznecx+FZFSK"/>
          <w:color w:val="000000"/>
          <w:sz w:val="32"/>
        </w:rPr>
        <w:t>、</w:t>
      </w:r>
      <w:r>
        <w:rPr>
          <w:spacing w:val="2"/>
          <w:rFonts w:ascii="QhZznecx+FZFSK" w:hAnsi="QhZznecx+FZFSK" w:eastAsia="QhZznecx+FZFSK"/>
          <w:color w:val="000000"/>
          <w:sz w:val="32"/>
        </w:rPr>
        <w:t>人社</w:t>
      </w:r>
      <w:r>
        <w:rPr>
          <w:rFonts w:ascii="QhZznecx+FZFSK" w:hAnsi="QhZznecx+FZFSK" w:eastAsia="QhZznecx+FZFSK"/>
          <w:color w:val="000000"/>
          <w:sz w:val="32"/>
        </w:rPr>
        <w:t>局</w:t>
      </w:r>
      <w:r>
        <w:rPr>
          <w:spacing w:val="-6"/>
          <w:rFonts w:ascii="QhZznecx+FZFSK" w:hAnsi="QhZznecx+FZFSK" w:eastAsia="QhZznecx+FZFSK"/>
          <w:color w:val="000000"/>
          <w:sz w:val="32"/>
        </w:rPr>
        <w:t>、</w:t>
      </w:r>
      <w:r>
        <w:rPr>
          <w:rFonts w:ascii="QhZznecx+FZFSK" w:hAnsi="QhZznecx+FZFSK" w:eastAsia="QhZznecx+FZFSK"/>
          <w:color w:val="000000"/>
          <w:sz w:val="32"/>
        </w:rPr>
        <w:t>金</w:t>
      </w:r>
      <w:r>
        <w:rPr>
          <w:spacing w:val="2"/>
          <w:rFonts w:ascii="QhZznecx+FZFSK" w:hAnsi="QhZznecx+FZFSK" w:eastAsia="QhZznecx+FZFSK"/>
          <w:color w:val="000000"/>
          <w:sz w:val="32"/>
        </w:rPr>
        <w:t>融</w:t>
      </w:r>
      <w:r>
        <w:rPr>
          <w:rFonts w:ascii="QhZznecx+FZFSK" w:hAnsi="QhZznecx+FZFSK" w:eastAsia="QhZznecx+FZFSK"/>
          <w:color w:val="000000"/>
          <w:sz w:val="32"/>
        </w:rPr>
        <w:t>服</w:t>
      </w:r>
      <w:r>
        <w:rPr>
          <w:spacing w:val="2"/>
          <w:rFonts w:ascii="QhZznecx+FZFSK" w:hAnsi="QhZznecx+FZFSK" w:eastAsia="QhZznecx+FZFSK"/>
          <w:color w:val="000000"/>
          <w:sz w:val="32"/>
        </w:rPr>
        <w:t>务中</w:t>
      </w:r>
      <w:r>
        <w:rPr>
          <w:rFonts w:ascii="QhZznecx+FZFSK" w:hAnsi="QhZznecx+FZFSK" w:eastAsia="QhZznecx+FZFSK"/>
          <w:color w:val="000000"/>
          <w:sz w:val="32"/>
        </w:rPr>
        <w:t>心等</w:t>
      </w:r>
      <w:r>
        <w:rPr>
          <w:spacing w:val="2"/>
          <w:rFonts w:ascii="QhZznecx+FZFSK" w:hAnsi="QhZznecx+FZFSK" w:eastAsia="QhZznecx+FZFSK"/>
          <w:color w:val="000000"/>
          <w:sz w:val="32"/>
        </w:rPr>
        <w:t>单</w:t>
      </w:r>
      <w:r>
        <w:rPr>
          <w:rFonts w:ascii="QhZznecx+FZFSK" w:hAnsi="QhZznecx+FZFSK" w:eastAsia="QhZznecx+FZFSK"/>
          <w:color w:val="000000"/>
          <w:sz w:val="32"/>
        </w:rPr>
        <w:t>位会</w:t>
      </w:r>
      <w:r>
        <w:rPr>
          <w:spacing w:val="2"/>
          <w:rFonts w:ascii="QhZznecx+FZFSK" w:hAnsi="QhZznecx+FZFSK" w:eastAsia="QhZznecx+FZFSK"/>
          <w:color w:val="000000"/>
          <w:sz w:val="32"/>
        </w:rPr>
        <w:t>同</w:t>
      </w:r>
      <w:r>
        <w:rPr>
          <w:rFonts w:ascii="QhZznecx+FZFSK" w:hAnsi="QhZznecx+FZFSK" w:eastAsia="QhZznecx+FZFSK"/>
          <w:color w:val="000000"/>
          <w:sz w:val="32"/>
        </w:rPr>
        <w:t>市</w:t>
      </w:r>
      <w:r>
        <w:rPr>
          <w:spacing w:val="2"/>
          <w:rFonts w:ascii="QhZznecx+FZFSK" w:hAnsi="QhZznecx+FZFSK" w:eastAsia="QhZznecx+FZFSK"/>
          <w:color w:val="000000"/>
          <w:sz w:val="32"/>
        </w:rPr>
        <w:t>财政</w:t>
      </w:r>
      <w:r>
        <w:rPr>
          <w:rFonts w:ascii="QhZznecx+FZFSK" w:hAnsi="QhZznecx+FZFSK" w:eastAsia="QhZznecx+FZFSK"/>
          <w:color w:val="000000"/>
          <w:sz w:val="32"/>
        </w:rPr>
        <w:t>局</w:t>
      </w:r>
      <w:r>
        <w:rPr>
          <w:spacing w:val="2"/>
          <w:rFonts w:ascii="QhZznecx+FZFSK" w:hAnsi="QhZznecx+FZFSK" w:eastAsia="QhZznecx+FZFSK"/>
          <w:color w:val="000000"/>
          <w:sz w:val="32"/>
        </w:rPr>
        <w:t>另行</w:t>
      </w:r>
      <w:r>
        <w:rPr>
          <w:rFonts w:ascii="QhZznecx+FZFSK" w:hAnsi="QhZznecx+FZFSK" w:eastAsia="QhZznecx+FZFSK"/>
          <w:color w:val="000000"/>
          <w:sz w:val="32"/>
        </w:rPr>
        <w:t>制</w:t>
      </w:r>
      <w:r>
        <w:rPr>
          <w:spacing w:val="4"/>
          <w:rFonts w:ascii="QhZznecx+FZFSK" w:hAnsi="QhZznecx+FZFSK" w:eastAsia="QhZznecx+FZFSK"/>
          <w:color w:val="000000"/>
          <w:sz w:val="32"/>
        </w:rPr>
        <w:t>定</w:t>
      </w:r>
      <w:r>
        <w:rPr>
          <w:spacing w:val="-6"/>
          <w:rFonts w:ascii="QhZznecx+FZFSK" w:hAnsi="QhZznecx+FZFSK" w:eastAsia="QhZznecx+FZFSK"/>
          <w:color w:val="000000"/>
          <w:sz w:val="32"/>
        </w:rPr>
        <w:t>，</w:t>
      </w:r>
      <w:r>
        <w:rPr>
          <w:rFonts w:ascii="QhZznecx+FZFSK" w:hAnsi="QhZznecx+FZFSK" w:eastAsia="QhZznecx+FZFSK"/>
          <w:color w:val="000000"/>
          <w:sz w:val="32"/>
        </w:rPr>
        <w:t>政策</w:t>
      </w:r>
      <w:r>
        <w:rPr>
          <w:spacing w:val="2"/>
          <w:rFonts w:ascii="QhZznecx+FZFSK" w:hAnsi="QhZznecx+FZFSK" w:eastAsia="QhZznecx+FZFSK"/>
          <w:color w:val="000000"/>
          <w:sz w:val="32"/>
        </w:rPr>
        <w:t>兑现</w:t>
      </w:r>
      <w:r>
        <w:rPr>
          <w:rFonts w:ascii="QhZznecx+FZFSK" w:hAnsi="QhZznecx+FZFSK" w:eastAsia="QhZznecx+FZFSK"/>
          <w:color w:val="000000"/>
          <w:sz w:val="32"/>
        </w:rPr>
        <w:t>工</w:t>
      </w:r>
      <w:r>
        <w:rPr>
          <w:spacing w:val="2"/>
          <w:rFonts w:ascii="QhZznecx+FZFSK" w:hAnsi="QhZznecx+FZFSK" w:eastAsia="QhZznecx+FZFSK"/>
          <w:color w:val="000000"/>
          <w:sz w:val="32"/>
        </w:rPr>
        <w:t>作由</w:t>
      </w:r>
      <w:r>
        <w:rPr>
          <w:rFonts w:ascii="QhZznecx+FZFSK" w:hAnsi="QhZznecx+FZFSK" w:eastAsia="QhZznecx+FZFSK"/>
          <w:color w:val="000000"/>
          <w:sz w:val="32"/>
        </w:rPr>
        <w:t>各</w:t>
      </w:r>
      <w:r>
        <w:rPr>
          <w:spacing w:val="2"/>
          <w:rFonts w:ascii="QhZznecx+FZFSK" w:hAnsi="QhZznecx+FZFSK" w:eastAsia="QhZznecx+FZFSK"/>
          <w:color w:val="000000"/>
          <w:sz w:val="32"/>
        </w:rPr>
        <w:t>主管</w:t>
      </w:r>
      <w:r>
        <w:rPr>
          <w:rFonts w:ascii="QhZznecx+FZFSK" w:hAnsi="QhZznecx+FZFSK" w:eastAsia="QhZznecx+FZFSK"/>
          <w:color w:val="000000"/>
          <w:sz w:val="32"/>
        </w:rPr>
        <w:t>职</w:t>
      </w:r>
      <w:r>
        <w:rPr>
          <w:spacing w:val="2"/>
          <w:rFonts w:ascii="QhZznecx+FZFSK" w:hAnsi="QhZznecx+FZFSK" w:eastAsia="QhZznecx+FZFSK"/>
          <w:color w:val="000000"/>
          <w:sz w:val="32"/>
        </w:rPr>
        <w:t>能部</w:t>
      </w:r>
      <w:r>
        <w:rPr>
          <w:rFonts w:ascii="QhZznecx+FZFSK" w:hAnsi="QhZznecx+FZFSK" w:eastAsia="QhZznecx+FZFSK"/>
          <w:color w:val="000000"/>
          <w:sz w:val="32"/>
        </w:rPr>
        <w:t>门</w:t>
      </w:r>
      <w:r>
        <w:rPr>
          <w:spacing w:val="2"/>
          <w:rFonts w:ascii="QhZznecx+FZFSK" w:hAnsi="QhZznecx+FZFSK" w:eastAsia="QhZznecx+FZFSK"/>
          <w:color w:val="000000"/>
          <w:sz w:val="32"/>
        </w:rPr>
        <w:t>按实</w:t>
      </w:r>
      <w:r>
        <w:rPr>
          <w:rFonts w:ascii="QhZznecx+FZFSK" w:hAnsi="QhZznecx+FZFSK" w:eastAsia="QhZznecx+FZFSK"/>
          <w:color w:val="000000"/>
          <w:sz w:val="32"/>
        </w:rPr>
        <w:t>施</w:t>
      </w:r>
      <w:r>
        <w:rPr>
          <w:spacing w:val="2"/>
          <w:rFonts w:ascii="QhZznecx+FZFSK" w:hAnsi="QhZznecx+FZFSK" w:eastAsia="QhZznecx+FZFSK"/>
          <w:color w:val="000000"/>
          <w:sz w:val="32"/>
        </w:rPr>
        <w:t>细则</w:t>
      </w:r>
      <w:r>
        <w:rPr>
          <w:rFonts w:ascii="QhZznecx+FZFSK" w:hAnsi="QhZznecx+FZFSK" w:eastAsia="QhZznecx+FZFSK"/>
          <w:color w:val="000000"/>
          <w:sz w:val="32"/>
        </w:rPr>
        <w:t>分</w:t>
      </w:r>
      <w:r>
        <w:rPr>
          <w:spacing w:val="2"/>
          <w:rFonts w:ascii="QhZznecx+FZFSK" w:hAnsi="QhZznecx+FZFSK" w:eastAsia="QhZznecx+FZFSK"/>
          <w:color w:val="000000"/>
          <w:sz w:val="32"/>
        </w:rPr>
        <w:t>口负</w:t>
      </w:r>
      <w:r>
        <w:rPr>
          <w:rFonts w:ascii="QhZznecx+FZFSK" w:hAnsi="QhZznecx+FZFSK" w:eastAsia="QhZznecx+FZFSK"/>
          <w:color w:val="000000"/>
          <w:sz w:val="32"/>
        </w:rPr>
        <w:t>责。</w:t>
      </w:r>
    </w:p>
    <w:p>
      <w:pPr>
        <w:autoSpaceDN w:val="0"/>
        <w:autoSpaceDE w:val="0"/>
        <w:widowControl/>
        <w:spacing w:line="576" w:lineRule="exact" w:before="0" w:after="0"/>
        <w:ind w:left="360" w:right="288" w:firstLine="640"/>
        <w:jc w:val="left"/>
      </w:pPr>
      <w:r>
        <w:rPr>
          <w:spacing w:val="8"/>
          <w:rFonts w:ascii="QhZznecx+FZFSK" w:hAnsi="QhZznecx+FZFSK" w:eastAsia="QhZznecx+FZFSK"/>
          <w:color w:val="000000"/>
          <w:sz w:val="32"/>
        </w:rPr>
        <w:t>本</w:t>
      </w:r>
      <w:r>
        <w:rPr>
          <w:spacing w:val="10"/>
          <w:rFonts w:ascii="QhZznecx+FZFSK" w:hAnsi="QhZznecx+FZFSK" w:eastAsia="QhZznecx+FZFSK"/>
          <w:color w:val="000000"/>
          <w:sz w:val="32"/>
        </w:rPr>
        <w:t>政</w:t>
      </w:r>
      <w:r>
        <w:rPr>
          <w:spacing w:val="8"/>
          <w:rFonts w:ascii="QhZznecx+FZFSK" w:hAnsi="QhZznecx+FZFSK" w:eastAsia="QhZznecx+FZFSK"/>
          <w:color w:val="000000"/>
          <w:sz w:val="32"/>
        </w:rPr>
        <w:t>策</w:t>
      </w:r>
      <w:r>
        <w:rPr>
          <w:spacing w:val="86"/>
          <w:rFonts w:ascii="QhZznecx+FZFSK" w:hAnsi="QhZznecx+FZFSK" w:eastAsia="QhZznecx+FZFSK"/>
          <w:color w:val="000000"/>
          <w:sz w:val="32"/>
        </w:rPr>
        <w:t>自</w:t>
      </w:r>
      <w:r>
        <w:rPr>
          <w:rFonts w:ascii="QhZznecx+FZFSK" w:hAnsi="QhZznecx+FZFSK" w:eastAsia="QhZznecx+FZFSK"/>
          <w:color w:val="000000"/>
          <w:sz w:val="32"/>
        </w:rPr>
        <w:t>202</w:t>
      </w:r>
      <w:r>
        <w:rPr>
          <w:rFonts w:ascii="QhZznecx+FZFSK" w:hAnsi="QhZznecx+FZFSK" w:eastAsia="QhZznecx+FZFSK"/>
          <w:color w:val="000000"/>
          <w:sz w:val="32"/>
        </w:rPr>
        <w:t>4</w:t>
      </w:r>
      <w:r>
        <w:rPr>
          <w:spacing w:val="3"/>
          <w:rFonts w:ascii="Arial" w:hAnsi="Arial" w:eastAsia="Arial"/>
          <w:color w:val="000000"/>
          <w:sz w:val="32"/>
        </w:rPr>
        <w:t xml:space="preserve"> </w:t>
      </w:r>
      <w:r>
        <w:rPr>
          <w:spacing w:val="86"/>
          <w:rFonts w:ascii="QhZznecx+FZFSK" w:hAnsi="QhZznecx+FZFSK" w:eastAsia="QhZznecx+FZFSK"/>
          <w:color w:val="000000"/>
          <w:sz w:val="32"/>
        </w:rPr>
        <w:t>年</w:t>
      </w:r>
      <w:r>
        <w:rPr>
          <w:spacing w:val="88"/>
          <w:rFonts w:ascii="QhZznecx+FZFSK" w:hAnsi="QhZznecx+FZFSK" w:eastAsia="QhZznecx+FZFSK"/>
          <w:color w:val="000000"/>
          <w:sz w:val="32"/>
        </w:rPr>
        <w:t>1月</w:t>
      </w:r>
      <w:r>
        <w:rPr>
          <w:spacing w:val="86"/>
          <w:rFonts w:ascii="QhZznecx+FZFSK" w:hAnsi="QhZznecx+FZFSK" w:eastAsia="QhZznecx+FZFSK"/>
          <w:color w:val="000000"/>
          <w:sz w:val="32"/>
        </w:rPr>
        <w:t>1</w:t>
      </w:r>
      <w:r>
        <w:rPr>
          <w:spacing w:val="6"/>
          <w:rFonts w:ascii="QhZznecx+FZFSK" w:hAnsi="QhZznecx+FZFSK" w:eastAsia="QhZznecx+FZFSK"/>
          <w:color w:val="000000"/>
          <w:sz w:val="32"/>
        </w:rPr>
        <w:t>日</w:t>
      </w:r>
      <w:r>
        <w:rPr>
          <w:spacing w:val="8"/>
          <w:rFonts w:ascii="QhZznecx+FZFSK" w:hAnsi="QhZznecx+FZFSK" w:eastAsia="QhZznecx+FZFSK"/>
          <w:color w:val="000000"/>
          <w:sz w:val="32"/>
        </w:rPr>
        <w:t>起</w:t>
      </w:r>
      <w:r>
        <w:rPr>
          <w:spacing w:val="10"/>
          <w:rFonts w:ascii="QhZznecx+FZFSK" w:hAnsi="QhZznecx+FZFSK" w:eastAsia="QhZznecx+FZFSK"/>
          <w:color w:val="000000"/>
          <w:sz w:val="32"/>
        </w:rPr>
        <w:t>施</w:t>
      </w:r>
      <w:r>
        <w:rPr>
          <w:spacing w:val="8"/>
          <w:rFonts w:ascii="QhZznecx+FZFSK" w:hAnsi="QhZznecx+FZFSK" w:eastAsia="QhZznecx+FZFSK"/>
          <w:color w:val="000000"/>
          <w:sz w:val="32"/>
        </w:rPr>
        <w:t>行</w:t>
      </w:r>
      <w:r>
        <w:rPr>
          <w:spacing w:val="10"/>
          <w:rFonts w:ascii="QhZznecx+FZFSK" w:hAnsi="QhZznecx+FZFSK" w:eastAsia="QhZznecx+FZFSK"/>
          <w:color w:val="000000"/>
          <w:sz w:val="32"/>
        </w:rPr>
        <w:t>，</w:t>
      </w:r>
      <w:r>
        <w:rPr>
          <w:spacing w:val="8"/>
          <w:rFonts w:ascii="QhZznecx+FZFSK" w:hAnsi="QhZznecx+FZFSK" w:eastAsia="QhZznecx+FZFSK"/>
          <w:color w:val="000000"/>
          <w:sz w:val="32"/>
        </w:rPr>
        <w:t>有</w:t>
      </w:r>
      <w:r>
        <w:rPr>
          <w:spacing w:val="10"/>
          <w:rFonts w:ascii="QhZznecx+FZFSK" w:hAnsi="QhZznecx+FZFSK" w:eastAsia="QhZznecx+FZFSK"/>
          <w:color w:val="000000"/>
          <w:sz w:val="32"/>
        </w:rPr>
        <w:t>效</w:t>
      </w:r>
      <w:r>
        <w:rPr>
          <w:spacing w:val="6"/>
          <w:rFonts w:ascii="QhZznecx+FZFSK" w:hAnsi="QhZznecx+FZFSK" w:eastAsia="QhZznecx+FZFSK"/>
          <w:color w:val="000000"/>
          <w:sz w:val="32"/>
        </w:rPr>
        <w:t>期</w:t>
      </w:r>
      <w:r>
        <w:rPr>
          <w:spacing w:val="8"/>
          <w:rFonts w:ascii="QhZznecx+FZFSK" w:hAnsi="QhZznecx+FZFSK" w:eastAsia="QhZznecx+FZFSK"/>
          <w:color w:val="000000"/>
          <w:sz w:val="32"/>
        </w:rPr>
        <w:t>暂</w:t>
      </w:r>
      <w:r>
        <w:rPr>
          <w:rFonts w:ascii="QhZznecx+FZFSK" w:hAnsi="QhZznecx+FZFSK" w:eastAsia="QhZznecx+FZFSK"/>
          <w:color w:val="000000"/>
          <w:sz w:val="32"/>
        </w:rPr>
        <w:t>定</w:t>
      </w:r>
      <w:r>
        <w:rPr>
          <w:spacing w:val="3"/>
          <w:rFonts w:ascii="Arial" w:hAnsi="Arial" w:eastAsia="Arial"/>
          <w:color w:val="000000"/>
          <w:sz w:val="32"/>
        </w:rPr>
        <w:t xml:space="preserve"> </w:t>
      </w:r>
      <w:r>
        <w:rPr>
          <w:spacing w:val="86"/>
          <w:rFonts w:ascii="QhZznecx+FZFSK" w:hAnsi="QhZznecx+FZFSK" w:eastAsia="QhZznecx+FZFSK"/>
          <w:color w:val="000000"/>
          <w:sz w:val="32"/>
        </w:rPr>
        <w:t>3</w:t>
      </w:r>
      <w:r>
        <w:rPr>
          <w:spacing w:val="8"/>
          <w:rFonts w:ascii="QhZznecx+FZFSK" w:hAnsi="QhZznecx+FZFSK" w:eastAsia="QhZznecx+FZFSK"/>
          <w:color w:val="000000"/>
          <w:sz w:val="32"/>
        </w:rPr>
        <w:t>年</w:t>
      </w:r>
      <w:r>
        <w:rPr>
          <w:rFonts w:ascii="QhZznecx+FZFSK" w:hAnsi="QhZznecx+FZFSK" w:eastAsia="QhZznecx+FZFSK"/>
          <w:color w:val="000000"/>
          <w:sz w:val="32"/>
        </w:rPr>
        <w:t>。</w:t>
      </w:r>
      <w:r>
        <w:rPr>
          <w:spacing w:val="16"/>
          <w:rFonts w:ascii="QhZznecx+FZFSK" w:hAnsi="QhZznecx+FZFSK" w:eastAsia="QhZznecx+FZFSK"/>
          <w:color w:val="000000"/>
          <w:sz w:val="32"/>
        </w:rPr>
        <w:t>本</w:t>
      </w:r>
      <w:r>
        <w:rPr>
          <w:spacing w:val="12"/>
          <w:rFonts w:ascii="QhZznecx+FZFSK" w:hAnsi="QhZznecx+FZFSK" w:eastAsia="QhZznecx+FZFSK"/>
          <w:color w:val="000000"/>
          <w:sz w:val="32"/>
        </w:rPr>
        <w:t>政</w:t>
      </w:r>
      <w:r>
        <w:rPr>
          <w:spacing w:val="14"/>
          <w:rFonts w:ascii="QhZznecx+FZFSK" w:hAnsi="QhZznecx+FZFSK" w:eastAsia="QhZznecx+FZFSK"/>
          <w:color w:val="000000"/>
          <w:sz w:val="32"/>
        </w:rPr>
        <w:t>策出台后，</w:t>
      </w:r>
      <w:r>
        <w:rPr>
          <w:spacing w:val="12"/>
          <w:rFonts w:ascii="QhZznecx+FZFSK" w:hAnsi="QhZznecx+FZFSK" w:eastAsia="QhZznecx+FZFSK"/>
          <w:color w:val="000000"/>
          <w:sz w:val="32"/>
        </w:rPr>
        <w:t>本</w:t>
      </w:r>
      <w:r>
        <w:rPr>
          <w:spacing w:val="16"/>
          <w:rFonts w:ascii="QhZznecx+FZFSK" w:hAnsi="QhZznecx+FZFSK" w:eastAsia="QhZznecx+FZFSK"/>
          <w:color w:val="000000"/>
          <w:sz w:val="32"/>
        </w:rPr>
        <w:t>市</w:t>
      </w:r>
      <w:r>
        <w:rPr>
          <w:spacing w:val="12"/>
          <w:rFonts w:ascii="QhZznecx+FZFSK" w:hAnsi="QhZznecx+FZFSK" w:eastAsia="QhZznecx+FZFSK"/>
          <w:color w:val="000000"/>
          <w:sz w:val="32"/>
        </w:rPr>
        <w:t>之</w:t>
      </w:r>
      <w:r>
        <w:rPr>
          <w:spacing w:val="14"/>
          <w:rFonts w:ascii="QhZznecx+FZFSK" w:hAnsi="QhZznecx+FZFSK" w:eastAsia="QhZznecx+FZFSK"/>
          <w:color w:val="000000"/>
          <w:sz w:val="32"/>
        </w:rPr>
        <w:t>前</w:t>
      </w:r>
      <w:r>
        <w:rPr>
          <w:spacing w:val="16"/>
          <w:rFonts w:ascii="QhZznecx+FZFSK" w:hAnsi="QhZznecx+FZFSK" w:eastAsia="QhZznecx+FZFSK"/>
          <w:color w:val="000000"/>
          <w:sz w:val="32"/>
        </w:rPr>
        <w:t>出</w:t>
      </w:r>
      <w:r>
        <w:rPr>
          <w:spacing w:val="12"/>
          <w:rFonts w:ascii="QhZznecx+FZFSK" w:hAnsi="QhZznecx+FZFSK" w:eastAsia="QhZznecx+FZFSK"/>
          <w:color w:val="000000"/>
          <w:sz w:val="32"/>
        </w:rPr>
        <w:t>台</w:t>
      </w:r>
      <w:r>
        <w:rPr>
          <w:spacing w:val="14"/>
          <w:rFonts w:ascii="QhZznecx+FZFSK" w:hAnsi="QhZznecx+FZFSK" w:eastAsia="QhZznecx+FZFSK"/>
          <w:color w:val="000000"/>
          <w:sz w:val="32"/>
        </w:rPr>
        <w:t>的相关政策</w:t>
      </w:r>
      <w:r>
        <w:rPr>
          <w:spacing w:val="12"/>
          <w:rFonts w:ascii="QhZznecx+FZFSK" w:hAnsi="QhZznecx+FZFSK" w:eastAsia="QhZznecx+FZFSK"/>
          <w:color w:val="000000"/>
          <w:sz w:val="32"/>
        </w:rPr>
        <w:t>与</w:t>
      </w:r>
      <w:r>
        <w:rPr>
          <w:spacing w:val="16"/>
          <w:rFonts w:ascii="QhZznecx+FZFSK" w:hAnsi="QhZznecx+FZFSK" w:eastAsia="QhZznecx+FZFSK"/>
          <w:color w:val="000000"/>
          <w:sz w:val="32"/>
        </w:rPr>
        <w:t>本</w:t>
      </w:r>
      <w:r>
        <w:rPr>
          <w:spacing w:val="14"/>
          <w:rFonts w:ascii="QhZznecx+FZFSK" w:hAnsi="QhZznecx+FZFSK" w:eastAsia="QhZznecx+FZFSK"/>
          <w:color w:val="000000"/>
          <w:sz w:val="32"/>
        </w:rPr>
        <w:t>政</w:t>
      </w:r>
      <w:r>
        <w:rPr>
          <w:spacing w:val="12"/>
          <w:rFonts w:ascii="QhZznecx+FZFSK" w:hAnsi="QhZznecx+FZFSK" w:eastAsia="QhZznecx+FZFSK"/>
          <w:color w:val="000000"/>
          <w:sz w:val="32"/>
        </w:rPr>
        <w:t>策</w:t>
      </w:r>
      <w:r>
        <w:rPr>
          <w:spacing w:val="16"/>
          <w:rFonts w:ascii="QhZznecx+FZFSK" w:hAnsi="QhZznecx+FZFSK" w:eastAsia="QhZznecx+FZFSK"/>
          <w:color w:val="000000"/>
          <w:sz w:val="32"/>
        </w:rPr>
        <w:t>不</w:t>
      </w:r>
      <w:r>
        <w:rPr>
          <w:spacing w:val="12"/>
          <w:rFonts w:ascii="QhZznecx+FZFSK" w:hAnsi="QhZznecx+FZFSK" w:eastAsia="QhZznecx+FZFSK"/>
          <w:color w:val="000000"/>
          <w:sz w:val="32"/>
        </w:rPr>
        <w:t>一</w:t>
      </w:r>
      <w:r>
        <w:rPr>
          <w:rFonts w:ascii="QhZznecx+FZFSK" w:hAnsi="QhZznecx+FZFSK" w:eastAsia="QhZznecx+FZFSK"/>
          <w:color w:val="000000"/>
          <w:sz w:val="32"/>
        </w:rPr>
        <w:t>致</w:t>
      </w:r>
    </w:p>
    <w:p>
      <w:pPr>
        <w:sectPr>
          <w:pgSz w:w="11906" w:h="17238"/>
          <w:pgMar w:top="812" w:right="1440" w:bottom="424" w:left="1440" w:header="720" w:footer="720" w:gutter="0"/>
          <w:cols w:num="1" w:equalWidth="0" w:space="720">
            <w:col w:w="9026" w:space="0"/>
          </w:cols>
          <w:docGrid w:linePitch="360"/>
        </w:sectPr>
      </w:pPr>
    </w:p>
    <w:p>
      <w:pPr>
        <w:autoSpaceDN w:val="0"/>
        <w:autoSpaceDE w:val="0"/>
        <w:widowControl/>
        <w:spacing w:line="348" w:lineRule="exact" w:before="228" w:after="0"/>
        <w:ind w:left="360" w:right="0" w:firstLine="0"/>
        <w:jc w:val="left"/>
      </w:pPr>
      <w:r>
        <w:rPr>
          <w:spacing w:val="2"/>
          <w:rFonts w:ascii="QhZznecx+FZFSK" w:hAnsi="QhZznecx+FZFSK" w:eastAsia="QhZznecx+FZFSK"/>
          <w:color w:val="000000"/>
          <w:sz w:val="32"/>
        </w:rPr>
        <w:t>的，</w:t>
      </w:r>
      <w:r>
        <w:rPr>
          <w:rFonts w:ascii="QhZznecx+FZFSK" w:hAnsi="QhZznecx+FZFSK" w:eastAsia="QhZznecx+FZFSK"/>
          <w:color w:val="000000"/>
          <w:sz w:val="32"/>
        </w:rPr>
        <w:t>以</w:t>
      </w:r>
      <w:r>
        <w:rPr>
          <w:spacing w:val="2"/>
          <w:rFonts w:ascii="QhZznecx+FZFSK" w:hAnsi="QhZznecx+FZFSK" w:eastAsia="QhZznecx+FZFSK"/>
          <w:color w:val="000000"/>
          <w:sz w:val="32"/>
        </w:rPr>
        <w:t>本政</w:t>
      </w:r>
      <w:r>
        <w:rPr>
          <w:rFonts w:ascii="QhZznecx+FZFSK" w:hAnsi="QhZznecx+FZFSK" w:eastAsia="QhZznecx+FZFSK"/>
          <w:color w:val="000000"/>
          <w:sz w:val="32"/>
        </w:rPr>
        <w:t>策</w:t>
      </w:r>
      <w:r>
        <w:rPr>
          <w:spacing w:val="2"/>
          <w:rFonts w:ascii="QhZznecx+FZFSK" w:hAnsi="QhZznecx+FZFSK" w:eastAsia="QhZznecx+FZFSK"/>
          <w:color w:val="000000"/>
          <w:sz w:val="32"/>
        </w:rPr>
        <w:t>为准</w:t>
      </w:r>
      <w:r>
        <w:rPr>
          <w:rFonts w:ascii="QhZznecx+FZFSK" w:hAnsi="QhZznecx+FZFSK" w:eastAsia="QhZznecx+FZFSK"/>
          <w:color w:val="000000"/>
          <w:sz w:val="32"/>
        </w:rPr>
        <w:t>。</w:t>
      </w:r>
    </w:p>
    <w:p>
      <w:pPr>
        <w:autoSpaceDN w:val="0"/>
        <w:autoSpaceDE w:val="0"/>
        <w:widowControl/>
        <w:spacing w:line="348" w:lineRule="exact" w:before="7908" w:after="0"/>
        <w:ind w:left="360" w:right="0" w:firstLine="0"/>
        <w:jc w:val="lef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-8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4</w:t>
      </w:r>
      <w:r>
        <w:rPr>
          <w:spacing w:val="45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p>
      <w:pPr>
        <w:autoSpaceDN w:val="0"/>
        <w:autoSpaceDE w:val="0"/>
        <w:widowControl/>
        <w:spacing w:line="1" w:lineRule="exact" w:before="113" w:after="0"/>
        <w:ind w:left="0" w:right="0"/>
      </w:pPr>
      <w:r>
        <w:br w:type="column"/>
      </w:r>
    </w:p>
    <w:p>
      <w:pPr>
        <w:autoSpaceDN w:val="0"/>
        <w:autoSpaceDE w:val="0"/>
        <w:widowControl/>
        <w:spacing w:line="240" w:lineRule="auto" w:before="0" w:after="0"/>
        <w:ind w:left="722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2122170" cy="186943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8694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7238"/>
          <w:pgMar w:top="812" w:right="1440" w:bottom="424" w:left="1440" w:header="720" w:footer="720" w:gutter="0"/>
          <w:cols w:num="2" w:equalWidth="0" w:space="720">
            <w:col w:w="4928" w:space="0"/>
            <w:col w:w="409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12778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10000" behindDoc="1" locked="0" layoutInCell="1" allowOverlap="1">
            <wp:simplePos x="0" y="0"/>
            <wp:positionH relativeFrom="page">
              <wp:posOffset>3429000</wp:posOffset>
            </wp:positionH>
            <wp:positionV relativeFrom="page">
              <wp:posOffset>2066289</wp:posOffset>
            </wp:positionV>
            <wp:extent cx="3525520" cy="2238896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23889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12000" behindDoc="1" locked="0" layoutInCell="1" allowOverlap="1">
            <wp:simplePos x="0" y="0"/>
            <wp:positionH relativeFrom="page">
              <wp:posOffset>981710</wp:posOffset>
            </wp:positionH>
            <wp:positionV relativeFrom="page">
              <wp:posOffset>2569210</wp:posOffset>
            </wp:positionV>
            <wp:extent cx="2570479" cy="1954239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0479" cy="19542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13000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744220</wp:posOffset>
            </wp:positionV>
            <wp:extent cx="2941320" cy="168015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680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11000" behindDoc="1" locked="0" layoutInCell="1" allowOverlap="1">
            <wp:simplePos x="0" y="0"/>
            <wp:positionH relativeFrom="page">
              <wp:posOffset>4561840</wp:posOffset>
            </wp:positionH>
            <wp:positionV relativeFrom="page">
              <wp:posOffset>930910</wp:posOffset>
            </wp:positionV>
            <wp:extent cx="1840230" cy="1586987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58698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9067800</wp:posOffset>
            </wp:positionV>
            <wp:extent cx="5791200" cy="254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9423400</wp:posOffset>
            </wp:positionV>
            <wp:extent cx="5791200" cy="254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5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1906" w:h="17238"/>
          <w:pgMar w:top="1440" w:right="1440" w:bottom="424" w:left="1440" w:header="720" w:footer="720" w:gutter="0"/>
          <w:cols w:num="2" w:equalWidth="0" w:space="720">
            <w:col w:w="4928" w:space="0"/>
            <w:col w:w="4098" w:space="0"/>
          </w:cols>
          <w:docGrid w:linePitch="360"/>
        </w:sectPr>
      </w:pPr>
    </w:p>
    <w:p>
      <w:pPr>
        <w:autoSpaceDN w:val="0"/>
        <w:autoSpaceDE w:val="0"/>
        <w:widowControl/>
        <w:spacing w:line="348" w:lineRule="exact" w:before="0" w:after="0"/>
        <w:ind w:left="338" w:right="0" w:firstLine="0"/>
        <w:jc w:val="left"/>
      </w:pPr>
      <w:r>
        <w:rPr>
          <w:spacing w:val="-12"/>
          <w:rFonts w:ascii="QhZznecx+FZFSK" w:hAnsi="QhZznecx+FZFSK" w:eastAsia="QhZznecx+FZFSK"/>
          <w:color w:val="000000"/>
          <w:sz w:val="32"/>
        </w:rPr>
        <w:t>江</w:t>
      </w:r>
      <w:r>
        <w:rPr>
          <w:spacing w:val="-8"/>
          <w:rFonts w:ascii="QhZznecx+FZFSK" w:hAnsi="QhZznecx+FZFSK" w:eastAsia="QhZznecx+FZFSK"/>
          <w:color w:val="000000"/>
          <w:sz w:val="32"/>
        </w:rPr>
        <w:t>山</w:t>
      </w:r>
      <w:r>
        <w:rPr>
          <w:spacing w:val="-12"/>
          <w:rFonts w:ascii="QhZznecx+FZFSK" w:hAnsi="QhZznecx+FZFSK" w:eastAsia="QhZznecx+FZFSK"/>
          <w:color w:val="000000"/>
          <w:sz w:val="32"/>
        </w:rPr>
        <w:t>市经</w:t>
      </w:r>
      <w:r>
        <w:rPr>
          <w:spacing w:val="-8"/>
          <w:rFonts w:ascii="QhZznecx+FZFSK" w:hAnsi="QhZznecx+FZFSK" w:eastAsia="QhZznecx+FZFSK"/>
          <w:color w:val="000000"/>
          <w:sz w:val="32"/>
        </w:rPr>
        <w:t>济</w:t>
      </w:r>
      <w:r>
        <w:rPr>
          <w:spacing w:val="-12"/>
          <w:rFonts w:ascii="QhZznecx+FZFSK" w:hAnsi="QhZznecx+FZFSK" w:eastAsia="QhZznecx+FZFSK"/>
          <w:color w:val="000000"/>
          <w:sz w:val="32"/>
        </w:rPr>
        <w:t>和信</w:t>
      </w:r>
      <w:r>
        <w:rPr>
          <w:spacing w:val="-8"/>
          <w:rFonts w:ascii="QhZznecx+FZFSK" w:hAnsi="QhZznecx+FZFSK" w:eastAsia="QhZznecx+FZFSK"/>
          <w:color w:val="000000"/>
          <w:sz w:val="32"/>
        </w:rPr>
        <w:t>息</w:t>
      </w:r>
      <w:r>
        <w:rPr>
          <w:spacing w:val="-12"/>
          <w:rFonts w:ascii="QhZznecx+FZFSK" w:hAnsi="QhZznecx+FZFSK" w:eastAsia="QhZznecx+FZFSK"/>
          <w:color w:val="000000"/>
          <w:sz w:val="32"/>
        </w:rPr>
        <w:t>化局</w:t>
      </w:r>
      <w:r>
        <w:rPr>
          <w:spacing w:val="-8"/>
          <w:rFonts w:ascii="QhZznecx+FZFSK" w:hAnsi="QhZznecx+FZFSK" w:eastAsia="QhZznecx+FZFSK"/>
          <w:color w:val="000000"/>
          <w:sz w:val="32"/>
        </w:rPr>
        <w:t>办</w:t>
      </w:r>
      <w:r>
        <w:rPr>
          <w:spacing w:val="-12"/>
          <w:rFonts w:ascii="QhZznecx+FZFSK" w:hAnsi="QhZznecx+FZFSK" w:eastAsia="QhZznecx+FZFSK"/>
          <w:color w:val="000000"/>
          <w:sz w:val="32"/>
        </w:rPr>
        <w:t>公</w:t>
      </w:r>
      <w:r>
        <w:rPr>
          <w:rFonts w:ascii="QhZznecx+FZFSK" w:hAnsi="QhZznecx+FZFSK" w:eastAsia="QhZznecx+FZFSK"/>
          <w:color w:val="000000"/>
          <w:sz w:val="32"/>
        </w:rPr>
        <w:t>室</w:t>
      </w:r>
    </w:p>
    <w:p>
      <w:pPr>
        <w:autoSpaceDN w:val="0"/>
        <w:autoSpaceDE w:val="0"/>
        <w:widowControl/>
        <w:spacing w:line="1" w:lineRule="exact" w:before="0" w:after="0"/>
        <w:ind w:left="0" w:right="0"/>
      </w:pPr>
      <w:r>
        <w:br w:type="column"/>
      </w:r>
    </w:p>
    <w:p>
      <w:pPr>
        <w:autoSpaceDN w:val="0"/>
        <w:autoSpaceDE w:val="0"/>
        <w:widowControl/>
        <w:spacing w:line="348" w:lineRule="exact" w:before="0" w:after="0"/>
        <w:ind w:left="482" w:right="0" w:firstLine="0"/>
        <w:jc w:val="left"/>
      </w:pPr>
      <w:r>
        <w:rPr>
          <w:spacing w:val="-8"/>
          <w:rFonts w:ascii="QhZznecx+FZFSK" w:hAnsi="QhZznecx+FZFSK" w:eastAsia="QhZznecx+FZFSK"/>
          <w:color w:val="000000"/>
          <w:sz w:val="32"/>
        </w:rPr>
        <w:t>2</w:t>
      </w:r>
      <w:r>
        <w:rPr>
          <w:spacing w:val="-4"/>
          <w:rFonts w:ascii="QhZznecx+FZFSK" w:hAnsi="QhZznecx+FZFSK" w:eastAsia="QhZznecx+FZFSK"/>
          <w:color w:val="000000"/>
          <w:sz w:val="32"/>
        </w:rPr>
        <w:t>0</w:t>
      </w:r>
      <w:r>
        <w:rPr>
          <w:spacing w:val="-6"/>
          <w:rFonts w:ascii="QhZznecx+FZFSK" w:hAnsi="QhZznecx+FZFSK" w:eastAsia="QhZznecx+FZFSK"/>
          <w:color w:val="000000"/>
          <w:sz w:val="32"/>
        </w:rPr>
        <w:t>2</w:t>
      </w:r>
      <w:r>
        <w:rPr>
          <w:spacing w:val="74"/>
          <w:rFonts w:ascii="QhZznecx+FZFSK" w:hAnsi="QhZznecx+FZFSK" w:eastAsia="QhZznecx+FZFSK"/>
          <w:color w:val="000000"/>
          <w:sz w:val="32"/>
        </w:rPr>
        <w:t>4</w:t>
      </w:r>
      <w:r>
        <w:rPr>
          <w:spacing w:val="66"/>
          <w:rFonts w:ascii="QhZznecx+FZFSK" w:hAnsi="QhZznecx+FZFSK" w:eastAsia="QhZznecx+FZFSK"/>
          <w:color w:val="000000"/>
          <w:sz w:val="32"/>
        </w:rPr>
        <w:t>年</w:t>
      </w:r>
      <w:r>
        <w:rPr>
          <w:spacing w:val="70"/>
          <w:rFonts w:ascii="QhZznecx+FZFSK" w:hAnsi="QhZznecx+FZFSK" w:eastAsia="QhZznecx+FZFSK"/>
          <w:color w:val="000000"/>
          <w:sz w:val="32"/>
        </w:rPr>
        <w:t>1</w:t>
      </w:r>
      <w:r>
        <w:rPr>
          <w:spacing w:val="68"/>
          <w:rFonts w:ascii="QhZznecx+FZFSK" w:hAnsi="QhZznecx+FZFSK" w:eastAsia="QhZznecx+FZFSK"/>
          <w:color w:val="000000"/>
          <w:sz w:val="32"/>
        </w:rPr>
        <w:t>月</w:t>
      </w:r>
      <w:r>
        <w:rPr>
          <w:spacing w:val="70"/>
          <w:rFonts w:ascii="QhZznecx+FZFSK" w:hAnsi="QhZznecx+FZFSK" w:eastAsia="QhZznecx+FZFSK"/>
          <w:color w:val="000000"/>
          <w:sz w:val="32"/>
        </w:rPr>
        <w:t>9</w:t>
      </w:r>
      <w:r>
        <w:rPr>
          <w:spacing w:val="-12"/>
          <w:rFonts w:ascii="QhZznecx+FZFSK" w:hAnsi="QhZznecx+FZFSK" w:eastAsia="QhZznecx+FZFSK"/>
          <w:color w:val="000000"/>
          <w:sz w:val="32"/>
        </w:rPr>
        <w:t>日</w:t>
      </w:r>
      <w:r>
        <w:rPr>
          <w:spacing w:val="-8"/>
          <w:rFonts w:ascii="QhZznecx+FZFSK" w:hAnsi="QhZznecx+FZFSK" w:eastAsia="QhZznecx+FZFSK"/>
          <w:color w:val="000000"/>
          <w:sz w:val="32"/>
        </w:rPr>
        <w:t>印</w:t>
      </w:r>
      <w:r>
        <w:rPr>
          <w:rFonts w:ascii="QhZznecx+FZFSK" w:hAnsi="QhZznecx+FZFSK" w:eastAsia="QhZznecx+FZFSK"/>
          <w:color w:val="000000"/>
          <w:sz w:val="32"/>
        </w:rPr>
        <w:t>发</w:t>
      </w:r>
    </w:p>
    <w:p>
      <w:pPr>
        <w:autoSpaceDN w:val="0"/>
        <w:autoSpaceDE w:val="0"/>
        <w:widowControl/>
        <w:spacing w:line="348" w:lineRule="exact" w:before="856" w:after="0"/>
        <w:ind w:left="0" w:right="356" w:firstLine="0"/>
        <w:jc w:val="right"/>
      </w:pPr>
      <w:r>
        <w:rPr>
          <w:rFonts w:ascii="QhZznecx+FZFSK" w:hAnsi="QhZznecx+FZFSK" w:eastAsia="QhZznecx+FZFSK"/>
          <w:color w:val="000000"/>
          <w:sz w:val="32"/>
        </w:rPr>
        <w:t>-</w:t>
      </w:r>
      <w:r>
        <w:rPr>
          <w:spacing w:val="43"/>
          <w:rFonts w:ascii="Arial" w:hAnsi="Arial" w:eastAsia="Arial"/>
          <w:color w:val="000000"/>
          <w:sz w:val="32"/>
        </w:rPr>
        <w:t xml:space="preserve"> </w:t>
      </w:r>
      <w:r>
        <w:rPr>
          <w:spacing w:val="-6"/>
          <w:rFonts w:ascii="QhZznecx+FZFSK" w:hAnsi="QhZznecx+FZFSK" w:eastAsia="QhZznecx+FZFSK"/>
          <w:color w:val="000000"/>
          <w:sz w:val="32"/>
        </w:rPr>
        <w:t>1</w:t>
      </w:r>
      <w:r>
        <w:rPr>
          <w:rFonts w:ascii="QhZznecx+FZFSK" w:hAnsi="QhZznecx+FZFSK" w:eastAsia="QhZznecx+FZFSK"/>
          <w:color w:val="000000"/>
          <w:sz w:val="32"/>
        </w:rPr>
        <w:t>5</w:t>
      </w:r>
      <w:r>
        <w:rPr>
          <w:spacing w:val="41"/>
          <w:rFonts w:ascii="Arial" w:hAnsi="Arial" w:eastAsia="Arial"/>
          <w:color w:val="000000"/>
          <w:sz w:val="32"/>
        </w:rPr>
        <w:t xml:space="preserve"> </w:t>
      </w:r>
      <w:r>
        <w:rPr>
          <w:rFonts w:ascii="QhZznecx+FZFSK" w:hAnsi="QhZznecx+FZFSK" w:eastAsia="QhZznecx+FZFSK"/>
          <w:color w:val="000000"/>
          <w:sz w:val="32"/>
        </w:rPr>
        <w:t>-</w:t>
      </w:r>
    </w:p>
    <w:sectPr w:rsidR="00FC693F" w:rsidRPr="0006063C" w:rsidSect="00034616">
      <w:type w:val="continuous"/>
      <w:pgSz w:w="11906" w:h="17238"/>
      <w:pgMar w:top="1440" w:right="1440" w:bottom="424" w:left="1440" w:header="720" w:footer="720" w:gutter="0"/>
      <w:cols w:num="2" w:equalWidth="0" w:space="720">
        <w:col w:w="5478" w:space="0"/>
        <w:col w:w="3547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QdgCcSS+FZXBSJW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1" w:fontKey="{6EBC3AB5-3802-49DD-8083-DEF93B22C77B}"/>
  </w:font>
  <w:font w:name="QhZznecx+FZFSK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2" w:fontKey="{3E00231F-C344-48D4-B52F-67A3122A31BE}"/>
  </w:font>
  <w:font w:name="TZq99STw+FZHTK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3" w:fontKey="{3C31141B-9940-4A48-B708-B64128D5F0BB}"/>
  </w:font>
  <w:font w:name="oWgGuaTQ+FZKTK">
    <w:panose1 w:val="02000500000000000000"/>
    <w:charset w:val="00"/>
    <w:family w:val="auto"/>
    <w:pitch w:val="variable"/>
    <w:sig w:usb0="80000287" w:usb1="2ACF3C50" w:usb2="00000016" w:usb3="00000000" w:csb0="0004001F" w:csb1="00000000"/>
    <w:embedRegular r:id="rId4" w:fontKey="{9BEA3269-6E53-4736-A7D4-998FC523C004}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baike.so.com/doc/2818478-2974683.html" TargetMode="External"/><Relationship Id="rId15" Type="http://schemas.openxmlformats.org/officeDocument/2006/relationships/hyperlink" Target="https://baike.so.com/doc/1198973-1268239.html" TargetMode="External"/><Relationship Id="rId16" Type="http://schemas.openxmlformats.org/officeDocument/2006/relationships/hyperlink" Target="https://baike.so.com/doc/6301944-6515468.html" TargetMode="External"/><Relationship Id="rId17" Type="http://schemas.openxmlformats.org/officeDocument/2006/relationships/hyperlink" Target="https://baike.so.com/doc/486100-514762.html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